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D04D4" w14:textId="77777777" w:rsidR="003724EE" w:rsidRDefault="003724EE" w:rsidP="000F4CEB">
      <w:pPr>
        <w:jc w:val="center"/>
        <w:rPr>
          <w:sz w:val="24"/>
          <w:szCs w:val="24"/>
        </w:rPr>
      </w:pPr>
    </w:p>
    <w:p w14:paraId="54F4C253" w14:textId="4CCFC4AA" w:rsidR="000F4CEB" w:rsidRDefault="000F4CEB" w:rsidP="000F4CEB">
      <w:pPr>
        <w:jc w:val="center"/>
        <w:rPr>
          <w:b/>
          <w:sz w:val="24"/>
          <w:szCs w:val="24"/>
        </w:rPr>
      </w:pPr>
      <w:r w:rsidRPr="000F4CEB">
        <w:rPr>
          <w:b/>
          <w:sz w:val="24"/>
          <w:szCs w:val="24"/>
        </w:rPr>
        <w:t>FORMULARE</w:t>
      </w:r>
    </w:p>
    <w:p w14:paraId="59B897C8" w14:textId="77777777" w:rsidR="000F4CEB" w:rsidRDefault="000F4CEB" w:rsidP="000F4CEB">
      <w:pPr>
        <w:jc w:val="center"/>
        <w:rPr>
          <w:b/>
          <w:sz w:val="24"/>
          <w:szCs w:val="24"/>
        </w:rPr>
      </w:pPr>
    </w:p>
    <w:p w14:paraId="70169EF0" w14:textId="131E67A8" w:rsidR="00E00181" w:rsidRPr="00E00181" w:rsidRDefault="00E00181" w:rsidP="00E00181">
      <w:pPr>
        <w:spacing w:after="0" w:line="240" w:lineRule="auto"/>
        <w:jc w:val="both"/>
        <w:rPr>
          <w:b/>
        </w:rPr>
      </w:pPr>
      <w:r w:rsidRPr="00E00181">
        <w:rPr>
          <w:b/>
          <w:bCs/>
        </w:rPr>
        <w:t xml:space="preserve">Formular nr. </w:t>
      </w:r>
      <w:r>
        <w:rPr>
          <w:b/>
          <w:bCs/>
        </w:rPr>
        <w:t>1</w:t>
      </w:r>
      <w:r w:rsidRPr="00E00181">
        <w:rPr>
          <w:b/>
          <w:bCs/>
        </w:rPr>
        <w:t xml:space="preserve">- </w:t>
      </w:r>
      <w:proofErr w:type="spellStart"/>
      <w:r w:rsidRPr="00E00181">
        <w:rPr>
          <w:b/>
        </w:rPr>
        <w:t>Declaratie</w:t>
      </w:r>
      <w:proofErr w:type="spellEnd"/>
      <w:r w:rsidRPr="00E00181">
        <w:rPr>
          <w:b/>
        </w:rPr>
        <w:t xml:space="preserve"> </w:t>
      </w:r>
      <w:proofErr w:type="spellStart"/>
      <w:r w:rsidRPr="00E00181">
        <w:rPr>
          <w:b/>
        </w:rPr>
        <w:t>privind</w:t>
      </w:r>
      <w:proofErr w:type="spellEnd"/>
      <w:r w:rsidRPr="00E00181">
        <w:rPr>
          <w:b/>
        </w:rPr>
        <w:t xml:space="preserve"> </w:t>
      </w:r>
      <w:proofErr w:type="spellStart"/>
      <w:r w:rsidRPr="00E00181">
        <w:rPr>
          <w:b/>
        </w:rPr>
        <w:t>neincadrarea</w:t>
      </w:r>
      <w:proofErr w:type="spellEnd"/>
      <w:r w:rsidRPr="00E00181">
        <w:rPr>
          <w:b/>
        </w:rPr>
        <w:t xml:space="preserve"> in </w:t>
      </w:r>
      <w:proofErr w:type="spellStart"/>
      <w:r w:rsidRPr="00E00181">
        <w:rPr>
          <w:b/>
        </w:rPr>
        <w:t>situatiile</w:t>
      </w:r>
      <w:proofErr w:type="spellEnd"/>
      <w:r w:rsidRPr="00E00181">
        <w:rPr>
          <w:b/>
        </w:rPr>
        <w:t xml:space="preserve"> </w:t>
      </w:r>
      <w:proofErr w:type="spellStart"/>
      <w:r w:rsidRPr="00E00181">
        <w:rPr>
          <w:b/>
        </w:rPr>
        <w:t>prevazute</w:t>
      </w:r>
      <w:proofErr w:type="spellEnd"/>
      <w:r w:rsidRPr="00E00181">
        <w:rPr>
          <w:b/>
        </w:rPr>
        <w:t xml:space="preserve"> la art. 164 din </w:t>
      </w:r>
      <w:proofErr w:type="spellStart"/>
      <w:r w:rsidRPr="00E00181">
        <w:rPr>
          <w:b/>
        </w:rPr>
        <w:t>Legea</w:t>
      </w:r>
      <w:proofErr w:type="spellEnd"/>
      <w:r w:rsidRPr="00E00181">
        <w:rPr>
          <w:b/>
        </w:rPr>
        <w:t xml:space="preserve"> nr. 98/2016 </w:t>
      </w:r>
      <w:proofErr w:type="spellStart"/>
      <w:r w:rsidRPr="00E00181">
        <w:rPr>
          <w:b/>
        </w:rPr>
        <w:t>privind</w:t>
      </w:r>
      <w:proofErr w:type="spellEnd"/>
      <w:r w:rsidRPr="00E00181">
        <w:rPr>
          <w:b/>
        </w:rPr>
        <w:t xml:space="preserve"> </w:t>
      </w:r>
      <w:proofErr w:type="spellStart"/>
      <w:r w:rsidRPr="00E00181">
        <w:rPr>
          <w:b/>
        </w:rPr>
        <w:t>achizitiile</w:t>
      </w:r>
      <w:proofErr w:type="spellEnd"/>
      <w:r w:rsidRPr="00E00181">
        <w:rPr>
          <w:b/>
        </w:rPr>
        <w:t xml:space="preserve"> </w:t>
      </w:r>
      <w:proofErr w:type="spellStart"/>
      <w:r w:rsidRPr="00E00181">
        <w:rPr>
          <w:b/>
        </w:rPr>
        <w:t>publice</w:t>
      </w:r>
      <w:proofErr w:type="spellEnd"/>
      <w:r w:rsidRPr="00E00181">
        <w:rPr>
          <w:b/>
        </w:rPr>
        <w:t xml:space="preserve">, cu </w:t>
      </w:r>
      <w:proofErr w:type="spellStart"/>
      <w:r w:rsidRPr="00E00181">
        <w:rPr>
          <w:b/>
        </w:rPr>
        <w:t>modificarile</w:t>
      </w:r>
      <w:proofErr w:type="spellEnd"/>
      <w:r w:rsidRPr="00E00181">
        <w:rPr>
          <w:b/>
        </w:rPr>
        <w:t xml:space="preserve"> </w:t>
      </w:r>
      <w:proofErr w:type="spellStart"/>
      <w:r w:rsidRPr="00E00181">
        <w:rPr>
          <w:b/>
        </w:rPr>
        <w:t>ulterioare</w:t>
      </w:r>
      <w:proofErr w:type="spellEnd"/>
      <w:r w:rsidRPr="00E00181">
        <w:rPr>
          <w:b/>
        </w:rPr>
        <w:t xml:space="preserve">, </w:t>
      </w:r>
    </w:p>
    <w:p w14:paraId="2EDC3D9F" w14:textId="4F93AE81" w:rsidR="00E00181" w:rsidRPr="00E00181" w:rsidRDefault="00E00181" w:rsidP="00E00181">
      <w:pPr>
        <w:spacing w:after="0" w:line="240" w:lineRule="auto"/>
        <w:jc w:val="both"/>
        <w:rPr>
          <w:b/>
        </w:rPr>
      </w:pPr>
      <w:r w:rsidRPr="00E00181">
        <w:rPr>
          <w:b/>
          <w:bCs/>
        </w:rPr>
        <w:t xml:space="preserve">Formular nr. </w:t>
      </w:r>
      <w:r>
        <w:rPr>
          <w:b/>
          <w:bCs/>
        </w:rPr>
        <w:t>2</w:t>
      </w:r>
      <w:r w:rsidRPr="00E00181">
        <w:rPr>
          <w:b/>
          <w:bCs/>
        </w:rPr>
        <w:t xml:space="preserve">- </w:t>
      </w:r>
      <w:proofErr w:type="spellStart"/>
      <w:r w:rsidRPr="00E00181">
        <w:rPr>
          <w:b/>
        </w:rPr>
        <w:t>Declaratie</w:t>
      </w:r>
      <w:proofErr w:type="spellEnd"/>
      <w:r w:rsidRPr="00E00181">
        <w:rPr>
          <w:b/>
        </w:rPr>
        <w:t xml:space="preserve"> </w:t>
      </w:r>
      <w:proofErr w:type="spellStart"/>
      <w:r w:rsidRPr="00E00181">
        <w:rPr>
          <w:b/>
        </w:rPr>
        <w:t>privind</w:t>
      </w:r>
      <w:proofErr w:type="spellEnd"/>
      <w:r w:rsidRPr="00E00181">
        <w:rPr>
          <w:b/>
        </w:rPr>
        <w:t xml:space="preserve"> </w:t>
      </w:r>
      <w:proofErr w:type="spellStart"/>
      <w:r w:rsidRPr="00E00181">
        <w:rPr>
          <w:b/>
        </w:rPr>
        <w:t>neincadrarea</w:t>
      </w:r>
      <w:proofErr w:type="spellEnd"/>
      <w:r w:rsidRPr="00E00181">
        <w:rPr>
          <w:b/>
        </w:rPr>
        <w:t xml:space="preserve"> in </w:t>
      </w:r>
      <w:proofErr w:type="spellStart"/>
      <w:r w:rsidRPr="00E00181">
        <w:rPr>
          <w:b/>
        </w:rPr>
        <w:t>situatiile</w:t>
      </w:r>
      <w:proofErr w:type="spellEnd"/>
      <w:r w:rsidRPr="00E00181">
        <w:rPr>
          <w:b/>
        </w:rPr>
        <w:t xml:space="preserve"> </w:t>
      </w:r>
      <w:proofErr w:type="spellStart"/>
      <w:r w:rsidRPr="00E00181">
        <w:rPr>
          <w:b/>
        </w:rPr>
        <w:t>prevazute</w:t>
      </w:r>
      <w:proofErr w:type="spellEnd"/>
      <w:r w:rsidRPr="00E00181">
        <w:rPr>
          <w:b/>
        </w:rPr>
        <w:t xml:space="preserve"> la art. 165 din </w:t>
      </w:r>
      <w:proofErr w:type="spellStart"/>
      <w:r w:rsidRPr="00E00181">
        <w:rPr>
          <w:b/>
        </w:rPr>
        <w:t>Legea</w:t>
      </w:r>
      <w:proofErr w:type="spellEnd"/>
      <w:r w:rsidRPr="00E00181">
        <w:rPr>
          <w:b/>
        </w:rPr>
        <w:t xml:space="preserve"> nr. 98/2016 </w:t>
      </w:r>
      <w:proofErr w:type="spellStart"/>
      <w:r w:rsidRPr="00E00181">
        <w:rPr>
          <w:b/>
        </w:rPr>
        <w:t>privind</w:t>
      </w:r>
      <w:proofErr w:type="spellEnd"/>
      <w:r w:rsidRPr="00E00181">
        <w:rPr>
          <w:b/>
        </w:rPr>
        <w:t xml:space="preserve"> </w:t>
      </w:r>
      <w:proofErr w:type="spellStart"/>
      <w:r w:rsidRPr="00E00181">
        <w:rPr>
          <w:b/>
        </w:rPr>
        <w:t>achizitiile</w:t>
      </w:r>
      <w:proofErr w:type="spellEnd"/>
      <w:r w:rsidRPr="00E00181">
        <w:rPr>
          <w:b/>
        </w:rPr>
        <w:t xml:space="preserve"> </w:t>
      </w:r>
      <w:proofErr w:type="spellStart"/>
      <w:r w:rsidRPr="00E00181">
        <w:rPr>
          <w:b/>
        </w:rPr>
        <w:t>publice</w:t>
      </w:r>
      <w:proofErr w:type="spellEnd"/>
      <w:r w:rsidRPr="00E00181">
        <w:rPr>
          <w:b/>
        </w:rPr>
        <w:t xml:space="preserve">, cu </w:t>
      </w:r>
      <w:proofErr w:type="spellStart"/>
      <w:r w:rsidRPr="00E00181">
        <w:rPr>
          <w:b/>
        </w:rPr>
        <w:t>modificarile</w:t>
      </w:r>
      <w:proofErr w:type="spellEnd"/>
      <w:r w:rsidRPr="00E00181">
        <w:rPr>
          <w:b/>
        </w:rPr>
        <w:t xml:space="preserve"> </w:t>
      </w:r>
      <w:proofErr w:type="spellStart"/>
      <w:r w:rsidRPr="00E00181">
        <w:rPr>
          <w:b/>
        </w:rPr>
        <w:t>ulterioare</w:t>
      </w:r>
      <w:proofErr w:type="spellEnd"/>
      <w:r w:rsidRPr="00E00181">
        <w:rPr>
          <w:b/>
        </w:rPr>
        <w:t xml:space="preserve">; </w:t>
      </w:r>
    </w:p>
    <w:p w14:paraId="5234CDE9" w14:textId="525AFC48" w:rsidR="00E00181" w:rsidRPr="00E00181" w:rsidRDefault="00E00181" w:rsidP="00E00181">
      <w:pPr>
        <w:spacing w:after="0" w:line="240" w:lineRule="auto"/>
        <w:jc w:val="both"/>
        <w:rPr>
          <w:b/>
        </w:rPr>
      </w:pPr>
      <w:r w:rsidRPr="00E00181">
        <w:rPr>
          <w:b/>
          <w:bCs/>
        </w:rPr>
        <w:t xml:space="preserve">Formular nr. </w:t>
      </w:r>
      <w:r>
        <w:rPr>
          <w:b/>
          <w:bCs/>
        </w:rPr>
        <w:t>3</w:t>
      </w:r>
      <w:r w:rsidRPr="00E00181">
        <w:rPr>
          <w:b/>
          <w:bCs/>
        </w:rPr>
        <w:t xml:space="preserve">- </w:t>
      </w:r>
      <w:proofErr w:type="spellStart"/>
      <w:r w:rsidRPr="00E00181">
        <w:rPr>
          <w:b/>
        </w:rPr>
        <w:t>Declaratie</w:t>
      </w:r>
      <w:proofErr w:type="spellEnd"/>
      <w:r w:rsidRPr="00E00181">
        <w:rPr>
          <w:b/>
        </w:rPr>
        <w:t xml:space="preserve"> </w:t>
      </w:r>
      <w:proofErr w:type="spellStart"/>
      <w:r w:rsidRPr="00E00181">
        <w:rPr>
          <w:b/>
        </w:rPr>
        <w:t>privind</w:t>
      </w:r>
      <w:proofErr w:type="spellEnd"/>
      <w:r w:rsidRPr="00E00181">
        <w:rPr>
          <w:b/>
        </w:rPr>
        <w:t xml:space="preserve"> </w:t>
      </w:r>
      <w:proofErr w:type="spellStart"/>
      <w:r w:rsidRPr="00E00181">
        <w:rPr>
          <w:b/>
        </w:rPr>
        <w:t>neincadrarea</w:t>
      </w:r>
      <w:proofErr w:type="spellEnd"/>
      <w:r w:rsidRPr="00E00181">
        <w:rPr>
          <w:b/>
        </w:rPr>
        <w:t xml:space="preserve"> in </w:t>
      </w:r>
      <w:proofErr w:type="spellStart"/>
      <w:r w:rsidRPr="00E00181">
        <w:rPr>
          <w:b/>
        </w:rPr>
        <w:t>situatiile</w:t>
      </w:r>
      <w:proofErr w:type="spellEnd"/>
      <w:r w:rsidRPr="00E00181">
        <w:rPr>
          <w:b/>
        </w:rPr>
        <w:t xml:space="preserve"> </w:t>
      </w:r>
      <w:proofErr w:type="spellStart"/>
      <w:r w:rsidRPr="00E00181">
        <w:rPr>
          <w:b/>
        </w:rPr>
        <w:t>prevazute</w:t>
      </w:r>
      <w:proofErr w:type="spellEnd"/>
      <w:r w:rsidRPr="00E00181">
        <w:rPr>
          <w:b/>
        </w:rPr>
        <w:t xml:space="preserve"> la art. 167 din </w:t>
      </w:r>
      <w:proofErr w:type="spellStart"/>
      <w:r w:rsidRPr="00E00181">
        <w:rPr>
          <w:b/>
        </w:rPr>
        <w:t>Legea</w:t>
      </w:r>
      <w:proofErr w:type="spellEnd"/>
      <w:r w:rsidRPr="00E00181">
        <w:rPr>
          <w:b/>
        </w:rPr>
        <w:t xml:space="preserve"> </w:t>
      </w:r>
      <w:proofErr w:type="gramStart"/>
      <w:r w:rsidRPr="00E00181">
        <w:rPr>
          <w:b/>
        </w:rPr>
        <w:t>nr .</w:t>
      </w:r>
      <w:proofErr w:type="gramEnd"/>
      <w:r w:rsidRPr="00E00181">
        <w:rPr>
          <w:b/>
        </w:rPr>
        <w:t xml:space="preserve"> 98/2016 </w:t>
      </w:r>
    </w:p>
    <w:p w14:paraId="6165D4DC" w14:textId="0BF07827" w:rsidR="000F4CEB" w:rsidRPr="00E00181" w:rsidRDefault="000F4CEB" w:rsidP="00E00181">
      <w:pPr>
        <w:pStyle w:val="Corptext"/>
        <w:spacing w:after="0" w:line="240" w:lineRule="auto"/>
        <w:rPr>
          <w:b/>
          <w:bCs/>
        </w:rPr>
      </w:pPr>
      <w:r w:rsidRPr="00E00181">
        <w:rPr>
          <w:b/>
          <w:bCs/>
        </w:rPr>
        <w:t xml:space="preserve">Formular nr. 6- Formular de </w:t>
      </w:r>
      <w:proofErr w:type="spellStart"/>
      <w:r w:rsidRPr="00E00181">
        <w:rPr>
          <w:b/>
          <w:bCs/>
        </w:rPr>
        <w:t>ofertă</w:t>
      </w:r>
      <w:proofErr w:type="spellEnd"/>
    </w:p>
    <w:p w14:paraId="017170F8" w14:textId="34239582" w:rsidR="002428BA" w:rsidRPr="000D1CCF" w:rsidRDefault="002428BA" w:rsidP="00E00181">
      <w:pPr>
        <w:pStyle w:val="Corptext"/>
        <w:spacing w:after="0" w:line="240" w:lineRule="auto"/>
      </w:pPr>
      <w:r w:rsidRPr="007C7D82">
        <w:rPr>
          <w:b/>
          <w:bCs/>
        </w:rPr>
        <w:t xml:space="preserve">Formular </w:t>
      </w:r>
      <w:r>
        <w:rPr>
          <w:b/>
          <w:bCs/>
        </w:rPr>
        <w:t>nr. 7 –</w:t>
      </w:r>
      <w:r w:rsidRPr="007C7D82">
        <w:rPr>
          <w:b/>
          <w:bCs/>
        </w:rPr>
        <w:t xml:space="preserve"> </w:t>
      </w:r>
      <w:proofErr w:type="spellStart"/>
      <w:r w:rsidRPr="000D1CCF">
        <w:rPr>
          <w:b/>
          <w:bCs/>
        </w:rPr>
        <w:t>Descrierea</w:t>
      </w:r>
      <w:proofErr w:type="spellEnd"/>
      <w:r w:rsidRPr="000D1CCF">
        <w:rPr>
          <w:b/>
          <w:bCs/>
        </w:rPr>
        <w:t xml:space="preserve"> </w:t>
      </w:r>
      <w:proofErr w:type="spellStart"/>
      <w:r w:rsidRPr="000D1CCF">
        <w:rPr>
          <w:b/>
          <w:bCs/>
        </w:rPr>
        <w:t>tehnica</w:t>
      </w:r>
      <w:proofErr w:type="spellEnd"/>
      <w:r w:rsidRPr="000D1CCF">
        <w:rPr>
          <w:b/>
          <w:bCs/>
        </w:rPr>
        <w:t xml:space="preserve"> a </w:t>
      </w:r>
      <w:proofErr w:type="spellStart"/>
      <w:r w:rsidRPr="000D1CCF">
        <w:rPr>
          <w:b/>
          <w:bCs/>
        </w:rPr>
        <w:t>produselor</w:t>
      </w:r>
      <w:proofErr w:type="spellEnd"/>
    </w:p>
    <w:p w14:paraId="178C29BD" w14:textId="77777777" w:rsidR="000F4CEB" w:rsidRDefault="000F4CEB" w:rsidP="00E00181">
      <w:pPr>
        <w:pStyle w:val="Corptext"/>
        <w:spacing w:after="0"/>
        <w:rPr>
          <w:b/>
          <w:bCs/>
        </w:rPr>
      </w:pPr>
      <w:r w:rsidRPr="007C7D82">
        <w:rPr>
          <w:b/>
          <w:bCs/>
        </w:rPr>
        <w:t xml:space="preserve">Formular nr. 9- </w:t>
      </w:r>
      <w:proofErr w:type="spellStart"/>
      <w:r w:rsidRPr="007C7D82">
        <w:rPr>
          <w:b/>
          <w:bCs/>
        </w:rPr>
        <w:t>Declarație</w:t>
      </w:r>
      <w:proofErr w:type="spellEnd"/>
      <w:r w:rsidRPr="007C7D82">
        <w:rPr>
          <w:b/>
          <w:bCs/>
        </w:rPr>
        <w:t xml:space="preserve"> </w:t>
      </w:r>
      <w:proofErr w:type="spellStart"/>
      <w:r w:rsidRPr="007C7D82">
        <w:rPr>
          <w:b/>
          <w:bCs/>
        </w:rPr>
        <w:t>privind</w:t>
      </w:r>
      <w:proofErr w:type="spellEnd"/>
      <w:r w:rsidRPr="007C7D82">
        <w:rPr>
          <w:b/>
          <w:bCs/>
        </w:rPr>
        <w:t xml:space="preserve"> </w:t>
      </w:r>
      <w:proofErr w:type="spellStart"/>
      <w:r w:rsidRPr="007C7D82">
        <w:rPr>
          <w:b/>
          <w:bCs/>
        </w:rPr>
        <w:t>respectarea</w:t>
      </w:r>
      <w:proofErr w:type="spellEnd"/>
      <w:r w:rsidRPr="007C7D82">
        <w:rPr>
          <w:b/>
          <w:bCs/>
        </w:rPr>
        <w:t xml:space="preserve"> </w:t>
      </w:r>
      <w:proofErr w:type="spellStart"/>
      <w:r w:rsidRPr="007C7D82">
        <w:rPr>
          <w:b/>
          <w:bCs/>
        </w:rPr>
        <w:t>legislației</w:t>
      </w:r>
      <w:proofErr w:type="spellEnd"/>
      <w:r w:rsidRPr="007C7D82">
        <w:rPr>
          <w:b/>
          <w:bCs/>
        </w:rPr>
        <w:t xml:space="preserve"> </w:t>
      </w:r>
      <w:proofErr w:type="spellStart"/>
      <w:r w:rsidRPr="007C7D82">
        <w:rPr>
          <w:b/>
          <w:bCs/>
        </w:rPr>
        <w:t>privind</w:t>
      </w:r>
      <w:proofErr w:type="spellEnd"/>
      <w:r w:rsidRPr="007C7D82">
        <w:rPr>
          <w:b/>
          <w:bCs/>
        </w:rPr>
        <w:t xml:space="preserve"> </w:t>
      </w:r>
      <w:proofErr w:type="spellStart"/>
      <w:r w:rsidRPr="007C7D82">
        <w:rPr>
          <w:b/>
          <w:bCs/>
        </w:rPr>
        <w:t>condițiile</w:t>
      </w:r>
      <w:proofErr w:type="spellEnd"/>
      <w:r w:rsidRPr="007C7D82">
        <w:rPr>
          <w:b/>
          <w:bCs/>
        </w:rPr>
        <w:t xml:space="preserve"> de </w:t>
      </w:r>
      <w:proofErr w:type="spellStart"/>
      <w:r w:rsidRPr="007C7D82">
        <w:rPr>
          <w:b/>
          <w:bCs/>
        </w:rPr>
        <w:t>mediu</w:t>
      </w:r>
      <w:proofErr w:type="spellEnd"/>
      <w:r w:rsidRPr="007C7D82">
        <w:rPr>
          <w:b/>
          <w:bCs/>
        </w:rPr>
        <w:t xml:space="preserve">, social </w:t>
      </w:r>
      <w:proofErr w:type="spellStart"/>
      <w:r w:rsidRPr="007C7D82">
        <w:rPr>
          <w:b/>
          <w:bCs/>
        </w:rPr>
        <w:t>și</w:t>
      </w:r>
      <w:proofErr w:type="spellEnd"/>
      <w:r w:rsidRPr="007C7D82">
        <w:rPr>
          <w:b/>
          <w:bCs/>
        </w:rPr>
        <w:t xml:space="preserve"> cu </w:t>
      </w:r>
      <w:proofErr w:type="spellStart"/>
      <w:r w:rsidRPr="007C7D82">
        <w:rPr>
          <w:b/>
          <w:bCs/>
        </w:rPr>
        <w:t>privire</w:t>
      </w:r>
      <w:proofErr w:type="spellEnd"/>
      <w:r w:rsidRPr="007C7D82">
        <w:rPr>
          <w:b/>
          <w:bCs/>
        </w:rPr>
        <w:t xml:space="preserve"> la </w:t>
      </w:r>
      <w:proofErr w:type="spellStart"/>
      <w:r w:rsidRPr="007C7D82">
        <w:rPr>
          <w:b/>
          <w:bCs/>
        </w:rPr>
        <w:t>relațiile</w:t>
      </w:r>
      <w:proofErr w:type="spellEnd"/>
      <w:r w:rsidRPr="007C7D82">
        <w:rPr>
          <w:b/>
          <w:bCs/>
        </w:rPr>
        <w:t xml:space="preserve"> de </w:t>
      </w:r>
      <w:proofErr w:type="spellStart"/>
      <w:r w:rsidRPr="007C7D82">
        <w:rPr>
          <w:b/>
          <w:bCs/>
        </w:rPr>
        <w:t>muncă</w:t>
      </w:r>
      <w:proofErr w:type="spellEnd"/>
    </w:p>
    <w:p w14:paraId="11F36296" w14:textId="77777777" w:rsidR="000F4CEB" w:rsidRPr="007C7D82" w:rsidRDefault="000F4CEB" w:rsidP="00E00181">
      <w:pPr>
        <w:pStyle w:val="Corptext"/>
        <w:tabs>
          <w:tab w:val="left" w:leader="underscore" w:pos="5171"/>
        </w:tabs>
        <w:spacing w:after="0"/>
      </w:pPr>
      <w:r w:rsidRPr="007C7D82">
        <w:rPr>
          <w:b/>
          <w:bCs/>
        </w:rPr>
        <w:t xml:space="preserve">Formular Al - </w:t>
      </w:r>
      <w:proofErr w:type="spellStart"/>
      <w:r w:rsidRPr="007C7D82">
        <w:rPr>
          <w:b/>
          <w:bCs/>
        </w:rPr>
        <w:t>Declarație</w:t>
      </w:r>
      <w:proofErr w:type="spellEnd"/>
      <w:r w:rsidRPr="007C7D82">
        <w:rPr>
          <w:b/>
          <w:bCs/>
        </w:rPr>
        <w:t xml:space="preserve"> pe propria </w:t>
      </w:r>
      <w:proofErr w:type="spellStart"/>
      <w:r w:rsidRPr="007C7D82">
        <w:rPr>
          <w:b/>
          <w:bCs/>
        </w:rPr>
        <w:t>răspundere</w:t>
      </w:r>
      <w:proofErr w:type="spellEnd"/>
      <w:r w:rsidRPr="007C7D82">
        <w:rPr>
          <w:b/>
          <w:bCs/>
        </w:rPr>
        <w:t xml:space="preserve"> cu </w:t>
      </w:r>
      <w:proofErr w:type="spellStart"/>
      <w:r w:rsidRPr="007C7D82">
        <w:rPr>
          <w:b/>
          <w:bCs/>
        </w:rPr>
        <w:t>privire</w:t>
      </w:r>
      <w:proofErr w:type="spellEnd"/>
      <w:r w:rsidRPr="007C7D82">
        <w:rPr>
          <w:b/>
          <w:bCs/>
        </w:rPr>
        <w:t xml:space="preserve"> la </w:t>
      </w:r>
      <w:proofErr w:type="spellStart"/>
      <w:r w:rsidRPr="007C7D82">
        <w:rPr>
          <w:b/>
          <w:bCs/>
        </w:rPr>
        <w:t>conflictul</w:t>
      </w:r>
      <w:proofErr w:type="spellEnd"/>
      <w:r w:rsidRPr="007C7D82">
        <w:rPr>
          <w:b/>
          <w:bCs/>
        </w:rPr>
        <w:t xml:space="preserve"> de </w:t>
      </w:r>
      <w:proofErr w:type="spellStart"/>
      <w:r w:rsidRPr="007C7D82">
        <w:rPr>
          <w:b/>
          <w:bCs/>
        </w:rPr>
        <w:t>interese</w:t>
      </w:r>
      <w:proofErr w:type="spellEnd"/>
      <w:r w:rsidRPr="007C7D82">
        <w:rPr>
          <w:b/>
          <w:bCs/>
        </w:rPr>
        <w:t xml:space="preserve"> </w:t>
      </w:r>
      <w:proofErr w:type="spellStart"/>
      <w:r w:rsidRPr="007C7D82">
        <w:rPr>
          <w:b/>
          <w:bCs/>
        </w:rPr>
        <w:t>definit</w:t>
      </w:r>
      <w:proofErr w:type="spellEnd"/>
      <w:r w:rsidRPr="007C7D82">
        <w:rPr>
          <w:b/>
          <w:bCs/>
        </w:rPr>
        <w:t xml:space="preserve"> de art. 59 din LEGEA Nr. 98 /2016 </w:t>
      </w:r>
      <w:proofErr w:type="spellStart"/>
      <w:r w:rsidRPr="007C7D82">
        <w:rPr>
          <w:b/>
          <w:bCs/>
        </w:rPr>
        <w:t>privind</w:t>
      </w:r>
      <w:proofErr w:type="spellEnd"/>
      <w:r w:rsidRPr="007C7D82">
        <w:rPr>
          <w:b/>
          <w:bCs/>
        </w:rPr>
        <w:t xml:space="preserve"> </w:t>
      </w:r>
      <w:proofErr w:type="spellStart"/>
      <w:r w:rsidRPr="007C7D82">
        <w:rPr>
          <w:b/>
          <w:bCs/>
        </w:rPr>
        <w:t>achizițiile</w:t>
      </w:r>
      <w:proofErr w:type="spellEnd"/>
      <w:r w:rsidRPr="007C7D82">
        <w:rPr>
          <w:b/>
          <w:bCs/>
        </w:rPr>
        <w:t xml:space="preserve"> </w:t>
      </w:r>
      <w:proofErr w:type="spellStart"/>
      <w:r w:rsidRPr="007C7D82">
        <w:rPr>
          <w:b/>
          <w:bCs/>
        </w:rPr>
        <w:t>publice</w:t>
      </w:r>
      <w:proofErr w:type="spellEnd"/>
    </w:p>
    <w:p w14:paraId="49034346" w14:textId="5711941C" w:rsidR="000F4CEB" w:rsidRPr="002428BA" w:rsidRDefault="002428BA" w:rsidP="00E00181">
      <w:pPr>
        <w:pStyle w:val="Corptext"/>
        <w:spacing w:after="0"/>
        <w:rPr>
          <w:b/>
        </w:rPr>
      </w:pPr>
      <w:r>
        <w:rPr>
          <w:b/>
          <w:bCs/>
        </w:rPr>
        <w:t>Formular A2 -</w:t>
      </w:r>
      <w:r w:rsidRPr="007C7D82">
        <w:rPr>
          <w:b/>
          <w:bCs/>
        </w:rPr>
        <w:t xml:space="preserve"> </w:t>
      </w:r>
      <w:proofErr w:type="spellStart"/>
      <w:r w:rsidR="000F4CEB" w:rsidRPr="002428BA">
        <w:rPr>
          <w:b/>
        </w:rPr>
        <w:t>D</w:t>
      </w:r>
      <w:r w:rsidRPr="002428BA">
        <w:rPr>
          <w:b/>
        </w:rPr>
        <w:t>eclarație</w:t>
      </w:r>
      <w:proofErr w:type="spellEnd"/>
      <w:r w:rsidR="000F4CEB" w:rsidRPr="002428BA">
        <w:rPr>
          <w:b/>
        </w:rPr>
        <w:t xml:space="preserve"> </w:t>
      </w:r>
      <w:proofErr w:type="spellStart"/>
      <w:r w:rsidR="000F4CEB" w:rsidRPr="002428BA">
        <w:rPr>
          <w:b/>
        </w:rPr>
        <w:t>privind</w:t>
      </w:r>
      <w:proofErr w:type="spellEnd"/>
      <w:r w:rsidR="000F4CEB" w:rsidRPr="002428BA">
        <w:rPr>
          <w:b/>
        </w:rPr>
        <w:t xml:space="preserve"> </w:t>
      </w:r>
      <w:proofErr w:type="spellStart"/>
      <w:r w:rsidR="000F4CEB" w:rsidRPr="002428BA">
        <w:rPr>
          <w:b/>
        </w:rPr>
        <w:t>neîncadrarea</w:t>
      </w:r>
      <w:proofErr w:type="spellEnd"/>
      <w:r w:rsidR="000F4CEB" w:rsidRPr="002428BA">
        <w:rPr>
          <w:b/>
        </w:rPr>
        <w:t xml:space="preserve"> in </w:t>
      </w:r>
      <w:proofErr w:type="spellStart"/>
      <w:r w:rsidR="000F4CEB" w:rsidRPr="002428BA">
        <w:rPr>
          <w:b/>
        </w:rPr>
        <w:t>prevederile</w:t>
      </w:r>
      <w:proofErr w:type="spellEnd"/>
      <w:r w:rsidR="000F4CEB" w:rsidRPr="002428BA">
        <w:rPr>
          <w:b/>
        </w:rPr>
        <w:t xml:space="preserve"> art. 60</w:t>
      </w:r>
      <w:r w:rsidRPr="002428BA">
        <w:rPr>
          <w:b/>
          <w:bCs/>
        </w:rPr>
        <w:t xml:space="preserve"> din LEGEA Nr. 98 /2016 </w:t>
      </w:r>
      <w:proofErr w:type="spellStart"/>
      <w:r w:rsidRPr="002428BA">
        <w:rPr>
          <w:b/>
          <w:bCs/>
        </w:rPr>
        <w:t>privind</w:t>
      </w:r>
      <w:proofErr w:type="spellEnd"/>
      <w:r w:rsidRPr="002428BA">
        <w:rPr>
          <w:b/>
          <w:bCs/>
        </w:rPr>
        <w:t xml:space="preserve"> </w:t>
      </w:r>
      <w:proofErr w:type="spellStart"/>
      <w:r w:rsidRPr="002428BA">
        <w:rPr>
          <w:b/>
          <w:bCs/>
        </w:rPr>
        <w:t>achizițiile</w:t>
      </w:r>
      <w:proofErr w:type="spellEnd"/>
      <w:r w:rsidRPr="002428BA">
        <w:rPr>
          <w:b/>
          <w:bCs/>
        </w:rPr>
        <w:t xml:space="preserve"> </w:t>
      </w:r>
      <w:proofErr w:type="spellStart"/>
      <w:r w:rsidRPr="002428BA">
        <w:rPr>
          <w:b/>
          <w:bCs/>
        </w:rPr>
        <w:t>publice</w:t>
      </w:r>
      <w:proofErr w:type="spellEnd"/>
      <w:r w:rsidR="000F4CEB" w:rsidRPr="002428BA">
        <w:rPr>
          <w:b/>
        </w:rPr>
        <w:t xml:space="preserve"> (</w:t>
      </w:r>
      <w:proofErr w:type="spellStart"/>
      <w:r w:rsidR="000F4CEB" w:rsidRPr="002428BA">
        <w:rPr>
          <w:b/>
        </w:rPr>
        <w:t>evitarea</w:t>
      </w:r>
      <w:proofErr w:type="spellEnd"/>
      <w:r w:rsidR="000F4CEB" w:rsidRPr="002428BA">
        <w:rPr>
          <w:b/>
        </w:rPr>
        <w:t xml:space="preserve"> </w:t>
      </w:r>
      <w:proofErr w:type="spellStart"/>
      <w:r w:rsidR="000F4CEB" w:rsidRPr="002428BA">
        <w:rPr>
          <w:b/>
        </w:rPr>
        <w:t>conflictului</w:t>
      </w:r>
      <w:proofErr w:type="spellEnd"/>
      <w:r w:rsidR="000F4CEB" w:rsidRPr="002428BA">
        <w:rPr>
          <w:b/>
        </w:rPr>
        <w:t xml:space="preserve"> de </w:t>
      </w:r>
      <w:proofErr w:type="spellStart"/>
      <w:r w:rsidR="000F4CEB" w:rsidRPr="002428BA">
        <w:rPr>
          <w:b/>
        </w:rPr>
        <w:t>interese</w:t>
      </w:r>
      <w:proofErr w:type="spellEnd"/>
      <w:r w:rsidR="000F4CEB" w:rsidRPr="002428BA">
        <w:rPr>
          <w:b/>
        </w:rPr>
        <w:t>)</w:t>
      </w:r>
    </w:p>
    <w:p w14:paraId="19A3AE52" w14:textId="441624C4" w:rsidR="002428BA" w:rsidRDefault="002428BA">
      <w:pPr>
        <w:rPr>
          <w:b/>
          <w:sz w:val="24"/>
          <w:szCs w:val="24"/>
        </w:rPr>
      </w:pPr>
      <w:r>
        <w:rPr>
          <w:b/>
          <w:sz w:val="24"/>
          <w:szCs w:val="24"/>
        </w:rPr>
        <w:br w:type="page"/>
      </w:r>
    </w:p>
    <w:p w14:paraId="59E92F07" w14:textId="5F4DCF16" w:rsidR="002428BA" w:rsidRPr="008D0FBE" w:rsidRDefault="002428BA" w:rsidP="002428BA">
      <w:pPr>
        <w:jc w:val="both"/>
        <w:rPr>
          <w:rFonts w:ascii="Cambria" w:hAnsi="Cambria"/>
          <w:sz w:val="20"/>
          <w:szCs w:val="20"/>
        </w:rPr>
      </w:pPr>
      <w:r w:rsidRPr="008D0FBE">
        <w:rPr>
          <w:rFonts w:ascii="Cambria" w:hAnsi="Cambria"/>
          <w:sz w:val="20"/>
          <w:szCs w:val="20"/>
        </w:rPr>
        <w:lastRenderedPageBreak/>
        <w:t xml:space="preserve">OPERATOR </w:t>
      </w:r>
      <w:proofErr w:type="gramStart"/>
      <w:r w:rsidRPr="008D0FBE">
        <w:rPr>
          <w:rFonts w:ascii="Cambria" w:hAnsi="Cambria"/>
          <w:sz w:val="20"/>
          <w:szCs w:val="20"/>
        </w:rPr>
        <w:t xml:space="preserve">ECONOMIC  </w:t>
      </w:r>
      <w:r>
        <w:rPr>
          <w:rFonts w:ascii="Cambria" w:hAnsi="Cambria"/>
          <w:sz w:val="20"/>
          <w:szCs w:val="20"/>
        </w:rPr>
        <w:tab/>
      </w:r>
      <w:proofErr w:type="gramEnd"/>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r>
      <w:proofErr w:type="spellStart"/>
      <w:r>
        <w:rPr>
          <w:rFonts w:ascii="Cambria" w:hAnsi="Cambria"/>
          <w:sz w:val="20"/>
          <w:szCs w:val="20"/>
        </w:rPr>
        <w:t>Formualr</w:t>
      </w:r>
      <w:proofErr w:type="spellEnd"/>
      <w:r>
        <w:rPr>
          <w:rFonts w:ascii="Cambria" w:hAnsi="Cambria"/>
          <w:sz w:val="20"/>
          <w:szCs w:val="20"/>
        </w:rPr>
        <w:t xml:space="preserve"> nr.6</w:t>
      </w:r>
    </w:p>
    <w:p w14:paraId="51D56219" w14:textId="77777777" w:rsidR="002428BA" w:rsidRPr="008D0FBE" w:rsidRDefault="002428BA" w:rsidP="002428BA">
      <w:pPr>
        <w:jc w:val="both"/>
        <w:rPr>
          <w:rFonts w:ascii="Cambria" w:hAnsi="Cambria"/>
          <w:sz w:val="20"/>
          <w:szCs w:val="20"/>
        </w:rPr>
      </w:pPr>
      <w:r w:rsidRPr="008D0FBE">
        <w:rPr>
          <w:rFonts w:ascii="Cambria" w:hAnsi="Cambria"/>
          <w:sz w:val="20"/>
          <w:szCs w:val="20"/>
        </w:rPr>
        <w:t>.........................................</w:t>
      </w:r>
    </w:p>
    <w:p w14:paraId="02213BC4" w14:textId="77777777" w:rsidR="002428BA" w:rsidRDefault="002428BA" w:rsidP="002428BA">
      <w:pPr>
        <w:jc w:val="both"/>
        <w:rPr>
          <w:rFonts w:ascii="Cambria" w:hAnsi="Cambria"/>
          <w:i/>
          <w:sz w:val="20"/>
          <w:szCs w:val="20"/>
        </w:rPr>
      </w:pPr>
      <w:r w:rsidRPr="008D0FBE">
        <w:rPr>
          <w:rFonts w:ascii="Cambria" w:hAnsi="Cambria"/>
          <w:i/>
          <w:sz w:val="20"/>
          <w:szCs w:val="20"/>
        </w:rPr>
        <w:t>(</w:t>
      </w:r>
      <w:proofErr w:type="spellStart"/>
      <w:r w:rsidRPr="008D0FBE">
        <w:rPr>
          <w:rFonts w:ascii="Cambria" w:hAnsi="Cambria"/>
          <w:i/>
          <w:sz w:val="20"/>
          <w:szCs w:val="20"/>
        </w:rPr>
        <w:t>denumirea</w:t>
      </w:r>
      <w:proofErr w:type="spellEnd"/>
      <w:r w:rsidRPr="008D0FBE">
        <w:rPr>
          <w:rFonts w:ascii="Cambria" w:hAnsi="Cambria"/>
          <w:i/>
          <w:sz w:val="20"/>
          <w:szCs w:val="20"/>
        </w:rPr>
        <w:t>/</w:t>
      </w:r>
      <w:proofErr w:type="spellStart"/>
      <w:r w:rsidRPr="008D0FBE">
        <w:rPr>
          <w:rFonts w:ascii="Cambria" w:hAnsi="Cambria"/>
          <w:i/>
          <w:sz w:val="20"/>
          <w:szCs w:val="20"/>
        </w:rPr>
        <w:t>numele</w:t>
      </w:r>
      <w:proofErr w:type="spellEnd"/>
      <w:r w:rsidRPr="008D0FBE">
        <w:rPr>
          <w:rFonts w:ascii="Cambria" w:hAnsi="Cambria"/>
          <w:i/>
          <w:sz w:val="20"/>
          <w:szCs w:val="20"/>
        </w:rPr>
        <w:t xml:space="preserve">, </w:t>
      </w:r>
      <w:proofErr w:type="spellStart"/>
      <w:r w:rsidRPr="008D0FBE">
        <w:rPr>
          <w:rFonts w:ascii="Cambria" w:hAnsi="Cambria"/>
          <w:i/>
          <w:sz w:val="20"/>
          <w:szCs w:val="20"/>
        </w:rPr>
        <w:t>adresa</w:t>
      </w:r>
      <w:proofErr w:type="spellEnd"/>
      <w:r w:rsidRPr="008D0FBE">
        <w:rPr>
          <w:rFonts w:ascii="Cambria" w:hAnsi="Cambria"/>
          <w:i/>
          <w:sz w:val="20"/>
          <w:szCs w:val="20"/>
        </w:rPr>
        <w:t xml:space="preserve">, </w:t>
      </w:r>
      <w:proofErr w:type="spellStart"/>
      <w:r w:rsidRPr="008D0FBE">
        <w:rPr>
          <w:rFonts w:ascii="Cambria" w:hAnsi="Cambria"/>
          <w:i/>
          <w:sz w:val="20"/>
          <w:szCs w:val="20"/>
        </w:rPr>
        <w:t>num</w:t>
      </w:r>
      <w:r>
        <w:rPr>
          <w:rFonts w:ascii="Cambria" w:hAnsi="Cambria"/>
          <w:i/>
          <w:sz w:val="20"/>
          <w:szCs w:val="20"/>
        </w:rPr>
        <w:t>ă</w:t>
      </w:r>
      <w:r w:rsidRPr="008D0FBE">
        <w:rPr>
          <w:rFonts w:ascii="Cambria" w:hAnsi="Cambria"/>
          <w:i/>
          <w:sz w:val="20"/>
          <w:szCs w:val="20"/>
        </w:rPr>
        <w:t>r</w:t>
      </w:r>
      <w:proofErr w:type="spellEnd"/>
      <w:r w:rsidRPr="008D0FBE">
        <w:rPr>
          <w:rFonts w:ascii="Cambria" w:hAnsi="Cambria"/>
          <w:i/>
          <w:sz w:val="20"/>
          <w:szCs w:val="20"/>
        </w:rPr>
        <w:t xml:space="preserve"> </w:t>
      </w:r>
      <w:proofErr w:type="spellStart"/>
      <w:r>
        <w:rPr>
          <w:rFonts w:ascii="Cambria" w:hAnsi="Cambria"/>
          <w:i/>
          <w:sz w:val="20"/>
          <w:szCs w:val="20"/>
        </w:rPr>
        <w:t>î</w:t>
      </w:r>
      <w:r w:rsidRPr="008D0FBE">
        <w:rPr>
          <w:rFonts w:ascii="Cambria" w:hAnsi="Cambria"/>
          <w:i/>
          <w:sz w:val="20"/>
          <w:szCs w:val="20"/>
        </w:rPr>
        <w:t>nregistrare</w:t>
      </w:r>
      <w:proofErr w:type="spellEnd"/>
      <w:r w:rsidRPr="008D0FBE">
        <w:rPr>
          <w:rFonts w:ascii="Cambria" w:hAnsi="Cambria"/>
          <w:i/>
          <w:sz w:val="20"/>
          <w:szCs w:val="20"/>
        </w:rPr>
        <w:t>,</w:t>
      </w:r>
    </w:p>
    <w:p w14:paraId="4FFE8A25" w14:textId="77777777" w:rsidR="002428BA" w:rsidRPr="007C7D82" w:rsidRDefault="002428BA" w:rsidP="002428BA">
      <w:pPr>
        <w:pStyle w:val="Corptext"/>
        <w:spacing w:after="0"/>
        <w:ind w:firstLine="220"/>
      </w:pPr>
      <w:r w:rsidRPr="00407480">
        <w:rPr>
          <w:i/>
        </w:rPr>
        <w:t xml:space="preserve">CUI, </w:t>
      </w:r>
      <w:proofErr w:type="spellStart"/>
      <w:r w:rsidRPr="00407480">
        <w:rPr>
          <w:i/>
        </w:rPr>
        <w:t>telefon</w:t>
      </w:r>
      <w:proofErr w:type="spellEnd"/>
      <w:r w:rsidRPr="00407480">
        <w:rPr>
          <w:i/>
        </w:rPr>
        <w:t xml:space="preserve">, </w:t>
      </w:r>
      <w:proofErr w:type="gramStart"/>
      <w:r w:rsidRPr="00407480">
        <w:rPr>
          <w:i/>
        </w:rPr>
        <w:t>fax</w:t>
      </w:r>
      <w:r w:rsidRPr="007C7D82">
        <w:rPr>
          <w:i/>
          <w:iCs/>
        </w:rPr>
        <w:t xml:space="preserve"> </w:t>
      </w:r>
      <w:r>
        <w:rPr>
          <w:i/>
          <w:iCs/>
        </w:rPr>
        <w:t>)</w:t>
      </w:r>
      <w:proofErr w:type="gramEnd"/>
    </w:p>
    <w:p w14:paraId="73069345" w14:textId="77777777" w:rsidR="002428BA" w:rsidRDefault="002428BA" w:rsidP="002428BA">
      <w:pPr>
        <w:pStyle w:val="Heading30"/>
        <w:keepNext/>
        <w:keepLines/>
        <w:spacing w:after="0" w:line="276" w:lineRule="auto"/>
        <w:rPr>
          <w:sz w:val="20"/>
          <w:szCs w:val="20"/>
        </w:rPr>
      </w:pPr>
      <w:bookmarkStart w:id="0" w:name="bookmark464"/>
      <w:bookmarkStart w:id="1" w:name="bookmark465"/>
      <w:bookmarkStart w:id="2" w:name="bookmark466"/>
    </w:p>
    <w:p w14:paraId="5E4CA923" w14:textId="77777777" w:rsidR="002428BA" w:rsidRDefault="002428BA" w:rsidP="002428BA">
      <w:pPr>
        <w:pStyle w:val="Heading30"/>
        <w:keepNext/>
        <w:keepLines/>
        <w:spacing w:after="0" w:line="276" w:lineRule="auto"/>
        <w:jc w:val="center"/>
        <w:rPr>
          <w:sz w:val="20"/>
          <w:szCs w:val="20"/>
        </w:rPr>
      </w:pPr>
    </w:p>
    <w:p w14:paraId="3E019349" w14:textId="77777777" w:rsidR="002428BA" w:rsidRPr="007C7D82" w:rsidRDefault="002428BA" w:rsidP="002428BA">
      <w:pPr>
        <w:pStyle w:val="Heading30"/>
        <w:keepNext/>
        <w:keepLines/>
        <w:spacing w:after="0" w:line="276" w:lineRule="auto"/>
        <w:jc w:val="center"/>
        <w:rPr>
          <w:sz w:val="20"/>
          <w:szCs w:val="20"/>
        </w:rPr>
      </w:pPr>
      <w:r w:rsidRPr="007C7D82">
        <w:rPr>
          <w:sz w:val="20"/>
          <w:szCs w:val="20"/>
        </w:rPr>
        <w:t>FORMULAR DE OFERTĂ</w:t>
      </w:r>
      <w:bookmarkEnd w:id="0"/>
      <w:bookmarkEnd w:id="1"/>
      <w:bookmarkEnd w:id="2"/>
    </w:p>
    <w:p w14:paraId="5D7C1CC0" w14:textId="63821569" w:rsidR="002428BA" w:rsidRPr="007C7D82" w:rsidRDefault="002428BA" w:rsidP="00163FD5">
      <w:pPr>
        <w:pStyle w:val="Corptext"/>
        <w:tabs>
          <w:tab w:val="left" w:pos="2407"/>
          <w:tab w:val="left" w:leader="dot" w:pos="5651"/>
        </w:tabs>
        <w:spacing w:after="0"/>
        <w:ind w:firstLine="820"/>
      </w:pPr>
      <w:proofErr w:type="spellStart"/>
      <w:r w:rsidRPr="007C7D82">
        <w:t>Către</w:t>
      </w:r>
      <w:proofErr w:type="spellEnd"/>
      <w:r w:rsidRPr="007C7D82">
        <w:tab/>
      </w:r>
      <w:r w:rsidR="00163FD5">
        <w:t>COMUNA FĂLCIU</w:t>
      </w:r>
    </w:p>
    <w:p w14:paraId="7D67EBA8" w14:textId="77777777" w:rsidR="002428BA" w:rsidRPr="007C7D82" w:rsidRDefault="002428BA" w:rsidP="002428BA">
      <w:pPr>
        <w:pStyle w:val="Corptext"/>
        <w:spacing w:after="0"/>
        <w:ind w:left="1520"/>
      </w:pPr>
      <w:r w:rsidRPr="007C7D82">
        <w:rPr>
          <w:i/>
          <w:iCs/>
        </w:rPr>
        <w:t>(</w:t>
      </w:r>
      <w:proofErr w:type="spellStart"/>
      <w:r w:rsidRPr="007C7D82">
        <w:rPr>
          <w:i/>
          <w:iCs/>
        </w:rPr>
        <w:t>denumirea</w:t>
      </w:r>
      <w:proofErr w:type="spellEnd"/>
      <w:r w:rsidRPr="007C7D82">
        <w:rPr>
          <w:i/>
          <w:iCs/>
        </w:rPr>
        <w:t xml:space="preserve"> </w:t>
      </w:r>
      <w:proofErr w:type="spellStart"/>
      <w:r w:rsidRPr="007C7D82">
        <w:rPr>
          <w:i/>
          <w:iCs/>
        </w:rPr>
        <w:t>autorității</w:t>
      </w:r>
      <w:proofErr w:type="spellEnd"/>
      <w:r w:rsidRPr="007C7D82">
        <w:rPr>
          <w:i/>
          <w:iCs/>
        </w:rPr>
        <w:t xml:space="preserve"> </w:t>
      </w:r>
      <w:proofErr w:type="spellStart"/>
      <w:r w:rsidRPr="007C7D82">
        <w:rPr>
          <w:i/>
          <w:iCs/>
        </w:rPr>
        <w:t>contractante</w:t>
      </w:r>
      <w:proofErr w:type="spellEnd"/>
      <w:r w:rsidRPr="007C7D82">
        <w:rPr>
          <w:i/>
          <w:iCs/>
        </w:rPr>
        <w:t xml:space="preserve"> </w:t>
      </w:r>
      <w:proofErr w:type="spellStart"/>
      <w:r w:rsidRPr="007C7D82">
        <w:rPr>
          <w:i/>
          <w:iCs/>
        </w:rPr>
        <w:t>și</w:t>
      </w:r>
      <w:proofErr w:type="spellEnd"/>
      <w:r w:rsidRPr="007C7D82">
        <w:rPr>
          <w:i/>
          <w:iCs/>
        </w:rPr>
        <w:t xml:space="preserve"> </w:t>
      </w:r>
      <w:proofErr w:type="spellStart"/>
      <w:r w:rsidRPr="007C7D82">
        <w:rPr>
          <w:i/>
          <w:iCs/>
        </w:rPr>
        <w:t>adresa</w:t>
      </w:r>
      <w:proofErr w:type="spellEnd"/>
      <w:r w:rsidRPr="007C7D82">
        <w:rPr>
          <w:i/>
          <w:iCs/>
        </w:rPr>
        <w:t xml:space="preserve"> </w:t>
      </w:r>
      <w:proofErr w:type="spellStart"/>
      <w:r w:rsidRPr="007C7D82">
        <w:rPr>
          <w:i/>
          <w:iCs/>
        </w:rPr>
        <w:t>completă</w:t>
      </w:r>
      <w:proofErr w:type="spellEnd"/>
      <w:r w:rsidRPr="007C7D82">
        <w:rPr>
          <w:i/>
          <w:iCs/>
        </w:rPr>
        <w:t>)</w:t>
      </w:r>
    </w:p>
    <w:p w14:paraId="2403EACA" w14:textId="66830084" w:rsidR="002428BA" w:rsidRPr="007C7D82" w:rsidRDefault="002428BA" w:rsidP="00163FD5">
      <w:pPr>
        <w:pStyle w:val="Corptext"/>
        <w:widowControl w:val="0"/>
        <w:numPr>
          <w:ilvl w:val="0"/>
          <w:numId w:val="16"/>
        </w:numPr>
        <w:tabs>
          <w:tab w:val="left" w:pos="461"/>
        </w:tabs>
        <w:spacing w:after="0"/>
        <w:ind w:firstLine="160"/>
        <w:jc w:val="both"/>
      </w:pPr>
      <w:bookmarkStart w:id="3" w:name="bookmark467"/>
      <w:bookmarkEnd w:id="3"/>
      <w:proofErr w:type="spellStart"/>
      <w:r w:rsidRPr="007C7D82">
        <w:t>Examinând</w:t>
      </w:r>
      <w:proofErr w:type="spellEnd"/>
      <w:r w:rsidRPr="007C7D82">
        <w:t xml:space="preserve"> </w:t>
      </w:r>
      <w:proofErr w:type="spellStart"/>
      <w:r w:rsidRPr="007C7D82">
        <w:t>documentația</w:t>
      </w:r>
      <w:proofErr w:type="spellEnd"/>
      <w:r w:rsidRPr="007C7D82">
        <w:t xml:space="preserve"> de </w:t>
      </w:r>
      <w:proofErr w:type="spellStart"/>
      <w:r w:rsidRPr="007C7D82">
        <w:t>atribuire</w:t>
      </w:r>
      <w:proofErr w:type="spellEnd"/>
      <w:r w:rsidRPr="007C7D82">
        <w:t xml:space="preserve">, </w:t>
      </w:r>
      <w:proofErr w:type="spellStart"/>
      <w:r w:rsidRPr="007C7D82">
        <w:t>subsemnați</w:t>
      </w:r>
      <w:r>
        <w:t>i</w:t>
      </w:r>
      <w:proofErr w:type="spellEnd"/>
      <w:r w:rsidRPr="007C7D82">
        <w:t xml:space="preserve">, </w:t>
      </w:r>
      <w:proofErr w:type="spellStart"/>
      <w:r w:rsidRPr="007C7D82">
        <w:t>reprezentanți</w:t>
      </w:r>
      <w:proofErr w:type="spellEnd"/>
      <w:r w:rsidRPr="007C7D82">
        <w:t xml:space="preserve"> ai </w:t>
      </w:r>
      <w:proofErr w:type="spellStart"/>
      <w:r w:rsidRPr="007C7D82">
        <w:t>ofertantului</w:t>
      </w:r>
      <w:proofErr w:type="spellEnd"/>
      <w:r w:rsidR="00163FD5">
        <w:t>…………………</w:t>
      </w:r>
      <w:proofErr w:type="gramStart"/>
      <w:r w:rsidR="00163FD5">
        <w:t>…..</w:t>
      </w:r>
      <w:proofErr w:type="gramEnd"/>
      <w:r w:rsidR="00163FD5">
        <w:t xml:space="preserve"> </w:t>
      </w:r>
      <w:r w:rsidRPr="007C7D82">
        <w:t>(</w:t>
      </w:r>
      <w:proofErr w:type="spellStart"/>
      <w:r w:rsidRPr="00163FD5">
        <w:rPr>
          <w:i/>
          <w:iCs/>
        </w:rPr>
        <w:t>denumirea</w:t>
      </w:r>
      <w:proofErr w:type="spellEnd"/>
      <w:r w:rsidRPr="00163FD5">
        <w:rPr>
          <w:i/>
          <w:iCs/>
        </w:rPr>
        <w:t>/</w:t>
      </w:r>
      <w:proofErr w:type="spellStart"/>
      <w:r w:rsidRPr="00163FD5">
        <w:rPr>
          <w:i/>
          <w:iCs/>
        </w:rPr>
        <w:t>numele</w:t>
      </w:r>
      <w:proofErr w:type="spellEnd"/>
      <w:r w:rsidR="00163FD5">
        <w:rPr>
          <w:i/>
          <w:iCs/>
        </w:rPr>
        <w:t xml:space="preserve"> </w:t>
      </w:r>
      <w:proofErr w:type="spellStart"/>
      <w:r w:rsidRPr="00163FD5">
        <w:rPr>
          <w:i/>
          <w:iCs/>
        </w:rPr>
        <w:t>ofertantului</w:t>
      </w:r>
      <w:proofErr w:type="spellEnd"/>
      <w:r w:rsidRPr="00163FD5">
        <w:rPr>
          <w:i/>
          <w:iCs/>
        </w:rPr>
        <w:t>)</w:t>
      </w:r>
      <w:r w:rsidRPr="007C7D82">
        <w:t xml:space="preserve"> ne </w:t>
      </w:r>
      <w:proofErr w:type="spellStart"/>
      <w:r w:rsidRPr="007C7D82">
        <w:t>oferim</w:t>
      </w:r>
      <w:proofErr w:type="spellEnd"/>
      <w:r w:rsidRPr="007C7D82">
        <w:t xml:space="preserve"> ca, </w:t>
      </w:r>
      <w:proofErr w:type="spellStart"/>
      <w:r w:rsidRPr="007C7D82">
        <w:t>în</w:t>
      </w:r>
      <w:proofErr w:type="spellEnd"/>
      <w:r w:rsidRPr="007C7D82">
        <w:t xml:space="preserve"> </w:t>
      </w:r>
      <w:proofErr w:type="spellStart"/>
      <w:r w:rsidRPr="007C7D82">
        <w:t>conformitate</w:t>
      </w:r>
      <w:proofErr w:type="spellEnd"/>
      <w:r w:rsidRPr="007C7D82">
        <w:t xml:space="preserve"> cu </w:t>
      </w:r>
      <w:proofErr w:type="spellStart"/>
      <w:r w:rsidRPr="007C7D82">
        <w:t>prevederile</w:t>
      </w:r>
      <w:proofErr w:type="spellEnd"/>
      <w:r w:rsidRPr="007C7D82">
        <w:t xml:space="preserve"> </w:t>
      </w:r>
      <w:proofErr w:type="spellStart"/>
      <w:r w:rsidRPr="007C7D82">
        <w:t>și</w:t>
      </w:r>
      <w:proofErr w:type="spellEnd"/>
      <w:r w:rsidRPr="007C7D82">
        <w:t xml:space="preserve"> </w:t>
      </w:r>
      <w:proofErr w:type="spellStart"/>
      <w:r w:rsidRPr="007C7D82">
        <w:t>cerințele</w:t>
      </w:r>
      <w:proofErr w:type="spellEnd"/>
      <w:r w:rsidRPr="007C7D82">
        <w:t xml:space="preserve"> </w:t>
      </w:r>
      <w:proofErr w:type="spellStart"/>
      <w:r w:rsidRPr="007C7D82">
        <w:t>cuprinse</w:t>
      </w:r>
      <w:proofErr w:type="spellEnd"/>
      <w:r w:rsidRPr="007C7D82">
        <w:t xml:space="preserve"> </w:t>
      </w:r>
      <w:proofErr w:type="spellStart"/>
      <w:r w:rsidRPr="007C7D82">
        <w:t>în</w:t>
      </w:r>
      <w:proofErr w:type="spellEnd"/>
      <w:r w:rsidRPr="007C7D82">
        <w:t xml:space="preserve"> </w:t>
      </w:r>
      <w:proofErr w:type="spellStart"/>
      <w:r w:rsidRPr="007C7D82">
        <w:t>documentația</w:t>
      </w:r>
      <w:proofErr w:type="spellEnd"/>
      <w:r w:rsidRPr="007C7D82">
        <w:t xml:space="preserve"> </w:t>
      </w:r>
      <w:proofErr w:type="spellStart"/>
      <w:r w:rsidRPr="007C7D82">
        <w:t>mai</w:t>
      </w:r>
      <w:proofErr w:type="spellEnd"/>
      <w:r w:rsidRPr="007C7D82">
        <w:t xml:space="preserve"> sus </w:t>
      </w:r>
      <w:proofErr w:type="spellStart"/>
      <w:r w:rsidRPr="007C7D82">
        <w:t>menționată</w:t>
      </w:r>
      <w:proofErr w:type="spellEnd"/>
      <w:r w:rsidRPr="007C7D82">
        <w:t xml:space="preserve">, </w:t>
      </w:r>
      <w:proofErr w:type="spellStart"/>
      <w:r w:rsidRPr="007C7D82">
        <w:t>să</w:t>
      </w:r>
      <w:proofErr w:type="spellEnd"/>
      <w:r w:rsidRPr="007C7D82">
        <w:t xml:space="preserve"> </w:t>
      </w:r>
      <w:proofErr w:type="spellStart"/>
      <w:r w:rsidRPr="007C7D82">
        <w:t>livram</w:t>
      </w:r>
      <w:proofErr w:type="spellEnd"/>
      <w:r>
        <w:t xml:space="preserve"> </w:t>
      </w:r>
      <w:bookmarkStart w:id="4" w:name="_Hlk242284398"/>
      <w:proofErr w:type="spellStart"/>
      <w:r w:rsidRPr="00163FD5">
        <w:rPr>
          <w:b/>
          <w:bCs/>
        </w:rPr>
        <w:t>Furnizarea</w:t>
      </w:r>
      <w:proofErr w:type="spellEnd"/>
      <w:r w:rsidRPr="00163FD5">
        <w:rPr>
          <w:b/>
          <w:bCs/>
        </w:rPr>
        <w:t xml:space="preserve"> de </w:t>
      </w:r>
      <w:proofErr w:type="spellStart"/>
      <w:r w:rsidRPr="00163FD5">
        <w:rPr>
          <w:b/>
          <w:bCs/>
        </w:rPr>
        <w:t>îmbracaminte</w:t>
      </w:r>
      <w:proofErr w:type="spellEnd"/>
      <w:r w:rsidRPr="00163FD5">
        <w:rPr>
          <w:b/>
          <w:bCs/>
        </w:rPr>
        <w:t xml:space="preserve">, </w:t>
      </w:r>
      <w:proofErr w:type="spellStart"/>
      <w:r w:rsidRPr="00163FD5">
        <w:rPr>
          <w:b/>
          <w:bCs/>
        </w:rPr>
        <w:t>încălțăminte</w:t>
      </w:r>
      <w:proofErr w:type="spellEnd"/>
      <w:r w:rsidRPr="00163FD5">
        <w:rPr>
          <w:b/>
          <w:bCs/>
        </w:rPr>
        <w:t xml:space="preserve"> </w:t>
      </w:r>
      <w:proofErr w:type="spellStart"/>
      <w:r w:rsidRPr="00163FD5">
        <w:rPr>
          <w:b/>
          <w:bCs/>
        </w:rPr>
        <w:t>și</w:t>
      </w:r>
      <w:proofErr w:type="spellEnd"/>
      <w:r w:rsidRPr="00163FD5">
        <w:rPr>
          <w:b/>
          <w:bCs/>
        </w:rPr>
        <w:t xml:space="preserve"> </w:t>
      </w:r>
      <w:proofErr w:type="spellStart"/>
      <w:r w:rsidRPr="00163FD5">
        <w:rPr>
          <w:b/>
          <w:bCs/>
        </w:rPr>
        <w:t>rechizite</w:t>
      </w:r>
      <w:proofErr w:type="spellEnd"/>
      <w:r w:rsidRPr="00163FD5">
        <w:rPr>
          <w:b/>
          <w:bCs/>
        </w:rPr>
        <w:t xml:space="preserve"> </w:t>
      </w:r>
      <w:proofErr w:type="spellStart"/>
      <w:r w:rsidRPr="00163FD5">
        <w:rPr>
          <w:b/>
          <w:bCs/>
        </w:rPr>
        <w:t>scolare</w:t>
      </w:r>
      <w:proofErr w:type="spellEnd"/>
      <w:r w:rsidRPr="00163FD5">
        <w:rPr>
          <w:b/>
          <w:bCs/>
        </w:rPr>
        <w:t xml:space="preserve"> </w:t>
      </w:r>
      <w:proofErr w:type="spellStart"/>
      <w:r w:rsidRPr="00163FD5">
        <w:rPr>
          <w:b/>
          <w:bCs/>
        </w:rPr>
        <w:t>pentru</w:t>
      </w:r>
      <w:proofErr w:type="spellEnd"/>
      <w:r w:rsidRPr="00163FD5">
        <w:rPr>
          <w:b/>
          <w:bCs/>
        </w:rPr>
        <w:t xml:space="preserve"> </w:t>
      </w:r>
      <w:proofErr w:type="spellStart"/>
      <w:proofErr w:type="gramStart"/>
      <w:r w:rsidRPr="00163FD5">
        <w:rPr>
          <w:b/>
          <w:bCs/>
        </w:rPr>
        <w:t>proiectul</w:t>
      </w:r>
      <w:proofErr w:type="spellEnd"/>
      <w:r w:rsidRPr="00163FD5">
        <w:rPr>
          <w:b/>
          <w:bCs/>
        </w:rPr>
        <w:t xml:space="preserve">  ”</w:t>
      </w:r>
      <w:proofErr w:type="spellStart"/>
      <w:proofErr w:type="gramEnd"/>
      <w:r w:rsidRPr="00163FD5">
        <w:rPr>
          <w:b/>
          <w:bCs/>
        </w:rPr>
        <w:t>Furnizare</w:t>
      </w:r>
      <w:proofErr w:type="spellEnd"/>
      <w:r w:rsidRPr="00163FD5">
        <w:rPr>
          <w:b/>
          <w:bCs/>
        </w:rPr>
        <w:t xml:space="preserve"> de </w:t>
      </w:r>
      <w:proofErr w:type="spellStart"/>
      <w:r w:rsidRPr="00163FD5">
        <w:rPr>
          <w:b/>
          <w:bCs/>
        </w:rPr>
        <w:t>servicii</w:t>
      </w:r>
      <w:proofErr w:type="spellEnd"/>
      <w:r w:rsidRPr="00163FD5">
        <w:rPr>
          <w:b/>
          <w:bCs/>
        </w:rPr>
        <w:t xml:space="preserve"> integrate </w:t>
      </w:r>
      <w:proofErr w:type="spellStart"/>
      <w:r w:rsidRPr="00163FD5">
        <w:rPr>
          <w:b/>
          <w:bCs/>
        </w:rPr>
        <w:t>în</w:t>
      </w:r>
      <w:proofErr w:type="spellEnd"/>
      <w:r w:rsidRPr="00163FD5">
        <w:rPr>
          <w:b/>
          <w:bCs/>
        </w:rPr>
        <w:t xml:space="preserve"> </w:t>
      </w:r>
      <w:proofErr w:type="spellStart"/>
      <w:r w:rsidRPr="00163FD5">
        <w:rPr>
          <w:b/>
          <w:bCs/>
        </w:rPr>
        <w:t>comunitățile</w:t>
      </w:r>
      <w:proofErr w:type="spellEnd"/>
      <w:r w:rsidRPr="00163FD5">
        <w:rPr>
          <w:b/>
          <w:bCs/>
        </w:rPr>
        <w:t xml:space="preserve"> </w:t>
      </w:r>
      <w:proofErr w:type="spellStart"/>
      <w:r w:rsidRPr="00163FD5">
        <w:rPr>
          <w:b/>
          <w:bCs/>
        </w:rPr>
        <w:t>rurale</w:t>
      </w:r>
      <w:proofErr w:type="spellEnd"/>
      <w:r w:rsidRPr="00163FD5">
        <w:rPr>
          <w:b/>
          <w:bCs/>
        </w:rPr>
        <w:t xml:space="preserve"> - </w:t>
      </w:r>
      <w:proofErr w:type="spellStart"/>
      <w:r w:rsidRPr="00163FD5">
        <w:rPr>
          <w:b/>
          <w:bCs/>
        </w:rPr>
        <w:t>facilitarea</w:t>
      </w:r>
      <w:proofErr w:type="spellEnd"/>
      <w:r w:rsidRPr="00163FD5">
        <w:rPr>
          <w:b/>
          <w:bCs/>
        </w:rPr>
        <w:t xml:space="preserve"> </w:t>
      </w:r>
      <w:proofErr w:type="spellStart"/>
      <w:r w:rsidRPr="00163FD5">
        <w:rPr>
          <w:b/>
          <w:bCs/>
        </w:rPr>
        <w:t>accesului</w:t>
      </w:r>
      <w:proofErr w:type="spellEnd"/>
      <w:r w:rsidRPr="00163FD5">
        <w:rPr>
          <w:b/>
          <w:bCs/>
        </w:rPr>
        <w:t xml:space="preserve"> </w:t>
      </w:r>
      <w:proofErr w:type="spellStart"/>
      <w:r w:rsidRPr="00163FD5">
        <w:rPr>
          <w:b/>
          <w:bCs/>
        </w:rPr>
        <w:t>persoanelor</w:t>
      </w:r>
      <w:proofErr w:type="spellEnd"/>
      <w:r w:rsidRPr="00163FD5">
        <w:rPr>
          <w:b/>
          <w:bCs/>
        </w:rPr>
        <w:t xml:space="preserve"> </w:t>
      </w:r>
      <w:proofErr w:type="spellStart"/>
      <w:r w:rsidRPr="00163FD5">
        <w:rPr>
          <w:b/>
          <w:bCs/>
        </w:rPr>
        <w:t>vulnerabile</w:t>
      </w:r>
      <w:proofErr w:type="spellEnd"/>
      <w:r w:rsidRPr="00163FD5">
        <w:rPr>
          <w:b/>
          <w:bCs/>
        </w:rPr>
        <w:t xml:space="preserve"> la </w:t>
      </w:r>
      <w:proofErr w:type="spellStart"/>
      <w:r w:rsidRPr="00163FD5">
        <w:rPr>
          <w:b/>
          <w:bCs/>
        </w:rPr>
        <w:t>servicii</w:t>
      </w:r>
      <w:proofErr w:type="spellEnd"/>
      <w:r w:rsidRPr="00163FD5">
        <w:rPr>
          <w:b/>
          <w:bCs/>
        </w:rPr>
        <w:t xml:space="preserve"> de </w:t>
      </w:r>
      <w:proofErr w:type="spellStart"/>
      <w:r w:rsidRPr="00163FD5">
        <w:rPr>
          <w:b/>
          <w:bCs/>
        </w:rPr>
        <w:t>bază</w:t>
      </w:r>
      <w:proofErr w:type="spellEnd"/>
      <w:r w:rsidRPr="00163FD5">
        <w:rPr>
          <w:b/>
          <w:bCs/>
        </w:rPr>
        <w:t xml:space="preserve"> </w:t>
      </w:r>
      <w:proofErr w:type="spellStart"/>
      <w:r w:rsidRPr="00163FD5">
        <w:rPr>
          <w:b/>
          <w:bCs/>
        </w:rPr>
        <w:t>eficiente</w:t>
      </w:r>
      <w:proofErr w:type="spellEnd"/>
      <w:r w:rsidRPr="00163FD5">
        <w:rPr>
          <w:b/>
          <w:bCs/>
        </w:rPr>
        <w:t xml:space="preserve"> </w:t>
      </w:r>
      <w:proofErr w:type="spellStart"/>
      <w:r w:rsidRPr="00163FD5">
        <w:rPr>
          <w:b/>
          <w:bCs/>
        </w:rPr>
        <w:t>și</w:t>
      </w:r>
      <w:proofErr w:type="spellEnd"/>
      <w:r w:rsidRPr="00163FD5">
        <w:rPr>
          <w:b/>
          <w:bCs/>
        </w:rPr>
        <w:t xml:space="preserve"> de </w:t>
      </w:r>
      <w:proofErr w:type="spellStart"/>
      <w:r w:rsidRPr="00163FD5">
        <w:rPr>
          <w:b/>
          <w:bCs/>
        </w:rPr>
        <w:t>calitate</w:t>
      </w:r>
      <w:proofErr w:type="spellEnd"/>
      <w:r w:rsidRPr="00163FD5">
        <w:rPr>
          <w:b/>
          <w:bCs/>
        </w:rPr>
        <w:t>”</w:t>
      </w:r>
      <w:bookmarkEnd w:id="4"/>
      <w:r w:rsidRPr="00163FD5">
        <w:rPr>
          <w:b/>
          <w:bCs/>
        </w:rPr>
        <w:t xml:space="preserve"> </w:t>
      </w:r>
      <w:proofErr w:type="spellStart"/>
      <w:r w:rsidRPr="007C7D82">
        <w:t>pentru</w:t>
      </w:r>
      <w:proofErr w:type="spellEnd"/>
      <w:r w:rsidRPr="007C7D82">
        <w:t xml:space="preserve"> </w:t>
      </w:r>
      <w:proofErr w:type="spellStart"/>
      <w:r w:rsidRPr="007C7D82">
        <w:t>suma</w:t>
      </w:r>
      <w:proofErr w:type="spellEnd"/>
      <w:r w:rsidRPr="007C7D82">
        <w:t xml:space="preserve"> de</w:t>
      </w:r>
      <w:r>
        <w:t>..........................</w:t>
      </w:r>
      <w:r w:rsidRPr="007C7D82">
        <w:tab/>
      </w:r>
      <w:r w:rsidRPr="00163FD5">
        <w:rPr>
          <w:i/>
          <w:iCs/>
        </w:rPr>
        <w:t>(</w:t>
      </w:r>
      <w:proofErr w:type="spellStart"/>
      <w:proofErr w:type="gramStart"/>
      <w:r w:rsidRPr="00163FD5">
        <w:rPr>
          <w:i/>
          <w:iCs/>
        </w:rPr>
        <w:t>suma</w:t>
      </w:r>
      <w:proofErr w:type="spellEnd"/>
      <w:proofErr w:type="gramEnd"/>
      <w:r w:rsidRPr="00163FD5">
        <w:rPr>
          <w:i/>
          <w:iCs/>
        </w:rPr>
        <w:t xml:space="preserve"> </w:t>
      </w:r>
      <w:proofErr w:type="spellStart"/>
      <w:r w:rsidRPr="00163FD5">
        <w:rPr>
          <w:i/>
          <w:iCs/>
        </w:rPr>
        <w:t>în</w:t>
      </w:r>
      <w:proofErr w:type="spellEnd"/>
      <w:r w:rsidRPr="00163FD5">
        <w:rPr>
          <w:i/>
          <w:iCs/>
        </w:rPr>
        <w:t xml:space="preserve"> </w:t>
      </w:r>
      <w:proofErr w:type="spellStart"/>
      <w:r w:rsidRPr="00163FD5">
        <w:rPr>
          <w:i/>
          <w:iCs/>
        </w:rPr>
        <w:t>litere</w:t>
      </w:r>
      <w:proofErr w:type="spellEnd"/>
      <w:r w:rsidRPr="00163FD5">
        <w:rPr>
          <w:i/>
          <w:iCs/>
        </w:rPr>
        <w:t xml:space="preserve"> </w:t>
      </w:r>
      <w:proofErr w:type="spellStart"/>
      <w:r w:rsidRPr="00163FD5">
        <w:rPr>
          <w:i/>
          <w:iCs/>
        </w:rPr>
        <w:t>și</w:t>
      </w:r>
      <w:proofErr w:type="spellEnd"/>
      <w:r w:rsidRPr="00163FD5">
        <w:rPr>
          <w:i/>
          <w:iCs/>
        </w:rPr>
        <w:t xml:space="preserve"> </w:t>
      </w:r>
      <w:proofErr w:type="spellStart"/>
      <w:r w:rsidRPr="00163FD5">
        <w:rPr>
          <w:i/>
          <w:iCs/>
        </w:rPr>
        <w:t>în</w:t>
      </w:r>
      <w:proofErr w:type="spellEnd"/>
      <w:r w:rsidRPr="00163FD5">
        <w:rPr>
          <w:i/>
          <w:iCs/>
        </w:rPr>
        <w:t xml:space="preserve"> </w:t>
      </w:r>
      <w:proofErr w:type="spellStart"/>
      <w:r w:rsidRPr="00163FD5">
        <w:rPr>
          <w:i/>
          <w:iCs/>
        </w:rPr>
        <w:t>cifre</w:t>
      </w:r>
      <w:proofErr w:type="spellEnd"/>
      <w:r w:rsidRPr="00163FD5">
        <w:rPr>
          <w:i/>
          <w:iCs/>
        </w:rPr>
        <w:t>,</w:t>
      </w:r>
    </w:p>
    <w:p w14:paraId="45530413" w14:textId="77777777" w:rsidR="002428BA" w:rsidRPr="007C7D82" w:rsidRDefault="002428BA" w:rsidP="00163FD5">
      <w:pPr>
        <w:pStyle w:val="Corptext"/>
        <w:tabs>
          <w:tab w:val="left" w:leader="dot" w:pos="655"/>
        </w:tabs>
        <w:spacing w:after="0"/>
        <w:jc w:val="both"/>
      </w:pPr>
      <w:r w:rsidRPr="007C7D82">
        <w:rPr>
          <w:i/>
          <w:iCs/>
        </w:rPr>
        <w:t xml:space="preserve">precum </w:t>
      </w:r>
      <w:proofErr w:type="spellStart"/>
      <w:r w:rsidRPr="007C7D82">
        <w:rPr>
          <w:i/>
          <w:iCs/>
        </w:rPr>
        <w:t>și</w:t>
      </w:r>
      <w:proofErr w:type="spellEnd"/>
      <w:r w:rsidRPr="007C7D82">
        <w:rPr>
          <w:i/>
          <w:iCs/>
        </w:rPr>
        <w:t xml:space="preserve"> </w:t>
      </w:r>
      <w:proofErr w:type="spellStart"/>
      <w:r w:rsidRPr="007C7D82">
        <w:rPr>
          <w:i/>
          <w:iCs/>
        </w:rPr>
        <w:t>moneda</w:t>
      </w:r>
      <w:proofErr w:type="spellEnd"/>
      <w:r w:rsidRPr="007C7D82">
        <w:rPr>
          <w:i/>
          <w:iCs/>
        </w:rPr>
        <w:t xml:space="preserve"> </w:t>
      </w:r>
      <w:proofErr w:type="spellStart"/>
      <w:r w:rsidRPr="007C7D82">
        <w:rPr>
          <w:i/>
          <w:iCs/>
        </w:rPr>
        <w:t>ofertei</w:t>
      </w:r>
      <w:proofErr w:type="spellEnd"/>
      <w:r w:rsidRPr="007C7D82">
        <w:rPr>
          <w:i/>
          <w:iCs/>
        </w:rPr>
        <w:t>)</w:t>
      </w:r>
      <w:r w:rsidRPr="007C7D82">
        <w:t xml:space="preserve"> </w:t>
      </w:r>
      <w:proofErr w:type="spellStart"/>
      <w:r w:rsidRPr="007C7D82">
        <w:t>pl</w:t>
      </w:r>
      <w:r>
        <w:t>ă</w:t>
      </w:r>
      <w:r w:rsidRPr="007C7D82">
        <w:t>tibilă</w:t>
      </w:r>
      <w:proofErr w:type="spellEnd"/>
      <w:r w:rsidRPr="007C7D82">
        <w:t xml:space="preserve"> </w:t>
      </w:r>
      <w:proofErr w:type="spellStart"/>
      <w:r w:rsidRPr="007C7D82">
        <w:t>după</w:t>
      </w:r>
      <w:proofErr w:type="spellEnd"/>
      <w:r w:rsidRPr="007C7D82">
        <w:t xml:space="preserve"> </w:t>
      </w:r>
      <w:proofErr w:type="spellStart"/>
      <w:r w:rsidRPr="007C7D82">
        <w:t>recepția</w:t>
      </w:r>
      <w:proofErr w:type="spellEnd"/>
      <w:r w:rsidRPr="007C7D82">
        <w:t xml:space="preserve"> </w:t>
      </w:r>
      <w:proofErr w:type="spellStart"/>
      <w:r w:rsidRPr="007C7D82">
        <w:t>bunurilor</w:t>
      </w:r>
      <w:proofErr w:type="spellEnd"/>
      <w:r w:rsidRPr="007C7D82">
        <w:t xml:space="preserve">, la care se </w:t>
      </w:r>
      <w:proofErr w:type="spellStart"/>
      <w:r w:rsidRPr="007C7D82">
        <w:t>adaugă</w:t>
      </w:r>
      <w:proofErr w:type="spellEnd"/>
      <w:r w:rsidRPr="007C7D82">
        <w:t xml:space="preserve"> TVA </w:t>
      </w:r>
      <w:proofErr w:type="spellStart"/>
      <w:r w:rsidRPr="007C7D82">
        <w:t>în</w:t>
      </w:r>
      <w:proofErr w:type="spellEnd"/>
      <w:r w:rsidRPr="007C7D82">
        <w:t xml:space="preserve"> </w:t>
      </w:r>
      <w:proofErr w:type="spellStart"/>
      <w:r w:rsidRPr="007C7D82">
        <w:t>valoare</w:t>
      </w:r>
      <w:proofErr w:type="spellEnd"/>
      <w:r w:rsidRPr="007C7D82">
        <w:t xml:space="preserve"> de</w:t>
      </w:r>
      <w:r>
        <w:t>..........................</w:t>
      </w:r>
      <w:r w:rsidRPr="007C7D82">
        <w:tab/>
        <w:t xml:space="preserve"> </w:t>
      </w:r>
      <w:r w:rsidRPr="007C7D82">
        <w:rPr>
          <w:i/>
          <w:iCs/>
        </w:rPr>
        <w:t>(</w:t>
      </w:r>
      <w:proofErr w:type="spellStart"/>
      <w:r w:rsidRPr="007C7D82">
        <w:rPr>
          <w:i/>
          <w:iCs/>
        </w:rPr>
        <w:t>suma</w:t>
      </w:r>
      <w:proofErr w:type="spellEnd"/>
      <w:r w:rsidRPr="007C7D82">
        <w:rPr>
          <w:i/>
          <w:iCs/>
        </w:rPr>
        <w:t xml:space="preserve"> </w:t>
      </w:r>
      <w:proofErr w:type="spellStart"/>
      <w:r w:rsidRPr="007C7D82">
        <w:rPr>
          <w:i/>
          <w:iCs/>
        </w:rPr>
        <w:t>în</w:t>
      </w:r>
      <w:proofErr w:type="spellEnd"/>
      <w:r w:rsidRPr="007C7D82">
        <w:rPr>
          <w:i/>
          <w:iCs/>
        </w:rPr>
        <w:t xml:space="preserve"> </w:t>
      </w:r>
      <w:proofErr w:type="spellStart"/>
      <w:r w:rsidRPr="007C7D82">
        <w:rPr>
          <w:i/>
          <w:iCs/>
        </w:rPr>
        <w:t>litere</w:t>
      </w:r>
      <w:proofErr w:type="spellEnd"/>
      <w:r w:rsidRPr="007C7D82">
        <w:rPr>
          <w:i/>
          <w:iCs/>
        </w:rPr>
        <w:t xml:space="preserve"> </w:t>
      </w:r>
      <w:proofErr w:type="spellStart"/>
      <w:r w:rsidRPr="007C7D82">
        <w:rPr>
          <w:i/>
          <w:iCs/>
        </w:rPr>
        <w:t>și</w:t>
      </w:r>
      <w:proofErr w:type="spellEnd"/>
      <w:r w:rsidRPr="007C7D82">
        <w:rPr>
          <w:i/>
          <w:iCs/>
        </w:rPr>
        <w:t xml:space="preserve"> </w:t>
      </w:r>
      <w:proofErr w:type="spellStart"/>
      <w:r w:rsidRPr="007C7D82">
        <w:rPr>
          <w:i/>
          <w:iCs/>
        </w:rPr>
        <w:t>în</w:t>
      </w:r>
      <w:proofErr w:type="spellEnd"/>
      <w:r w:rsidRPr="007C7D82">
        <w:rPr>
          <w:i/>
          <w:iCs/>
        </w:rPr>
        <w:t xml:space="preserve"> </w:t>
      </w:r>
      <w:proofErr w:type="spellStart"/>
      <w:r w:rsidRPr="007C7D82">
        <w:rPr>
          <w:i/>
          <w:iCs/>
        </w:rPr>
        <w:t>cifre</w:t>
      </w:r>
      <w:proofErr w:type="spellEnd"/>
      <w:r w:rsidRPr="007C7D82">
        <w:rPr>
          <w:i/>
          <w:iCs/>
        </w:rPr>
        <w:t xml:space="preserve">, precum </w:t>
      </w:r>
      <w:proofErr w:type="spellStart"/>
      <w:r w:rsidRPr="007C7D82">
        <w:rPr>
          <w:i/>
          <w:iCs/>
        </w:rPr>
        <w:t>și</w:t>
      </w:r>
      <w:proofErr w:type="spellEnd"/>
      <w:r w:rsidRPr="007C7D82">
        <w:rPr>
          <w:i/>
          <w:iCs/>
        </w:rPr>
        <w:t xml:space="preserve"> </w:t>
      </w:r>
      <w:proofErr w:type="spellStart"/>
      <w:r w:rsidRPr="007C7D82">
        <w:rPr>
          <w:i/>
          <w:iCs/>
        </w:rPr>
        <w:t>moneda</w:t>
      </w:r>
      <w:proofErr w:type="spellEnd"/>
      <w:r w:rsidRPr="007C7D82">
        <w:rPr>
          <w:i/>
          <w:iCs/>
        </w:rPr>
        <w:t xml:space="preserve"> </w:t>
      </w:r>
      <w:proofErr w:type="spellStart"/>
      <w:r w:rsidRPr="007C7D82">
        <w:rPr>
          <w:i/>
          <w:iCs/>
        </w:rPr>
        <w:t>ofertei</w:t>
      </w:r>
      <w:proofErr w:type="spellEnd"/>
      <w:r w:rsidRPr="007C7D82">
        <w:rPr>
          <w:i/>
          <w:iCs/>
        </w:rPr>
        <w:t>)</w:t>
      </w:r>
    </w:p>
    <w:p w14:paraId="1CD02BB0" w14:textId="77777777" w:rsidR="002428BA" w:rsidRPr="007C7D82" w:rsidRDefault="002428BA" w:rsidP="00163FD5">
      <w:pPr>
        <w:pStyle w:val="Corptext"/>
        <w:widowControl w:val="0"/>
        <w:numPr>
          <w:ilvl w:val="0"/>
          <w:numId w:val="16"/>
        </w:numPr>
        <w:tabs>
          <w:tab w:val="left" w:pos="337"/>
        </w:tabs>
        <w:spacing w:after="0"/>
        <w:ind w:left="220" w:hanging="220"/>
        <w:jc w:val="both"/>
      </w:pPr>
      <w:bookmarkStart w:id="5" w:name="bookmark468"/>
      <w:bookmarkEnd w:id="5"/>
      <w:r>
        <w:t xml:space="preserve">  </w:t>
      </w:r>
      <w:r w:rsidRPr="007C7D82">
        <w:t xml:space="preserve">Ne </w:t>
      </w:r>
      <w:proofErr w:type="spellStart"/>
      <w:r w:rsidRPr="007C7D82">
        <w:t>angajăm</w:t>
      </w:r>
      <w:proofErr w:type="spellEnd"/>
      <w:r w:rsidRPr="007C7D82">
        <w:t xml:space="preserve"> ca, </w:t>
      </w:r>
      <w:proofErr w:type="spellStart"/>
      <w:r w:rsidRPr="007C7D82">
        <w:t>în</w:t>
      </w:r>
      <w:proofErr w:type="spellEnd"/>
      <w:r w:rsidRPr="007C7D82">
        <w:t xml:space="preserve"> </w:t>
      </w:r>
      <w:proofErr w:type="spellStart"/>
      <w:r w:rsidRPr="007C7D82">
        <w:t>cazul</w:t>
      </w:r>
      <w:proofErr w:type="spellEnd"/>
      <w:r w:rsidRPr="007C7D82">
        <w:t xml:space="preserve"> </w:t>
      </w:r>
      <w:proofErr w:type="spellStart"/>
      <w:r w:rsidRPr="007C7D82">
        <w:t>în</w:t>
      </w:r>
      <w:proofErr w:type="spellEnd"/>
      <w:r w:rsidRPr="007C7D82">
        <w:t xml:space="preserve"> care </w:t>
      </w:r>
      <w:proofErr w:type="spellStart"/>
      <w:r w:rsidRPr="007C7D82">
        <w:t>oferta</w:t>
      </w:r>
      <w:proofErr w:type="spellEnd"/>
      <w:r w:rsidRPr="007C7D82">
        <w:t xml:space="preserve"> </w:t>
      </w:r>
      <w:proofErr w:type="spellStart"/>
      <w:r w:rsidRPr="007C7D82">
        <w:t>noastră</w:t>
      </w:r>
      <w:proofErr w:type="spellEnd"/>
      <w:r w:rsidRPr="007C7D82">
        <w:t xml:space="preserve"> </w:t>
      </w:r>
      <w:proofErr w:type="spellStart"/>
      <w:r w:rsidRPr="007C7D82">
        <w:t>este</w:t>
      </w:r>
      <w:proofErr w:type="spellEnd"/>
      <w:r w:rsidRPr="007C7D82">
        <w:t xml:space="preserve"> </w:t>
      </w:r>
      <w:proofErr w:type="spellStart"/>
      <w:r w:rsidRPr="007C7D82">
        <w:t>stabilită</w:t>
      </w:r>
      <w:proofErr w:type="spellEnd"/>
      <w:r w:rsidRPr="007C7D82">
        <w:t xml:space="preserve"> </w:t>
      </w:r>
      <w:proofErr w:type="spellStart"/>
      <w:r w:rsidRPr="007C7D82">
        <w:t>câștigătoare</w:t>
      </w:r>
      <w:proofErr w:type="spellEnd"/>
      <w:r w:rsidRPr="007C7D82">
        <w:t xml:space="preserve">, </w:t>
      </w:r>
      <w:proofErr w:type="spellStart"/>
      <w:r w:rsidRPr="007C7D82">
        <w:t>să</w:t>
      </w:r>
      <w:proofErr w:type="spellEnd"/>
      <w:r w:rsidRPr="007C7D82">
        <w:t xml:space="preserve"> </w:t>
      </w:r>
      <w:proofErr w:type="spellStart"/>
      <w:r w:rsidRPr="007C7D82">
        <w:t>livram</w:t>
      </w:r>
      <w:proofErr w:type="spellEnd"/>
      <w:r w:rsidRPr="007C7D82">
        <w:t xml:space="preserve"> </w:t>
      </w:r>
      <w:proofErr w:type="spellStart"/>
      <w:r w:rsidRPr="007C7D82">
        <w:t>bunurile</w:t>
      </w:r>
      <w:proofErr w:type="spellEnd"/>
      <w:r w:rsidRPr="007C7D82">
        <w:t xml:space="preserve">, conform </w:t>
      </w:r>
      <w:proofErr w:type="spellStart"/>
      <w:r w:rsidRPr="007C7D82">
        <w:t>graficului</w:t>
      </w:r>
      <w:proofErr w:type="spellEnd"/>
      <w:r w:rsidRPr="007C7D82">
        <w:t>.</w:t>
      </w:r>
    </w:p>
    <w:p w14:paraId="7928D028" w14:textId="77777777" w:rsidR="002428BA" w:rsidRPr="007C7D82" w:rsidRDefault="002428BA" w:rsidP="00163FD5">
      <w:pPr>
        <w:pStyle w:val="Corptext"/>
        <w:tabs>
          <w:tab w:val="left" w:pos="360"/>
          <w:tab w:val="left" w:pos="655"/>
        </w:tabs>
        <w:spacing w:after="0"/>
        <w:jc w:val="both"/>
      </w:pPr>
      <w:bookmarkStart w:id="6" w:name="bookmark469"/>
      <w:bookmarkEnd w:id="6"/>
      <w:r>
        <w:t xml:space="preserve">3.   </w:t>
      </w:r>
      <w:r w:rsidRPr="007C7D82">
        <w:t xml:space="preserve">Ne </w:t>
      </w:r>
      <w:proofErr w:type="spellStart"/>
      <w:r w:rsidRPr="007C7D82">
        <w:t>angajăm</w:t>
      </w:r>
      <w:proofErr w:type="spellEnd"/>
      <w:r w:rsidRPr="007C7D82">
        <w:t xml:space="preserve"> </w:t>
      </w:r>
      <w:proofErr w:type="spellStart"/>
      <w:r w:rsidRPr="007C7D82">
        <w:t>să</w:t>
      </w:r>
      <w:proofErr w:type="spellEnd"/>
      <w:r w:rsidRPr="007C7D82">
        <w:t xml:space="preserve"> </w:t>
      </w:r>
      <w:proofErr w:type="spellStart"/>
      <w:r w:rsidRPr="007C7D82">
        <w:t>menținem</w:t>
      </w:r>
      <w:proofErr w:type="spellEnd"/>
      <w:r w:rsidRPr="007C7D82">
        <w:t xml:space="preserve"> </w:t>
      </w:r>
      <w:proofErr w:type="spellStart"/>
      <w:r w:rsidRPr="007C7D82">
        <w:t>această</w:t>
      </w:r>
      <w:proofErr w:type="spellEnd"/>
      <w:r w:rsidRPr="007C7D82">
        <w:t xml:space="preserve"> </w:t>
      </w:r>
      <w:proofErr w:type="spellStart"/>
      <w:r w:rsidRPr="007C7D82">
        <w:t>ofertă</w:t>
      </w:r>
      <w:proofErr w:type="spellEnd"/>
      <w:r w:rsidRPr="007C7D82">
        <w:t xml:space="preserve"> </w:t>
      </w:r>
      <w:proofErr w:type="spellStart"/>
      <w:r w:rsidRPr="007C7D82">
        <w:t>valabilă</w:t>
      </w:r>
      <w:proofErr w:type="spellEnd"/>
      <w:r w:rsidRPr="007C7D82">
        <w:t xml:space="preserve"> </w:t>
      </w:r>
      <w:proofErr w:type="spellStart"/>
      <w:r w:rsidRPr="007C7D82">
        <w:t>pentru</w:t>
      </w:r>
      <w:proofErr w:type="spellEnd"/>
      <w:r w:rsidRPr="007C7D82">
        <w:t xml:space="preserve"> o </w:t>
      </w:r>
      <w:proofErr w:type="spellStart"/>
      <w:r w:rsidRPr="007C7D82">
        <w:t>durată</w:t>
      </w:r>
      <w:proofErr w:type="spellEnd"/>
      <w:r w:rsidRPr="007C7D82">
        <w:t xml:space="preserve"> de</w:t>
      </w:r>
      <w:proofErr w:type="gramStart"/>
      <w:r>
        <w:t>........................... .</w:t>
      </w:r>
      <w:proofErr w:type="spellStart"/>
      <w:r w:rsidRPr="007C7D82">
        <w:t>zile</w:t>
      </w:r>
      <w:proofErr w:type="spellEnd"/>
      <w:proofErr w:type="gramEnd"/>
      <w:r>
        <w:t xml:space="preserve"> </w:t>
      </w:r>
      <w:r w:rsidRPr="007C7D82">
        <w:rPr>
          <w:i/>
          <w:iCs/>
        </w:rPr>
        <w:t>(</w:t>
      </w:r>
      <w:proofErr w:type="spellStart"/>
      <w:r w:rsidRPr="007C7D82">
        <w:rPr>
          <w:i/>
          <w:iCs/>
        </w:rPr>
        <w:t>durata</w:t>
      </w:r>
      <w:proofErr w:type="spellEnd"/>
      <w:r w:rsidRPr="007C7D82">
        <w:rPr>
          <w:i/>
          <w:iCs/>
        </w:rPr>
        <w:t xml:space="preserve"> </w:t>
      </w:r>
      <w:proofErr w:type="spellStart"/>
      <w:r w:rsidRPr="007C7D82">
        <w:rPr>
          <w:i/>
          <w:iCs/>
        </w:rPr>
        <w:t>în</w:t>
      </w:r>
      <w:proofErr w:type="spellEnd"/>
      <w:r w:rsidRPr="007C7D82">
        <w:rPr>
          <w:i/>
          <w:iCs/>
        </w:rPr>
        <w:t xml:space="preserve"> </w:t>
      </w:r>
      <w:proofErr w:type="spellStart"/>
      <w:r w:rsidRPr="007C7D82">
        <w:rPr>
          <w:i/>
          <w:iCs/>
        </w:rPr>
        <w:t>litere</w:t>
      </w:r>
      <w:proofErr w:type="spellEnd"/>
      <w:r w:rsidRPr="007C7D82">
        <w:rPr>
          <w:i/>
          <w:iCs/>
        </w:rPr>
        <w:t xml:space="preserve"> </w:t>
      </w:r>
      <w:proofErr w:type="spellStart"/>
      <w:r w:rsidRPr="007C7D82">
        <w:rPr>
          <w:i/>
          <w:iCs/>
        </w:rPr>
        <w:t>și</w:t>
      </w:r>
      <w:proofErr w:type="spellEnd"/>
      <w:r w:rsidRPr="007C7D82">
        <w:rPr>
          <w:i/>
          <w:iCs/>
        </w:rPr>
        <w:t xml:space="preserve"> </w:t>
      </w:r>
      <w:proofErr w:type="spellStart"/>
      <w:r w:rsidRPr="007C7D82">
        <w:rPr>
          <w:i/>
          <w:iCs/>
        </w:rPr>
        <w:t>cifre</w:t>
      </w:r>
      <w:proofErr w:type="spellEnd"/>
      <w:r w:rsidRPr="007C7D82">
        <w:rPr>
          <w:i/>
          <w:iCs/>
        </w:rPr>
        <w:t>)</w:t>
      </w:r>
      <w:r w:rsidRPr="007C7D82">
        <w:t xml:space="preserve"> </w:t>
      </w:r>
      <w:proofErr w:type="spellStart"/>
      <w:r w:rsidRPr="007C7D82">
        <w:t>respectiv</w:t>
      </w:r>
      <w:proofErr w:type="spellEnd"/>
      <w:r w:rsidRPr="007C7D82">
        <w:t xml:space="preserve"> </w:t>
      </w:r>
      <w:proofErr w:type="spellStart"/>
      <w:r w:rsidRPr="007C7D82">
        <w:t>până</w:t>
      </w:r>
      <w:proofErr w:type="spellEnd"/>
      <w:r w:rsidRPr="007C7D82">
        <w:t xml:space="preserve"> la data de</w:t>
      </w:r>
      <w:r>
        <w:t>....................</w:t>
      </w:r>
      <w:r w:rsidRPr="007C7D82">
        <w:rPr>
          <w:i/>
          <w:iCs/>
        </w:rPr>
        <w:tab/>
        <w:t xml:space="preserve"> (</w:t>
      </w:r>
      <w:proofErr w:type="spellStart"/>
      <w:r w:rsidRPr="007C7D82">
        <w:rPr>
          <w:i/>
          <w:iCs/>
        </w:rPr>
        <w:t>ziua</w:t>
      </w:r>
      <w:proofErr w:type="spellEnd"/>
      <w:r w:rsidRPr="007C7D82">
        <w:rPr>
          <w:i/>
          <w:iCs/>
        </w:rPr>
        <w:t>/luna/</w:t>
      </w:r>
      <w:proofErr w:type="spellStart"/>
      <w:r w:rsidRPr="007C7D82">
        <w:rPr>
          <w:i/>
          <w:iCs/>
        </w:rPr>
        <w:t>anul</w:t>
      </w:r>
      <w:proofErr w:type="spellEnd"/>
      <w:r w:rsidRPr="007C7D82">
        <w:rPr>
          <w:i/>
          <w:iCs/>
        </w:rPr>
        <w:t>)</w:t>
      </w:r>
      <w:r w:rsidRPr="007C7D82">
        <w:t xml:space="preserve"> </w:t>
      </w:r>
      <w:proofErr w:type="spellStart"/>
      <w:r w:rsidRPr="007C7D82">
        <w:t>și</w:t>
      </w:r>
      <w:proofErr w:type="spellEnd"/>
      <w:r w:rsidRPr="007C7D82">
        <w:t xml:space="preserve"> </w:t>
      </w:r>
      <w:proofErr w:type="spellStart"/>
      <w:r w:rsidRPr="007C7D82">
        <w:t>ea</w:t>
      </w:r>
      <w:proofErr w:type="spellEnd"/>
      <w:r w:rsidRPr="007C7D82">
        <w:t xml:space="preserve"> </w:t>
      </w:r>
      <w:proofErr w:type="spellStart"/>
      <w:r w:rsidRPr="007C7D82">
        <w:t>va</w:t>
      </w:r>
      <w:proofErr w:type="spellEnd"/>
      <w:r w:rsidRPr="007C7D82">
        <w:t xml:space="preserve"> </w:t>
      </w:r>
      <w:proofErr w:type="spellStart"/>
      <w:r w:rsidRPr="007C7D82">
        <w:t>rămâne</w:t>
      </w:r>
      <w:proofErr w:type="spellEnd"/>
      <w:r w:rsidRPr="007C7D82">
        <w:t xml:space="preserve"> </w:t>
      </w:r>
      <w:proofErr w:type="spellStart"/>
      <w:r w:rsidRPr="007C7D82">
        <w:t>obligatorie</w:t>
      </w:r>
      <w:proofErr w:type="spellEnd"/>
      <w:r w:rsidRPr="007C7D82">
        <w:t xml:space="preserve"> </w:t>
      </w:r>
      <w:proofErr w:type="spellStart"/>
      <w:r w:rsidRPr="007C7D82">
        <w:t>pentru</w:t>
      </w:r>
      <w:proofErr w:type="spellEnd"/>
      <w:r w:rsidRPr="007C7D82">
        <w:t xml:space="preserve"> </w:t>
      </w:r>
      <w:proofErr w:type="spellStart"/>
      <w:r w:rsidRPr="007C7D82">
        <w:t>noi</w:t>
      </w:r>
      <w:proofErr w:type="spellEnd"/>
      <w:r w:rsidRPr="007C7D82">
        <w:t xml:space="preserve"> </w:t>
      </w:r>
      <w:proofErr w:type="spellStart"/>
      <w:r w:rsidRPr="007C7D82">
        <w:t>și</w:t>
      </w:r>
      <w:proofErr w:type="spellEnd"/>
      <w:r w:rsidRPr="007C7D82">
        <w:t xml:space="preserve"> </w:t>
      </w:r>
      <w:proofErr w:type="spellStart"/>
      <w:r w:rsidRPr="007C7D82">
        <w:t>poate</w:t>
      </w:r>
      <w:proofErr w:type="spellEnd"/>
      <w:r w:rsidRPr="007C7D82">
        <w:t xml:space="preserve"> fi </w:t>
      </w:r>
      <w:proofErr w:type="spellStart"/>
      <w:r w:rsidRPr="007C7D82">
        <w:t>acceptată</w:t>
      </w:r>
      <w:proofErr w:type="spellEnd"/>
      <w:r w:rsidRPr="007C7D82">
        <w:t xml:space="preserve"> </w:t>
      </w:r>
      <w:proofErr w:type="spellStart"/>
      <w:r w:rsidRPr="007C7D82">
        <w:t>oricând</w:t>
      </w:r>
      <w:proofErr w:type="spellEnd"/>
      <w:r w:rsidRPr="007C7D82">
        <w:t xml:space="preserve"> </w:t>
      </w:r>
      <w:proofErr w:type="spellStart"/>
      <w:r w:rsidRPr="007C7D82">
        <w:t>înainte</w:t>
      </w:r>
      <w:proofErr w:type="spellEnd"/>
      <w:r w:rsidRPr="007C7D82">
        <w:t xml:space="preserve"> de </w:t>
      </w:r>
      <w:proofErr w:type="spellStart"/>
      <w:r w:rsidRPr="007C7D82">
        <w:t>expirarea</w:t>
      </w:r>
      <w:proofErr w:type="spellEnd"/>
      <w:r w:rsidRPr="007C7D82">
        <w:t xml:space="preserve"> </w:t>
      </w:r>
      <w:proofErr w:type="spellStart"/>
      <w:r w:rsidRPr="007C7D82">
        <w:t>perioadei</w:t>
      </w:r>
      <w:proofErr w:type="spellEnd"/>
      <w:r w:rsidRPr="007C7D82">
        <w:t xml:space="preserve"> de </w:t>
      </w:r>
      <w:proofErr w:type="spellStart"/>
      <w:r w:rsidRPr="007C7D82">
        <w:t>valabilitate</w:t>
      </w:r>
      <w:proofErr w:type="spellEnd"/>
      <w:r w:rsidRPr="007C7D82">
        <w:t>.</w:t>
      </w:r>
    </w:p>
    <w:p w14:paraId="2DC68AD7" w14:textId="77777777" w:rsidR="002428BA" w:rsidRPr="007C7D82" w:rsidRDefault="002428BA" w:rsidP="00163FD5">
      <w:pPr>
        <w:pStyle w:val="Corptext"/>
        <w:tabs>
          <w:tab w:val="left" w:pos="344"/>
        </w:tabs>
        <w:spacing w:after="0"/>
        <w:jc w:val="both"/>
      </w:pPr>
      <w:bookmarkStart w:id="7" w:name="bookmark470"/>
      <w:bookmarkEnd w:id="7"/>
      <w:r>
        <w:t xml:space="preserve">4.   </w:t>
      </w:r>
      <w:r w:rsidRPr="007C7D82">
        <w:t xml:space="preserve">Am </w:t>
      </w:r>
      <w:proofErr w:type="spellStart"/>
      <w:r w:rsidRPr="007C7D82">
        <w:t>înțeles</w:t>
      </w:r>
      <w:proofErr w:type="spellEnd"/>
      <w:r w:rsidRPr="007C7D82">
        <w:t xml:space="preserve"> </w:t>
      </w:r>
      <w:proofErr w:type="spellStart"/>
      <w:r w:rsidRPr="007C7D82">
        <w:t>și</w:t>
      </w:r>
      <w:proofErr w:type="spellEnd"/>
      <w:r w:rsidRPr="007C7D82">
        <w:t xml:space="preserve"> </w:t>
      </w:r>
      <w:proofErr w:type="spellStart"/>
      <w:r w:rsidRPr="007C7D82">
        <w:t>consimțim</w:t>
      </w:r>
      <w:proofErr w:type="spellEnd"/>
      <w:r w:rsidRPr="007C7D82">
        <w:t xml:space="preserve"> </w:t>
      </w:r>
      <w:proofErr w:type="spellStart"/>
      <w:r w:rsidRPr="007C7D82">
        <w:t>că</w:t>
      </w:r>
      <w:proofErr w:type="spellEnd"/>
      <w:r w:rsidRPr="007C7D82">
        <w:t xml:space="preserve">, </w:t>
      </w:r>
      <w:proofErr w:type="spellStart"/>
      <w:r w:rsidRPr="007C7D82">
        <w:t>în</w:t>
      </w:r>
      <w:proofErr w:type="spellEnd"/>
      <w:r w:rsidRPr="007C7D82">
        <w:t xml:space="preserve"> </w:t>
      </w:r>
      <w:proofErr w:type="spellStart"/>
      <w:r w:rsidRPr="007C7D82">
        <w:t>cazul</w:t>
      </w:r>
      <w:proofErr w:type="spellEnd"/>
      <w:r w:rsidRPr="007C7D82">
        <w:t xml:space="preserve"> </w:t>
      </w:r>
      <w:proofErr w:type="spellStart"/>
      <w:r w:rsidRPr="007C7D82">
        <w:t>în</w:t>
      </w:r>
      <w:proofErr w:type="spellEnd"/>
      <w:r w:rsidRPr="007C7D82">
        <w:t xml:space="preserve"> care </w:t>
      </w:r>
      <w:proofErr w:type="spellStart"/>
      <w:r w:rsidRPr="007C7D82">
        <w:t>oferta</w:t>
      </w:r>
      <w:proofErr w:type="spellEnd"/>
      <w:r w:rsidRPr="007C7D82">
        <w:t xml:space="preserve"> </w:t>
      </w:r>
      <w:proofErr w:type="spellStart"/>
      <w:r w:rsidRPr="007C7D82">
        <w:t>noastră</w:t>
      </w:r>
      <w:proofErr w:type="spellEnd"/>
      <w:r w:rsidRPr="007C7D82">
        <w:t xml:space="preserve"> </w:t>
      </w:r>
      <w:proofErr w:type="spellStart"/>
      <w:r w:rsidRPr="007C7D82">
        <w:t>este</w:t>
      </w:r>
      <w:proofErr w:type="spellEnd"/>
      <w:r w:rsidRPr="007C7D82">
        <w:t xml:space="preserve"> </w:t>
      </w:r>
      <w:proofErr w:type="spellStart"/>
      <w:r w:rsidRPr="007C7D82">
        <w:t>stabilită</w:t>
      </w:r>
      <w:proofErr w:type="spellEnd"/>
      <w:r w:rsidRPr="007C7D82">
        <w:t xml:space="preserve"> ca </w:t>
      </w:r>
      <w:proofErr w:type="spellStart"/>
      <w:r w:rsidRPr="007C7D82">
        <w:t>fiind</w:t>
      </w:r>
      <w:proofErr w:type="spellEnd"/>
      <w:r w:rsidRPr="007C7D82">
        <w:t xml:space="preserve"> </w:t>
      </w:r>
      <w:proofErr w:type="spellStart"/>
      <w:r w:rsidRPr="007C7D82">
        <w:t>câștigătoare</w:t>
      </w:r>
      <w:proofErr w:type="spellEnd"/>
      <w:r w:rsidRPr="007C7D82">
        <w:t xml:space="preserve">, </w:t>
      </w:r>
      <w:proofErr w:type="spellStart"/>
      <w:r w:rsidRPr="007C7D82">
        <w:t>să</w:t>
      </w:r>
      <w:proofErr w:type="spellEnd"/>
      <w:r w:rsidRPr="007C7D82">
        <w:t xml:space="preserve"> </w:t>
      </w:r>
      <w:proofErr w:type="spellStart"/>
      <w:r w:rsidRPr="007C7D82">
        <w:t>constituim</w:t>
      </w:r>
      <w:proofErr w:type="spellEnd"/>
      <w:r w:rsidRPr="007C7D82">
        <w:t xml:space="preserve"> </w:t>
      </w:r>
      <w:proofErr w:type="spellStart"/>
      <w:r w:rsidRPr="007C7D82">
        <w:t>garanția</w:t>
      </w:r>
      <w:proofErr w:type="spellEnd"/>
      <w:r w:rsidRPr="007C7D82">
        <w:t xml:space="preserve"> de </w:t>
      </w:r>
      <w:proofErr w:type="spellStart"/>
      <w:r w:rsidRPr="007C7D82">
        <w:t>bună</w:t>
      </w:r>
      <w:proofErr w:type="spellEnd"/>
      <w:r w:rsidRPr="007C7D82">
        <w:t xml:space="preserve"> </w:t>
      </w:r>
      <w:proofErr w:type="spellStart"/>
      <w:r w:rsidRPr="007C7D82">
        <w:t>execuție</w:t>
      </w:r>
      <w:proofErr w:type="spellEnd"/>
      <w:r w:rsidRPr="007C7D82">
        <w:t xml:space="preserve"> </w:t>
      </w:r>
      <w:proofErr w:type="spellStart"/>
      <w:r w:rsidRPr="007C7D82">
        <w:t>în</w:t>
      </w:r>
      <w:proofErr w:type="spellEnd"/>
      <w:r w:rsidRPr="007C7D82">
        <w:t xml:space="preserve"> </w:t>
      </w:r>
      <w:proofErr w:type="spellStart"/>
      <w:r w:rsidRPr="007C7D82">
        <w:t>conformitate</w:t>
      </w:r>
      <w:proofErr w:type="spellEnd"/>
      <w:r w:rsidRPr="007C7D82">
        <w:t xml:space="preserve"> cu </w:t>
      </w:r>
      <w:proofErr w:type="spellStart"/>
      <w:r w:rsidRPr="007C7D82">
        <w:t>prevederile</w:t>
      </w:r>
      <w:proofErr w:type="spellEnd"/>
      <w:r w:rsidRPr="007C7D82">
        <w:t xml:space="preserve"> din </w:t>
      </w:r>
      <w:proofErr w:type="spellStart"/>
      <w:r w:rsidRPr="007C7D82">
        <w:t>documentația</w:t>
      </w:r>
      <w:proofErr w:type="spellEnd"/>
      <w:r w:rsidRPr="007C7D82">
        <w:t xml:space="preserve"> de </w:t>
      </w:r>
      <w:proofErr w:type="spellStart"/>
      <w:r w:rsidRPr="007C7D82">
        <w:t>atribuire</w:t>
      </w:r>
      <w:proofErr w:type="spellEnd"/>
      <w:r w:rsidRPr="007C7D82">
        <w:t>.</w:t>
      </w:r>
    </w:p>
    <w:p w14:paraId="34C91AC5" w14:textId="77777777" w:rsidR="002428BA" w:rsidRPr="007C7D82" w:rsidRDefault="002428BA" w:rsidP="00163FD5">
      <w:pPr>
        <w:pStyle w:val="Corptext"/>
        <w:tabs>
          <w:tab w:val="left" w:pos="344"/>
        </w:tabs>
        <w:spacing w:after="0"/>
        <w:jc w:val="both"/>
      </w:pPr>
      <w:bookmarkStart w:id="8" w:name="bookmark471"/>
      <w:bookmarkEnd w:id="8"/>
      <w:r>
        <w:t xml:space="preserve">5.   </w:t>
      </w:r>
      <w:proofErr w:type="spellStart"/>
      <w:r w:rsidRPr="007C7D82">
        <w:t>Precizăm</w:t>
      </w:r>
      <w:proofErr w:type="spellEnd"/>
      <w:r w:rsidRPr="007C7D82">
        <w:t xml:space="preserve"> </w:t>
      </w:r>
      <w:proofErr w:type="spellStart"/>
      <w:r w:rsidRPr="007C7D82">
        <w:t>că</w:t>
      </w:r>
      <w:proofErr w:type="spellEnd"/>
      <w:r w:rsidRPr="007C7D82">
        <w:t xml:space="preserve">: </w:t>
      </w:r>
      <w:r w:rsidRPr="007C7D82">
        <w:rPr>
          <w:i/>
          <w:iCs/>
        </w:rPr>
        <w:t xml:space="preserve">(se </w:t>
      </w:r>
      <w:proofErr w:type="spellStart"/>
      <w:r w:rsidRPr="007C7D82">
        <w:rPr>
          <w:i/>
          <w:iCs/>
        </w:rPr>
        <w:t>bifează</w:t>
      </w:r>
      <w:proofErr w:type="spellEnd"/>
      <w:r w:rsidRPr="007C7D82">
        <w:rPr>
          <w:i/>
          <w:iCs/>
        </w:rPr>
        <w:t xml:space="preserve"> </w:t>
      </w:r>
      <w:proofErr w:type="spellStart"/>
      <w:r w:rsidRPr="007C7D82">
        <w:rPr>
          <w:i/>
          <w:iCs/>
        </w:rPr>
        <w:t>opțiunea</w:t>
      </w:r>
      <w:proofErr w:type="spellEnd"/>
      <w:r w:rsidRPr="007C7D82">
        <w:rPr>
          <w:i/>
          <w:iCs/>
        </w:rPr>
        <w:t xml:space="preserve"> </w:t>
      </w:r>
      <w:proofErr w:type="spellStart"/>
      <w:r w:rsidRPr="007C7D82">
        <w:rPr>
          <w:i/>
          <w:iCs/>
        </w:rPr>
        <w:t>corespunzătoare</w:t>
      </w:r>
      <w:proofErr w:type="spellEnd"/>
      <w:r w:rsidRPr="007C7D82">
        <w:rPr>
          <w:i/>
          <w:iCs/>
        </w:rPr>
        <w:t>)</w:t>
      </w:r>
    </w:p>
    <w:p w14:paraId="2214C80B" w14:textId="77777777" w:rsidR="002428BA" w:rsidRPr="007C7D82" w:rsidRDefault="002428BA" w:rsidP="00163FD5">
      <w:pPr>
        <w:pStyle w:val="Corptext"/>
        <w:spacing w:after="0"/>
        <w:ind w:firstLine="160"/>
        <w:jc w:val="both"/>
      </w:pPr>
      <w:r w:rsidRPr="007C7D82">
        <w:t xml:space="preserve">|_| </w:t>
      </w:r>
      <w:proofErr w:type="spellStart"/>
      <w:r w:rsidRPr="007C7D82">
        <w:t>depunem</w:t>
      </w:r>
      <w:proofErr w:type="spellEnd"/>
      <w:r w:rsidRPr="007C7D82">
        <w:t xml:space="preserve"> </w:t>
      </w:r>
      <w:proofErr w:type="spellStart"/>
      <w:r w:rsidRPr="007C7D82">
        <w:t>ofertă</w:t>
      </w:r>
      <w:proofErr w:type="spellEnd"/>
      <w:r w:rsidRPr="007C7D82">
        <w:t xml:space="preserve"> </w:t>
      </w:r>
      <w:proofErr w:type="spellStart"/>
      <w:r w:rsidRPr="007C7D82">
        <w:t>alternativă</w:t>
      </w:r>
      <w:proofErr w:type="spellEnd"/>
      <w:r w:rsidRPr="007C7D82">
        <w:t>.</w:t>
      </w:r>
    </w:p>
    <w:p w14:paraId="124B049F" w14:textId="77777777" w:rsidR="002428BA" w:rsidRPr="007C7D82" w:rsidRDefault="002428BA" w:rsidP="00163FD5">
      <w:pPr>
        <w:pStyle w:val="Corptext"/>
        <w:spacing w:after="0"/>
        <w:ind w:firstLine="160"/>
        <w:jc w:val="both"/>
      </w:pPr>
      <w:r w:rsidRPr="007C7D82">
        <w:t xml:space="preserve">|_| </w:t>
      </w:r>
      <w:proofErr w:type="spellStart"/>
      <w:r w:rsidRPr="007C7D82">
        <w:t>nu</w:t>
      </w:r>
      <w:proofErr w:type="spellEnd"/>
      <w:r w:rsidRPr="007C7D82">
        <w:t xml:space="preserve"> </w:t>
      </w:r>
      <w:proofErr w:type="spellStart"/>
      <w:r w:rsidRPr="007C7D82">
        <w:t>depunem</w:t>
      </w:r>
      <w:proofErr w:type="spellEnd"/>
      <w:r w:rsidRPr="007C7D82">
        <w:t xml:space="preserve"> </w:t>
      </w:r>
      <w:proofErr w:type="spellStart"/>
      <w:r w:rsidRPr="007C7D82">
        <w:t>ofertă</w:t>
      </w:r>
      <w:proofErr w:type="spellEnd"/>
      <w:r w:rsidRPr="007C7D82">
        <w:t xml:space="preserve"> </w:t>
      </w:r>
      <w:proofErr w:type="spellStart"/>
      <w:r w:rsidRPr="007C7D82">
        <w:t>alternativă</w:t>
      </w:r>
      <w:proofErr w:type="spellEnd"/>
      <w:r w:rsidRPr="007C7D82">
        <w:t>.</w:t>
      </w:r>
    </w:p>
    <w:p w14:paraId="62FD0B32" w14:textId="77777777" w:rsidR="002428BA" w:rsidRPr="007C7D82" w:rsidRDefault="002428BA" w:rsidP="00163FD5">
      <w:pPr>
        <w:pStyle w:val="Corptext"/>
        <w:tabs>
          <w:tab w:val="left" w:pos="351"/>
        </w:tabs>
        <w:spacing w:after="0"/>
        <w:jc w:val="both"/>
      </w:pPr>
      <w:bookmarkStart w:id="9" w:name="bookmark472"/>
      <w:bookmarkEnd w:id="9"/>
      <w:r>
        <w:t xml:space="preserve">6.   </w:t>
      </w:r>
      <w:proofErr w:type="spellStart"/>
      <w:r w:rsidRPr="007C7D82">
        <w:t>Până</w:t>
      </w:r>
      <w:proofErr w:type="spellEnd"/>
      <w:r w:rsidRPr="007C7D82">
        <w:t xml:space="preserve"> la </w:t>
      </w:r>
      <w:proofErr w:type="spellStart"/>
      <w:r w:rsidRPr="007C7D82">
        <w:t>încheierea</w:t>
      </w:r>
      <w:proofErr w:type="spellEnd"/>
      <w:r w:rsidRPr="007C7D82">
        <w:t xml:space="preserve"> </w:t>
      </w:r>
      <w:proofErr w:type="spellStart"/>
      <w:r w:rsidRPr="007C7D82">
        <w:t>și</w:t>
      </w:r>
      <w:proofErr w:type="spellEnd"/>
      <w:r w:rsidRPr="007C7D82">
        <w:t xml:space="preserve"> </w:t>
      </w:r>
      <w:proofErr w:type="spellStart"/>
      <w:r w:rsidRPr="007C7D82">
        <w:t>semnarea</w:t>
      </w:r>
      <w:proofErr w:type="spellEnd"/>
      <w:r w:rsidRPr="007C7D82">
        <w:t xml:space="preserve"> </w:t>
      </w:r>
      <w:proofErr w:type="spellStart"/>
      <w:r w:rsidRPr="007C7D82">
        <w:t>contractului</w:t>
      </w:r>
      <w:proofErr w:type="spellEnd"/>
      <w:r w:rsidRPr="007C7D82">
        <w:t xml:space="preserve"> de </w:t>
      </w:r>
      <w:proofErr w:type="spellStart"/>
      <w:r w:rsidRPr="007C7D82">
        <w:t>achiziție</w:t>
      </w:r>
      <w:proofErr w:type="spellEnd"/>
      <w:r w:rsidRPr="007C7D82">
        <w:t xml:space="preserve"> </w:t>
      </w:r>
      <w:proofErr w:type="spellStart"/>
      <w:r w:rsidRPr="007C7D82">
        <w:t>publică</w:t>
      </w:r>
      <w:proofErr w:type="spellEnd"/>
      <w:r w:rsidRPr="007C7D82">
        <w:t xml:space="preserve"> </w:t>
      </w:r>
      <w:proofErr w:type="spellStart"/>
      <w:r w:rsidRPr="007C7D82">
        <w:t>aceasta</w:t>
      </w:r>
      <w:proofErr w:type="spellEnd"/>
      <w:r w:rsidRPr="007C7D82">
        <w:t xml:space="preserve"> </w:t>
      </w:r>
      <w:proofErr w:type="spellStart"/>
      <w:r w:rsidRPr="007C7D82">
        <w:t>ofertă</w:t>
      </w:r>
      <w:proofErr w:type="spellEnd"/>
      <w:r w:rsidRPr="007C7D82">
        <w:t xml:space="preserve">, </w:t>
      </w:r>
      <w:proofErr w:type="spellStart"/>
      <w:r w:rsidRPr="007C7D82">
        <w:t>împreună</w:t>
      </w:r>
      <w:proofErr w:type="spellEnd"/>
      <w:r w:rsidRPr="007C7D82">
        <w:t xml:space="preserve"> cu </w:t>
      </w:r>
      <w:proofErr w:type="spellStart"/>
      <w:r w:rsidRPr="007C7D82">
        <w:t>comunicarea</w:t>
      </w:r>
      <w:proofErr w:type="spellEnd"/>
      <w:r w:rsidRPr="007C7D82">
        <w:t xml:space="preserve"> </w:t>
      </w:r>
      <w:proofErr w:type="spellStart"/>
      <w:r w:rsidRPr="007C7D82">
        <w:t>transmisă</w:t>
      </w:r>
      <w:proofErr w:type="spellEnd"/>
      <w:r w:rsidRPr="007C7D82">
        <w:t xml:space="preserve"> de </w:t>
      </w:r>
      <w:proofErr w:type="spellStart"/>
      <w:r w:rsidRPr="007C7D82">
        <w:t>dumneavoastră</w:t>
      </w:r>
      <w:proofErr w:type="spellEnd"/>
      <w:r w:rsidRPr="007C7D82">
        <w:t xml:space="preserve">, </w:t>
      </w:r>
      <w:proofErr w:type="spellStart"/>
      <w:r w:rsidRPr="007C7D82">
        <w:t>prin</w:t>
      </w:r>
      <w:proofErr w:type="spellEnd"/>
      <w:r w:rsidRPr="007C7D82">
        <w:t xml:space="preserve"> care </w:t>
      </w:r>
      <w:proofErr w:type="spellStart"/>
      <w:r w:rsidRPr="007C7D82">
        <w:t>oferta</w:t>
      </w:r>
      <w:proofErr w:type="spellEnd"/>
      <w:r w:rsidRPr="007C7D82">
        <w:t xml:space="preserve"> </w:t>
      </w:r>
      <w:proofErr w:type="spellStart"/>
      <w:r w:rsidRPr="007C7D82">
        <w:t>noastră</w:t>
      </w:r>
      <w:proofErr w:type="spellEnd"/>
      <w:r w:rsidRPr="007C7D82">
        <w:t xml:space="preserve"> </w:t>
      </w:r>
      <w:proofErr w:type="spellStart"/>
      <w:r w:rsidRPr="007C7D82">
        <w:t>este</w:t>
      </w:r>
      <w:proofErr w:type="spellEnd"/>
      <w:r w:rsidRPr="007C7D82">
        <w:t xml:space="preserve"> </w:t>
      </w:r>
      <w:proofErr w:type="spellStart"/>
      <w:r w:rsidRPr="007C7D82">
        <w:t>acceptată</w:t>
      </w:r>
      <w:proofErr w:type="spellEnd"/>
      <w:r w:rsidRPr="007C7D82">
        <w:t xml:space="preserve"> ca </w:t>
      </w:r>
      <w:proofErr w:type="spellStart"/>
      <w:r w:rsidRPr="007C7D82">
        <w:t>fiind</w:t>
      </w:r>
      <w:proofErr w:type="spellEnd"/>
      <w:r w:rsidRPr="007C7D82">
        <w:t xml:space="preserve"> </w:t>
      </w:r>
      <w:proofErr w:type="spellStart"/>
      <w:r w:rsidRPr="007C7D82">
        <w:t>câștigătoare</w:t>
      </w:r>
      <w:proofErr w:type="spellEnd"/>
      <w:r w:rsidRPr="007C7D82">
        <w:t xml:space="preserve">, </w:t>
      </w:r>
      <w:proofErr w:type="spellStart"/>
      <w:r w:rsidRPr="007C7D82">
        <w:t>vor</w:t>
      </w:r>
      <w:proofErr w:type="spellEnd"/>
      <w:r w:rsidRPr="007C7D82">
        <w:t xml:space="preserve"> </w:t>
      </w:r>
      <w:proofErr w:type="spellStart"/>
      <w:r w:rsidRPr="007C7D82">
        <w:t>constitui</w:t>
      </w:r>
      <w:proofErr w:type="spellEnd"/>
      <w:r w:rsidRPr="007C7D82">
        <w:t xml:space="preserve"> un contract </w:t>
      </w:r>
      <w:proofErr w:type="spellStart"/>
      <w:r w:rsidRPr="007C7D82">
        <w:t>angajant</w:t>
      </w:r>
      <w:proofErr w:type="spellEnd"/>
      <w:r w:rsidRPr="007C7D82">
        <w:t xml:space="preserve"> </w:t>
      </w:r>
      <w:proofErr w:type="spellStart"/>
      <w:r w:rsidRPr="007C7D82">
        <w:t>între</w:t>
      </w:r>
      <w:proofErr w:type="spellEnd"/>
      <w:r w:rsidRPr="007C7D82">
        <w:t xml:space="preserve"> </w:t>
      </w:r>
      <w:proofErr w:type="spellStart"/>
      <w:r w:rsidRPr="007C7D82">
        <w:t>noi</w:t>
      </w:r>
      <w:proofErr w:type="spellEnd"/>
      <w:r w:rsidRPr="007C7D82">
        <w:t>.</w:t>
      </w:r>
    </w:p>
    <w:p w14:paraId="20A3694A" w14:textId="77777777" w:rsidR="002428BA" w:rsidRPr="007C7D82" w:rsidRDefault="002428BA" w:rsidP="002428BA">
      <w:pPr>
        <w:pStyle w:val="Corptext"/>
        <w:tabs>
          <w:tab w:val="left" w:pos="344"/>
        </w:tabs>
        <w:spacing w:after="0"/>
      </w:pPr>
      <w:bookmarkStart w:id="10" w:name="bookmark473"/>
      <w:bookmarkEnd w:id="10"/>
      <w:r>
        <w:t xml:space="preserve">7.   </w:t>
      </w:r>
      <w:proofErr w:type="spellStart"/>
      <w:r>
        <w:t>Î</w:t>
      </w:r>
      <w:r w:rsidRPr="007C7D82">
        <w:t>nțelegem</w:t>
      </w:r>
      <w:proofErr w:type="spellEnd"/>
      <w:r w:rsidRPr="007C7D82">
        <w:t xml:space="preserve"> </w:t>
      </w:r>
      <w:proofErr w:type="spellStart"/>
      <w:r w:rsidRPr="007C7D82">
        <w:t>că</w:t>
      </w:r>
      <w:proofErr w:type="spellEnd"/>
      <w:r w:rsidRPr="007C7D82">
        <w:t xml:space="preserve"> nu </w:t>
      </w:r>
      <w:proofErr w:type="spellStart"/>
      <w:r w:rsidRPr="007C7D82">
        <w:t>sunteți</w:t>
      </w:r>
      <w:proofErr w:type="spellEnd"/>
      <w:r w:rsidRPr="007C7D82">
        <w:t xml:space="preserve"> </w:t>
      </w:r>
      <w:proofErr w:type="spellStart"/>
      <w:r w:rsidRPr="007C7D82">
        <w:t>obligați</w:t>
      </w:r>
      <w:proofErr w:type="spellEnd"/>
      <w:r w:rsidRPr="007C7D82">
        <w:t xml:space="preserve"> </w:t>
      </w:r>
      <w:proofErr w:type="spellStart"/>
      <w:r w:rsidRPr="007C7D82">
        <w:t>să</w:t>
      </w:r>
      <w:proofErr w:type="spellEnd"/>
      <w:r w:rsidRPr="007C7D82">
        <w:t xml:space="preserve"> </w:t>
      </w:r>
      <w:proofErr w:type="spellStart"/>
      <w:r w:rsidRPr="007C7D82">
        <w:t>acceptați</w:t>
      </w:r>
      <w:proofErr w:type="spellEnd"/>
      <w:r w:rsidRPr="007C7D82">
        <w:t xml:space="preserve"> </w:t>
      </w:r>
      <w:proofErr w:type="spellStart"/>
      <w:r w:rsidRPr="007C7D82">
        <w:t>oferta</w:t>
      </w:r>
      <w:proofErr w:type="spellEnd"/>
      <w:r w:rsidRPr="007C7D82">
        <w:t xml:space="preserve"> cu cel </w:t>
      </w:r>
      <w:proofErr w:type="spellStart"/>
      <w:r w:rsidRPr="007C7D82">
        <w:t>mai</w:t>
      </w:r>
      <w:proofErr w:type="spellEnd"/>
      <w:r w:rsidRPr="007C7D82">
        <w:t xml:space="preserve"> </w:t>
      </w:r>
      <w:proofErr w:type="spellStart"/>
      <w:r w:rsidRPr="007C7D82">
        <w:t>scăzut</w:t>
      </w:r>
      <w:proofErr w:type="spellEnd"/>
      <w:r w:rsidRPr="007C7D82">
        <w:t xml:space="preserve"> </w:t>
      </w:r>
      <w:proofErr w:type="spellStart"/>
      <w:r w:rsidRPr="007C7D82">
        <w:t>preț</w:t>
      </w:r>
      <w:proofErr w:type="spellEnd"/>
      <w:r w:rsidRPr="007C7D82">
        <w:t xml:space="preserve"> </w:t>
      </w:r>
      <w:proofErr w:type="spellStart"/>
      <w:r w:rsidRPr="007C7D82">
        <w:t>sau</w:t>
      </w:r>
      <w:proofErr w:type="spellEnd"/>
      <w:r w:rsidRPr="007C7D82">
        <w:t xml:space="preserve"> </w:t>
      </w:r>
      <w:proofErr w:type="spellStart"/>
      <w:r w:rsidRPr="007C7D82">
        <w:t>orice</w:t>
      </w:r>
      <w:proofErr w:type="spellEnd"/>
      <w:r w:rsidRPr="007C7D82">
        <w:t xml:space="preserve"> </w:t>
      </w:r>
      <w:proofErr w:type="spellStart"/>
      <w:r w:rsidRPr="007C7D82">
        <w:t>ofertă</w:t>
      </w:r>
      <w:proofErr w:type="spellEnd"/>
      <w:r w:rsidRPr="007C7D82">
        <w:t xml:space="preserve"> </w:t>
      </w:r>
      <w:proofErr w:type="spellStart"/>
      <w:r w:rsidRPr="007C7D82">
        <w:t>primită</w:t>
      </w:r>
      <w:proofErr w:type="spellEnd"/>
      <w:r w:rsidRPr="007C7D82">
        <w:t>.</w:t>
      </w:r>
    </w:p>
    <w:p w14:paraId="380AF37B" w14:textId="77777777" w:rsidR="002428BA" w:rsidRDefault="002428BA" w:rsidP="002428BA">
      <w:pPr>
        <w:pStyle w:val="Corptext"/>
        <w:tabs>
          <w:tab w:val="left" w:leader="underscore" w:pos="1734"/>
          <w:tab w:val="left" w:leader="underscore" w:pos="2353"/>
          <w:tab w:val="left" w:leader="underscore" w:pos="2965"/>
        </w:tabs>
        <w:spacing w:after="0"/>
        <w:ind w:firstLine="740"/>
        <w:jc w:val="both"/>
      </w:pPr>
    </w:p>
    <w:p w14:paraId="172B86FC" w14:textId="77777777" w:rsidR="002428BA" w:rsidRPr="007C7D82" w:rsidRDefault="002428BA" w:rsidP="002428BA">
      <w:pPr>
        <w:pStyle w:val="Corptext"/>
        <w:tabs>
          <w:tab w:val="left" w:leader="underscore" w:pos="1734"/>
          <w:tab w:val="left" w:leader="underscore" w:pos="2353"/>
          <w:tab w:val="left" w:leader="underscore" w:pos="2965"/>
        </w:tabs>
        <w:spacing w:after="0"/>
        <w:ind w:firstLine="740"/>
        <w:jc w:val="both"/>
      </w:pPr>
      <w:r w:rsidRPr="007C7D82">
        <w:t>Data</w:t>
      </w:r>
      <w:r w:rsidRPr="007C7D82">
        <w:tab/>
        <w:t>/</w:t>
      </w:r>
      <w:r w:rsidRPr="007C7D82">
        <w:tab/>
        <w:t>/</w:t>
      </w:r>
      <w:r w:rsidRPr="007C7D82">
        <w:tab/>
      </w:r>
    </w:p>
    <w:p w14:paraId="7BE62817" w14:textId="77777777" w:rsidR="002428BA" w:rsidRPr="007C7D82" w:rsidRDefault="002428BA" w:rsidP="002428BA">
      <w:pPr>
        <w:pStyle w:val="Corptext"/>
        <w:spacing w:after="0"/>
      </w:pPr>
      <w:r w:rsidRPr="007C7D82">
        <w:rPr>
          <w:i/>
          <w:iCs/>
        </w:rPr>
        <w:t>(</w:t>
      </w:r>
      <w:proofErr w:type="spellStart"/>
      <w:r w:rsidRPr="007C7D82">
        <w:rPr>
          <w:i/>
          <w:iCs/>
        </w:rPr>
        <w:t>nume</w:t>
      </w:r>
      <w:proofErr w:type="spellEnd"/>
      <w:r w:rsidRPr="007C7D82">
        <w:rPr>
          <w:i/>
          <w:iCs/>
        </w:rPr>
        <w:t xml:space="preserve">, </w:t>
      </w:r>
      <w:proofErr w:type="spellStart"/>
      <w:r w:rsidRPr="007C7D82">
        <w:rPr>
          <w:i/>
          <w:iCs/>
        </w:rPr>
        <w:t>prenume</w:t>
      </w:r>
      <w:proofErr w:type="spellEnd"/>
      <w:r w:rsidRPr="007C7D82">
        <w:rPr>
          <w:i/>
          <w:iCs/>
        </w:rPr>
        <w:t xml:space="preserve"> </w:t>
      </w:r>
      <w:proofErr w:type="spellStart"/>
      <w:r w:rsidRPr="007C7D82">
        <w:rPr>
          <w:i/>
          <w:iCs/>
        </w:rPr>
        <w:t>și</w:t>
      </w:r>
      <w:proofErr w:type="spellEnd"/>
      <w:r w:rsidRPr="007C7D82">
        <w:rPr>
          <w:i/>
          <w:iCs/>
        </w:rPr>
        <w:t xml:space="preserve"> </w:t>
      </w:r>
      <w:proofErr w:type="spellStart"/>
      <w:r w:rsidRPr="007C7D82">
        <w:rPr>
          <w:i/>
          <w:iCs/>
        </w:rPr>
        <w:t>semnătură</w:t>
      </w:r>
      <w:proofErr w:type="spellEnd"/>
      <w:r w:rsidRPr="007C7D82">
        <w:rPr>
          <w:i/>
          <w:iCs/>
        </w:rPr>
        <w:t>),</w:t>
      </w:r>
    </w:p>
    <w:p w14:paraId="479D038D" w14:textId="77777777" w:rsidR="002428BA" w:rsidRPr="007C7D82" w:rsidRDefault="002428BA" w:rsidP="002428BA">
      <w:pPr>
        <w:pStyle w:val="Corptext"/>
        <w:spacing w:after="0"/>
        <w:ind w:left="1280"/>
        <w:jc w:val="both"/>
      </w:pPr>
      <w:r w:rsidRPr="007C7D82">
        <w:rPr>
          <w:i/>
          <w:iCs/>
        </w:rPr>
        <w:t>L.S.</w:t>
      </w:r>
    </w:p>
    <w:p w14:paraId="6D9E022D" w14:textId="77777777" w:rsidR="002428BA" w:rsidRPr="007C7D82" w:rsidRDefault="002428BA" w:rsidP="002428BA">
      <w:pPr>
        <w:pStyle w:val="Corptext"/>
        <w:tabs>
          <w:tab w:val="right" w:leader="dot" w:pos="4666"/>
          <w:tab w:val="left" w:pos="4874"/>
        </w:tabs>
        <w:spacing w:after="0"/>
      </w:pPr>
      <w:proofErr w:type="spellStart"/>
      <w:r w:rsidRPr="007C7D82">
        <w:t>în</w:t>
      </w:r>
      <w:proofErr w:type="spellEnd"/>
      <w:r w:rsidRPr="007C7D82">
        <w:t xml:space="preserve"> </w:t>
      </w:r>
      <w:proofErr w:type="spellStart"/>
      <w:r w:rsidRPr="007C7D82">
        <w:t>calitate</w:t>
      </w:r>
      <w:proofErr w:type="spellEnd"/>
      <w:r w:rsidRPr="007C7D82">
        <w:t xml:space="preserve"> de </w:t>
      </w:r>
      <w:r w:rsidRPr="007C7D82">
        <w:tab/>
        <w:t xml:space="preserve"> legal</w:t>
      </w:r>
      <w:r w:rsidRPr="007C7D82">
        <w:tab/>
      </w:r>
      <w:proofErr w:type="spellStart"/>
      <w:r w:rsidRPr="007C7D82">
        <w:t>autorizat</w:t>
      </w:r>
      <w:proofErr w:type="spellEnd"/>
      <w:r w:rsidRPr="007C7D82">
        <w:t xml:space="preserve"> </w:t>
      </w:r>
      <w:proofErr w:type="spellStart"/>
      <w:r w:rsidRPr="007C7D82">
        <w:t>să</w:t>
      </w:r>
      <w:proofErr w:type="spellEnd"/>
      <w:r w:rsidRPr="007C7D82">
        <w:t xml:space="preserve"> </w:t>
      </w:r>
      <w:proofErr w:type="spellStart"/>
      <w:r w:rsidRPr="007C7D82">
        <w:t>semnez</w:t>
      </w:r>
      <w:proofErr w:type="spellEnd"/>
      <w:r w:rsidRPr="007C7D82">
        <w:t xml:space="preserve"> </w:t>
      </w:r>
      <w:proofErr w:type="spellStart"/>
      <w:r w:rsidRPr="007C7D82">
        <w:t>oferta</w:t>
      </w:r>
      <w:proofErr w:type="spellEnd"/>
      <w:r w:rsidRPr="007C7D82">
        <w:t xml:space="preserve"> </w:t>
      </w:r>
      <w:proofErr w:type="spellStart"/>
      <w:r w:rsidRPr="007C7D82">
        <w:t>pentru</w:t>
      </w:r>
      <w:proofErr w:type="spellEnd"/>
      <w:r w:rsidRPr="007C7D82">
        <w:t xml:space="preserve"> </w:t>
      </w:r>
      <w:proofErr w:type="spellStart"/>
      <w:r w:rsidRPr="007C7D82">
        <w:t>și</w:t>
      </w:r>
      <w:proofErr w:type="spellEnd"/>
      <w:r w:rsidRPr="007C7D82">
        <w:t xml:space="preserve"> </w:t>
      </w:r>
      <w:proofErr w:type="spellStart"/>
      <w:r w:rsidRPr="007C7D82">
        <w:t>în</w:t>
      </w:r>
      <w:proofErr w:type="spellEnd"/>
      <w:r w:rsidRPr="007C7D82">
        <w:t xml:space="preserve"> </w:t>
      </w:r>
      <w:proofErr w:type="spellStart"/>
      <w:r w:rsidRPr="007C7D82">
        <w:t>numele</w:t>
      </w:r>
      <w:proofErr w:type="spellEnd"/>
    </w:p>
    <w:p w14:paraId="61C65CE6" w14:textId="77777777" w:rsidR="002428BA" w:rsidRPr="007C7D82" w:rsidRDefault="002428BA" w:rsidP="002428BA">
      <w:pPr>
        <w:pStyle w:val="Corptext"/>
        <w:tabs>
          <w:tab w:val="right" w:leader="dot" w:pos="4135"/>
          <w:tab w:val="left" w:pos="4218"/>
        </w:tabs>
        <w:spacing w:after="0"/>
        <w:sectPr w:rsidR="002428BA" w:rsidRPr="007C7D82" w:rsidSect="00704DF0">
          <w:headerReference w:type="default" r:id="rId8"/>
          <w:footerReference w:type="default" r:id="rId9"/>
          <w:pgSz w:w="11900" w:h="16840"/>
          <w:pgMar w:top="993" w:right="843" w:bottom="1843" w:left="1276" w:header="510" w:footer="567" w:gutter="0"/>
          <w:pgNumType w:start="6"/>
          <w:cols w:space="720"/>
          <w:noEndnote/>
          <w:docGrid w:linePitch="360"/>
        </w:sectPr>
      </w:pPr>
      <w:r w:rsidRPr="007C7D82">
        <w:rPr>
          <w:i/>
          <w:iCs/>
        </w:rPr>
        <w:tab/>
        <w:t>(</w:t>
      </w:r>
      <w:proofErr w:type="spellStart"/>
      <w:r w:rsidRPr="007C7D82">
        <w:rPr>
          <w:i/>
          <w:iCs/>
        </w:rPr>
        <w:t>denumirea</w:t>
      </w:r>
      <w:proofErr w:type="spellEnd"/>
      <w:r w:rsidRPr="007C7D82">
        <w:rPr>
          <w:i/>
          <w:iCs/>
        </w:rPr>
        <w:t>/</w:t>
      </w:r>
      <w:proofErr w:type="spellStart"/>
      <w:r w:rsidRPr="007C7D82">
        <w:rPr>
          <w:i/>
          <w:iCs/>
        </w:rPr>
        <w:t>numele</w:t>
      </w:r>
      <w:proofErr w:type="spellEnd"/>
      <w:r w:rsidRPr="007C7D82">
        <w:rPr>
          <w:i/>
          <w:iCs/>
        </w:rPr>
        <w:tab/>
      </w:r>
      <w:proofErr w:type="spellStart"/>
      <w:r w:rsidRPr="007C7D82">
        <w:rPr>
          <w:i/>
          <w:iCs/>
        </w:rPr>
        <w:t>operatorului</w:t>
      </w:r>
      <w:proofErr w:type="spellEnd"/>
      <w:r w:rsidRPr="007C7D82">
        <w:rPr>
          <w:i/>
          <w:iCs/>
        </w:rPr>
        <w:t xml:space="preserve"> economic)</w:t>
      </w:r>
    </w:p>
    <w:p w14:paraId="11E6DAC5" w14:textId="77777777" w:rsidR="002428BA" w:rsidRDefault="002428BA" w:rsidP="002428BA">
      <w:pPr>
        <w:pStyle w:val="Tablecaption0"/>
        <w:spacing w:line="276" w:lineRule="auto"/>
        <w:jc w:val="center"/>
        <w:rPr>
          <w:sz w:val="20"/>
          <w:szCs w:val="20"/>
        </w:rPr>
      </w:pPr>
    </w:p>
    <w:p w14:paraId="60636AAA" w14:textId="77777777" w:rsidR="002428BA" w:rsidRDefault="002428BA" w:rsidP="002428BA">
      <w:pPr>
        <w:pStyle w:val="Tablecaption0"/>
        <w:spacing w:line="276" w:lineRule="auto"/>
        <w:jc w:val="center"/>
        <w:rPr>
          <w:sz w:val="20"/>
          <w:szCs w:val="20"/>
        </w:rPr>
      </w:pPr>
    </w:p>
    <w:p w14:paraId="60FFF750" w14:textId="77777777" w:rsidR="002428BA" w:rsidRPr="007C7D82" w:rsidRDefault="002428BA" w:rsidP="002428BA">
      <w:pPr>
        <w:pStyle w:val="Tablecaption0"/>
        <w:spacing w:line="276" w:lineRule="auto"/>
        <w:jc w:val="center"/>
        <w:rPr>
          <w:sz w:val="20"/>
          <w:szCs w:val="20"/>
        </w:rPr>
      </w:pPr>
      <w:r w:rsidRPr="007C7D82">
        <w:rPr>
          <w:sz w:val="20"/>
          <w:szCs w:val="20"/>
        </w:rPr>
        <w:t>ANEXA LA FORMULARUL DE OFERTĂ</w:t>
      </w:r>
    </w:p>
    <w:tbl>
      <w:tblPr>
        <w:tblOverlap w:val="never"/>
        <w:tblW w:w="0" w:type="auto"/>
        <w:jc w:val="center"/>
        <w:tblLayout w:type="fixed"/>
        <w:tblCellMar>
          <w:left w:w="10" w:type="dxa"/>
          <w:right w:w="10" w:type="dxa"/>
        </w:tblCellMar>
        <w:tblLook w:val="0000" w:firstRow="0" w:lastRow="0" w:firstColumn="0" w:lastColumn="0" w:noHBand="0" w:noVBand="0"/>
      </w:tblPr>
      <w:tblGrid>
        <w:gridCol w:w="562"/>
        <w:gridCol w:w="5198"/>
        <w:gridCol w:w="2167"/>
      </w:tblGrid>
      <w:tr w:rsidR="002428BA" w:rsidRPr="007C7D82" w14:paraId="3E7CD3A8" w14:textId="77777777" w:rsidTr="00C90C02">
        <w:trPr>
          <w:trHeight w:hRule="exact" w:val="799"/>
          <w:jc w:val="center"/>
        </w:trPr>
        <w:tc>
          <w:tcPr>
            <w:tcW w:w="562" w:type="dxa"/>
            <w:tcBorders>
              <w:top w:val="single" w:sz="4" w:space="0" w:color="auto"/>
              <w:left w:val="single" w:sz="4" w:space="0" w:color="auto"/>
            </w:tcBorders>
            <w:shd w:val="clear" w:color="auto" w:fill="FFFFFF"/>
          </w:tcPr>
          <w:p w14:paraId="56BFA60E" w14:textId="77777777" w:rsidR="002428BA" w:rsidRPr="007C7D82" w:rsidRDefault="002428BA" w:rsidP="00C90C02">
            <w:pPr>
              <w:pStyle w:val="Other0"/>
              <w:spacing w:after="0" w:line="276" w:lineRule="auto"/>
            </w:pPr>
            <w:r w:rsidRPr="007C7D82">
              <w:t>1</w:t>
            </w:r>
          </w:p>
        </w:tc>
        <w:tc>
          <w:tcPr>
            <w:tcW w:w="5198" w:type="dxa"/>
            <w:tcBorders>
              <w:top w:val="single" w:sz="4" w:space="0" w:color="auto"/>
              <w:left w:val="single" w:sz="4" w:space="0" w:color="auto"/>
            </w:tcBorders>
            <w:shd w:val="clear" w:color="auto" w:fill="FFFFFF"/>
            <w:vAlign w:val="bottom"/>
          </w:tcPr>
          <w:p w14:paraId="115259CE" w14:textId="77777777" w:rsidR="002428BA" w:rsidRPr="007C7D82" w:rsidRDefault="002428BA" w:rsidP="00C90C02">
            <w:pPr>
              <w:pStyle w:val="Other0"/>
              <w:spacing w:after="0" w:line="276" w:lineRule="auto"/>
            </w:pPr>
            <w:proofErr w:type="spellStart"/>
            <w:r w:rsidRPr="007C7D82">
              <w:t>Valoarea</w:t>
            </w:r>
            <w:proofErr w:type="spellEnd"/>
            <w:r w:rsidRPr="007C7D82">
              <w:t xml:space="preserve"> </w:t>
            </w:r>
            <w:proofErr w:type="spellStart"/>
            <w:r w:rsidRPr="007C7D82">
              <w:t>maximă</w:t>
            </w:r>
            <w:proofErr w:type="spellEnd"/>
            <w:r w:rsidRPr="007C7D82">
              <w:t xml:space="preserve"> a </w:t>
            </w:r>
            <w:proofErr w:type="spellStart"/>
            <w:r w:rsidRPr="007C7D82">
              <w:t>părții</w:t>
            </w:r>
            <w:proofErr w:type="spellEnd"/>
            <w:r w:rsidRPr="007C7D82">
              <w:t xml:space="preserve"> din contract </w:t>
            </w:r>
            <w:proofErr w:type="spellStart"/>
            <w:r w:rsidRPr="007C7D82">
              <w:t>ce</w:t>
            </w:r>
            <w:proofErr w:type="spellEnd"/>
            <w:r w:rsidRPr="007C7D82">
              <w:t xml:space="preserve"> </w:t>
            </w:r>
            <w:proofErr w:type="spellStart"/>
            <w:r w:rsidRPr="007C7D82">
              <w:t>va</w:t>
            </w:r>
            <w:proofErr w:type="spellEnd"/>
            <w:r w:rsidRPr="007C7D82">
              <w:t xml:space="preserve"> fi </w:t>
            </w:r>
            <w:proofErr w:type="spellStart"/>
            <w:r w:rsidRPr="007C7D82">
              <w:t>îndeplinita</w:t>
            </w:r>
            <w:proofErr w:type="spellEnd"/>
            <w:r w:rsidRPr="007C7D82">
              <w:t xml:space="preserve"> de </w:t>
            </w:r>
            <w:proofErr w:type="spellStart"/>
            <w:r w:rsidRPr="007C7D82">
              <w:t>subcontractant</w:t>
            </w:r>
            <w:proofErr w:type="spellEnd"/>
            <w:r w:rsidRPr="007C7D82">
              <w:t xml:space="preserve"> (% din </w:t>
            </w:r>
            <w:proofErr w:type="spellStart"/>
            <w:r w:rsidRPr="007C7D82">
              <w:t>prețul</w:t>
            </w:r>
            <w:proofErr w:type="spellEnd"/>
            <w:r w:rsidRPr="007C7D82">
              <w:t xml:space="preserve"> total </w:t>
            </w:r>
            <w:proofErr w:type="spellStart"/>
            <w:r w:rsidRPr="007C7D82">
              <w:t>ofertat</w:t>
            </w:r>
            <w:proofErr w:type="spellEnd"/>
            <w:r w:rsidRPr="007C7D82">
              <w:t xml:space="preserve"> </w:t>
            </w:r>
            <w:proofErr w:type="spellStart"/>
            <w:r w:rsidRPr="007C7D82">
              <w:t>si</w:t>
            </w:r>
            <w:proofErr w:type="spellEnd"/>
            <w:r w:rsidRPr="007C7D82">
              <w:t xml:space="preserve"> </w:t>
            </w:r>
            <w:proofErr w:type="spellStart"/>
            <w:r w:rsidRPr="007C7D82">
              <w:t>valoare</w:t>
            </w:r>
            <w:proofErr w:type="spellEnd"/>
            <w:r w:rsidRPr="007C7D82">
              <w:t>)</w:t>
            </w:r>
          </w:p>
        </w:tc>
        <w:tc>
          <w:tcPr>
            <w:tcW w:w="2167" w:type="dxa"/>
            <w:tcBorders>
              <w:top w:val="single" w:sz="4" w:space="0" w:color="auto"/>
              <w:left w:val="single" w:sz="4" w:space="0" w:color="auto"/>
              <w:right w:val="single" w:sz="4" w:space="0" w:color="auto"/>
            </w:tcBorders>
            <w:shd w:val="clear" w:color="auto" w:fill="FFFFFF"/>
          </w:tcPr>
          <w:p w14:paraId="1F4BEAD6" w14:textId="77777777" w:rsidR="002428BA" w:rsidRPr="007C7D82" w:rsidRDefault="002428BA" w:rsidP="00C90C02">
            <w:pPr>
              <w:rPr>
                <w:rFonts w:ascii="Cambria" w:hAnsi="Cambria"/>
                <w:sz w:val="20"/>
                <w:szCs w:val="20"/>
              </w:rPr>
            </w:pPr>
          </w:p>
        </w:tc>
      </w:tr>
      <w:tr w:rsidR="002428BA" w:rsidRPr="007C7D82" w14:paraId="67A622AB" w14:textId="77777777" w:rsidTr="00C90C02">
        <w:trPr>
          <w:trHeight w:hRule="exact" w:val="886"/>
          <w:jc w:val="center"/>
        </w:trPr>
        <w:tc>
          <w:tcPr>
            <w:tcW w:w="562" w:type="dxa"/>
            <w:tcBorders>
              <w:top w:val="single" w:sz="4" w:space="0" w:color="auto"/>
              <w:left w:val="single" w:sz="4" w:space="0" w:color="auto"/>
            </w:tcBorders>
            <w:shd w:val="clear" w:color="auto" w:fill="FFFFFF"/>
          </w:tcPr>
          <w:p w14:paraId="55D0AB8C" w14:textId="77777777" w:rsidR="002428BA" w:rsidRPr="007C7D82" w:rsidRDefault="002428BA" w:rsidP="00C90C02">
            <w:pPr>
              <w:pStyle w:val="Other0"/>
              <w:spacing w:after="0" w:line="276" w:lineRule="auto"/>
            </w:pPr>
            <w:r w:rsidRPr="007C7D82">
              <w:t>2</w:t>
            </w:r>
          </w:p>
        </w:tc>
        <w:tc>
          <w:tcPr>
            <w:tcW w:w="5198" w:type="dxa"/>
            <w:tcBorders>
              <w:top w:val="single" w:sz="4" w:space="0" w:color="auto"/>
              <w:left w:val="single" w:sz="4" w:space="0" w:color="auto"/>
            </w:tcBorders>
            <w:shd w:val="clear" w:color="auto" w:fill="FFFFFF"/>
          </w:tcPr>
          <w:p w14:paraId="4151F9B1" w14:textId="77777777" w:rsidR="002428BA" w:rsidRPr="007C7D82" w:rsidRDefault="002428BA" w:rsidP="00C90C02">
            <w:pPr>
              <w:pStyle w:val="Other0"/>
              <w:spacing w:after="0" w:line="276" w:lineRule="auto"/>
            </w:pPr>
            <w:proofErr w:type="spellStart"/>
            <w:r w:rsidRPr="007C7D82">
              <w:t>Perioada</w:t>
            </w:r>
            <w:proofErr w:type="spellEnd"/>
            <w:r w:rsidRPr="007C7D82">
              <w:t xml:space="preserve"> de </w:t>
            </w:r>
            <w:proofErr w:type="spellStart"/>
            <w:r w:rsidRPr="007C7D82">
              <w:t>garanție</w:t>
            </w:r>
            <w:proofErr w:type="spellEnd"/>
            <w:r w:rsidRPr="007C7D82">
              <w:t xml:space="preserve"> a </w:t>
            </w:r>
            <w:proofErr w:type="spellStart"/>
            <w:r w:rsidRPr="007C7D82">
              <w:t>produselor</w:t>
            </w:r>
            <w:proofErr w:type="spellEnd"/>
          </w:p>
        </w:tc>
        <w:tc>
          <w:tcPr>
            <w:tcW w:w="2167" w:type="dxa"/>
            <w:tcBorders>
              <w:top w:val="single" w:sz="4" w:space="0" w:color="auto"/>
              <w:left w:val="single" w:sz="4" w:space="0" w:color="auto"/>
              <w:right w:val="single" w:sz="4" w:space="0" w:color="auto"/>
            </w:tcBorders>
            <w:shd w:val="clear" w:color="auto" w:fill="FFFFFF"/>
          </w:tcPr>
          <w:p w14:paraId="00E4E15B" w14:textId="77777777" w:rsidR="002428BA" w:rsidRPr="007C7D82" w:rsidRDefault="002428BA" w:rsidP="00C90C02">
            <w:pPr>
              <w:rPr>
                <w:rFonts w:ascii="Cambria" w:hAnsi="Cambria"/>
                <w:sz w:val="20"/>
                <w:szCs w:val="20"/>
              </w:rPr>
            </w:pPr>
          </w:p>
        </w:tc>
      </w:tr>
      <w:tr w:rsidR="002428BA" w:rsidRPr="007C7D82" w14:paraId="41659A5B" w14:textId="77777777" w:rsidTr="00C90C02">
        <w:trPr>
          <w:trHeight w:hRule="exact" w:val="605"/>
          <w:jc w:val="center"/>
        </w:trPr>
        <w:tc>
          <w:tcPr>
            <w:tcW w:w="562" w:type="dxa"/>
            <w:tcBorders>
              <w:top w:val="single" w:sz="4" w:space="0" w:color="auto"/>
              <w:left w:val="single" w:sz="4" w:space="0" w:color="auto"/>
              <w:bottom w:val="single" w:sz="4" w:space="0" w:color="auto"/>
            </w:tcBorders>
            <w:shd w:val="clear" w:color="auto" w:fill="FFFFFF"/>
          </w:tcPr>
          <w:p w14:paraId="6B8CE651" w14:textId="77777777" w:rsidR="002428BA" w:rsidRPr="007C7D82" w:rsidRDefault="002428BA" w:rsidP="00C90C02">
            <w:pPr>
              <w:pStyle w:val="Other0"/>
              <w:spacing w:after="0" w:line="276" w:lineRule="auto"/>
            </w:pPr>
            <w:r w:rsidRPr="007C7D82">
              <w:t>3</w:t>
            </w:r>
          </w:p>
        </w:tc>
        <w:tc>
          <w:tcPr>
            <w:tcW w:w="5198" w:type="dxa"/>
            <w:tcBorders>
              <w:top w:val="single" w:sz="4" w:space="0" w:color="auto"/>
              <w:left w:val="single" w:sz="4" w:space="0" w:color="auto"/>
              <w:bottom w:val="single" w:sz="4" w:space="0" w:color="auto"/>
            </w:tcBorders>
            <w:shd w:val="clear" w:color="auto" w:fill="FFFFFF"/>
          </w:tcPr>
          <w:p w14:paraId="176CA1D2" w14:textId="77777777" w:rsidR="002428BA" w:rsidRPr="007C7D82" w:rsidRDefault="002428BA" w:rsidP="00C90C02">
            <w:pPr>
              <w:pStyle w:val="Other0"/>
              <w:spacing w:after="0" w:line="276" w:lineRule="auto"/>
            </w:pPr>
            <w:proofErr w:type="spellStart"/>
            <w:r w:rsidRPr="007C7D82">
              <w:t>Perioada</w:t>
            </w:r>
            <w:proofErr w:type="spellEnd"/>
            <w:r w:rsidRPr="007C7D82">
              <w:t xml:space="preserve"> de </w:t>
            </w:r>
            <w:proofErr w:type="spellStart"/>
            <w:r w:rsidRPr="007C7D82">
              <w:t>livrare</w:t>
            </w:r>
            <w:proofErr w:type="spellEnd"/>
            <w:r w:rsidRPr="007C7D82">
              <w:t xml:space="preserve"> (</w:t>
            </w:r>
            <w:proofErr w:type="spellStart"/>
            <w:r w:rsidRPr="007C7D82">
              <w:t>număr</w:t>
            </w:r>
            <w:proofErr w:type="spellEnd"/>
            <w:r w:rsidRPr="007C7D82">
              <w:t xml:space="preserve"> de </w:t>
            </w:r>
            <w:proofErr w:type="spellStart"/>
            <w:r w:rsidRPr="007C7D82">
              <w:t>zile</w:t>
            </w:r>
            <w:proofErr w:type="spellEnd"/>
            <w:r w:rsidRPr="007C7D82">
              <w:t>)</w:t>
            </w:r>
          </w:p>
        </w:tc>
        <w:tc>
          <w:tcPr>
            <w:tcW w:w="2167" w:type="dxa"/>
            <w:tcBorders>
              <w:top w:val="single" w:sz="4" w:space="0" w:color="auto"/>
              <w:left w:val="single" w:sz="4" w:space="0" w:color="auto"/>
              <w:bottom w:val="single" w:sz="4" w:space="0" w:color="auto"/>
              <w:right w:val="single" w:sz="4" w:space="0" w:color="auto"/>
            </w:tcBorders>
            <w:shd w:val="clear" w:color="auto" w:fill="FFFFFF"/>
          </w:tcPr>
          <w:p w14:paraId="3D88BA73" w14:textId="77777777" w:rsidR="002428BA" w:rsidRPr="007C7D82" w:rsidRDefault="002428BA" w:rsidP="00C90C02">
            <w:pPr>
              <w:rPr>
                <w:rFonts w:ascii="Cambria" w:hAnsi="Cambria"/>
                <w:sz w:val="20"/>
                <w:szCs w:val="20"/>
              </w:rPr>
            </w:pPr>
          </w:p>
        </w:tc>
      </w:tr>
    </w:tbl>
    <w:p w14:paraId="71DF60F5" w14:textId="77777777" w:rsidR="002428BA" w:rsidRDefault="002428BA" w:rsidP="002428BA">
      <w:pPr>
        <w:pStyle w:val="Corptext"/>
        <w:tabs>
          <w:tab w:val="left" w:leader="underscore" w:pos="3195"/>
          <w:tab w:val="left" w:leader="underscore" w:pos="3735"/>
        </w:tabs>
        <w:spacing w:after="0"/>
        <w:ind w:left="2000"/>
      </w:pPr>
    </w:p>
    <w:p w14:paraId="21979749" w14:textId="77777777" w:rsidR="002428BA" w:rsidRPr="007C7D82" w:rsidRDefault="002428BA" w:rsidP="002428BA">
      <w:pPr>
        <w:pStyle w:val="Corptext"/>
        <w:tabs>
          <w:tab w:val="left" w:leader="underscore" w:pos="3195"/>
          <w:tab w:val="left" w:leader="underscore" w:pos="3735"/>
        </w:tabs>
        <w:spacing w:after="0"/>
      </w:pPr>
      <w:r>
        <w:t xml:space="preserve">                               </w:t>
      </w:r>
      <w:r w:rsidRPr="007C7D82">
        <w:t>Data _/</w:t>
      </w:r>
      <w:r w:rsidRPr="007C7D82">
        <w:tab/>
        <w:t>/</w:t>
      </w:r>
      <w:r w:rsidRPr="007C7D82">
        <w:tab/>
      </w:r>
    </w:p>
    <w:p w14:paraId="4F937DCC" w14:textId="77777777" w:rsidR="002428BA" w:rsidRPr="007C7D82" w:rsidRDefault="002428BA" w:rsidP="002428BA">
      <w:pPr>
        <w:pStyle w:val="Corptext"/>
        <w:spacing w:after="0"/>
        <w:ind w:firstLine="400"/>
      </w:pPr>
      <w:r w:rsidRPr="007C7D82">
        <w:rPr>
          <w:i/>
          <w:iCs/>
        </w:rPr>
        <w:t>(</w:t>
      </w:r>
      <w:proofErr w:type="spellStart"/>
      <w:proofErr w:type="gramStart"/>
      <w:r w:rsidRPr="007C7D82">
        <w:rPr>
          <w:i/>
          <w:iCs/>
        </w:rPr>
        <w:t>nume</w:t>
      </w:r>
      <w:proofErr w:type="spellEnd"/>
      <w:proofErr w:type="gramEnd"/>
      <w:r w:rsidRPr="007C7D82">
        <w:rPr>
          <w:i/>
          <w:iCs/>
        </w:rPr>
        <w:t xml:space="preserve">, prenume și </w:t>
      </w:r>
      <w:proofErr w:type="spellStart"/>
      <w:r w:rsidRPr="007C7D82">
        <w:rPr>
          <w:i/>
          <w:iCs/>
        </w:rPr>
        <w:t>semnătur</w:t>
      </w:r>
      <w:r>
        <w:rPr>
          <w:i/>
          <w:iCs/>
        </w:rPr>
        <w:t>a</w:t>
      </w:r>
      <w:proofErr w:type="spellEnd"/>
      <w:r w:rsidRPr="007C7D82">
        <w:rPr>
          <w:i/>
          <w:iCs/>
        </w:rPr>
        <w:t>],</w:t>
      </w:r>
    </w:p>
    <w:p w14:paraId="684DD060" w14:textId="77777777" w:rsidR="002428BA" w:rsidRPr="007C7D82" w:rsidRDefault="002428BA" w:rsidP="002428BA">
      <w:pPr>
        <w:pStyle w:val="Corptext"/>
        <w:spacing w:after="0"/>
        <w:ind w:left="2960"/>
      </w:pPr>
      <w:r w:rsidRPr="007C7D82">
        <w:rPr>
          <w:noProof/>
        </w:rPr>
        <mc:AlternateContent>
          <mc:Choice Requires="wps">
            <w:drawing>
              <wp:anchor distT="0" distB="0" distL="114300" distR="114300" simplePos="0" relativeHeight="251659264" behindDoc="0" locked="0" layoutInCell="1" allowOverlap="1" wp14:anchorId="5840614B" wp14:editId="38E15FED">
                <wp:simplePos x="0" y="0"/>
                <wp:positionH relativeFrom="page">
                  <wp:posOffset>855345</wp:posOffset>
                </wp:positionH>
                <wp:positionV relativeFrom="paragraph">
                  <wp:posOffset>317500</wp:posOffset>
                </wp:positionV>
                <wp:extent cx="937260" cy="160020"/>
                <wp:effectExtent l="0" t="0" r="0" b="0"/>
                <wp:wrapSquare wrapText="right"/>
                <wp:docPr id="23" name="Shape 23"/>
                <wp:cNvGraphicFramePr/>
                <a:graphic xmlns:a="http://schemas.openxmlformats.org/drawingml/2006/main">
                  <a:graphicData uri="http://schemas.microsoft.com/office/word/2010/wordprocessingShape">
                    <wps:wsp>
                      <wps:cNvSpPr txBox="1"/>
                      <wps:spPr>
                        <a:xfrm>
                          <a:off x="0" y="0"/>
                          <a:ext cx="937260" cy="160020"/>
                        </a:xfrm>
                        <a:prstGeom prst="rect">
                          <a:avLst/>
                        </a:prstGeom>
                        <a:noFill/>
                      </wps:spPr>
                      <wps:txbx>
                        <w:txbxContent>
                          <w:p w14:paraId="1AAE50BE" w14:textId="77777777" w:rsidR="00C90C02" w:rsidRDefault="00C90C02" w:rsidP="002428BA">
                            <w:pPr>
                              <w:pStyle w:val="Corptext"/>
                              <w:spacing w:after="0" w:line="240" w:lineRule="auto"/>
                            </w:pPr>
                            <w:proofErr w:type="spellStart"/>
                            <w:r>
                              <w:t>în</w:t>
                            </w:r>
                            <w:proofErr w:type="spellEnd"/>
                            <w:r>
                              <w:t xml:space="preserve"> </w:t>
                            </w:r>
                            <w:proofErr w:type="spellStart"/>
                            <w:r>
                              <w:t>calitate</w:t>
                            </w:r>
                            <w:proofErr w:type="spellEnd"/>
                            <w:r>
                              <w:t xml:space="preserve"> de</w:t>
                            </w:r>
                          </w:p>
                        </w:txbxContent>
                      </wps:txbx>
                      <wps:bodyPr wrap="none" lIns="0" tIns="0" rIns="0" bIns="0"/>
                    </wps:wsp>
                  </a:graphicData>
                </a:graphic>
              </wp:anchor>
            </w:drawing>
          </mc:Choice>
          <mc:Fallback>
            <w:pict>
              <v:shapetype w14:anchorId="5840614B" id="_x0000_t202" coordsize="21600,21600" o:spt="202" path="m,l,21600r21600,l21600,xe">
                <v:stroke joinstyle="miter"/>
                <v:path gradientshapeok="t" o:connecttype="rect"/>
              </v:shapetype>
              <v:shape id="Shape 23" o:spid="_x0000_s1026" type="#_x0000_t202" style="position:absolute;left:0;text-align:left;margin-left:67.35pt;margin-top:25pt;width:73.8pt;height:12.6pt;z-index:25165926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" filled="f" stroked="f">
                <v:textbox inset="0,0,0,0">
                  <w:txbxContent>
                    <w:p w14:paraId="1AAE50BE" w14:textId="77777777" w:rsidR="00C90C02" w:rsidRDefault="00C90C02" w:rsidP="002428BA">
                      <w:pPr>
                        <w:pStyle w:val="Corptext"/>
                        <w:spacing w:after="0" w:line="240" w:lineRule="auto"/>
                      </w:pPr>
                      <w:proofErr w:type="spellStart"/>
                      <w:r>
                        <w:t>în</w:t>
                      </w:r>
                      <w:proofErr w:type="spellEnd"/>
                      <w:r>
                        <w:t xml:space="preserve"> </w:t>
                      </w:r>
                      <w:proofErr w:type="spellStart"/>
                      <w:r>
                        <w:t>calitate</w:t>
                      </w:r>
                      <w:proofErr w:type="spellEnd"/>
                      <w:r>
                        <w:t xml:space="preserve"> de</w:t>
                      </w:r>
                    </w:p>
                  </w:txbxContent>
                </v:textbox>
                <w10:wrap type="square" side="right" anchorx="page"/>
              </v:shape>
            </w:pict>
          </mc:Fallback>
        </mc:AlternateContent>
      </w:r>
      <w:r w:rsidRPr="007C7D82">
        <w:rPr>
          <w:i/>
          <w:iCs/>
        </w:rPr>
        <w:t>L.S.</w:t>
      </w:r>
    </w:p>
    <w:p w14:paraId="0C3FE7D7" w14:textId="77777777" w:rsidR="002428BA" w:rsidRDefault="002428BA" w:rsidP="002428BA">
      <w:pPr>
        <w:pStyle w:val="Corptext"/>
        <w:tabs>
          <w:tab w:val="left" w:leader="dot" w:pos="1670"/>
        </w:tabs>
        <w:spacing w:after="0"/>
        <w:rPr>
          <w:i/>
          <w:iCs/>
        </w:rPr>
      </w:pPr>
      <w:r>
        <w:t>...............................................................................</w:t>
      </w:r>
      <w:r w:rsidRPr="007C7D82">
        <w:t xml:space="preserve">legal </w:t>
      </w:r>
      <w:proofErr w:type="spellStart"/>
      <w:r w:rsidRPr="007C7D82">
        <w:t>autorizat</w:t>
      </w:r>
      <w:proofErr w:type="spellEnd"/>
      <w:r w:rsidRPr="007C7D82">
        <w:t xml:space="preserve"> să semnez oferta pentru și în numele</w:t>
      </w:r>
      <w:r w:rsidRPr="007C7D82">
        <w:br/>
      </w:r>
      <w:r w:rsidRPr="007C7D82">
        <w:rPr>
          <w:i/>
          <w:iCs/>
        </w:rPr>
        <w:tab/>
        <w:t>(</w:t>
      </w:r>
      <w:proofErr w:type="spellStart"/>
      <w:r w:rsidRPr="007C7D82">
        <w:rPr>
          <w:i/>
          <w:iCs/>
        </w:rPr>
        <w:t>denumirea</w:t>
      </w:r>
      <w:proofErr w:type="spellEnd"/>
      <w:r w:rsidRPr="007C7D82">
        <w:rPr>
          <w:i/>
          <w:iCs/>
        </w:rPr>
        <w:t>/</w:t>
      </w:r>
      <w:proofErr w:type="spellStart"/>
      <w:r w:rsidRPr="007C7D82">
        <w:rPr>
          <w:i/>
          <w:iCs/>
        </w:rPr>
        <w:t>numele</w:t>
      </w:r>
      <w:proofErr w:type="spellEnd"/>
      <w:r w:rsidRPr="007C7D82">
        <w:rPr>
          <w:i/>
          <w:iCs/>
        </w:rPr>
        <w:t xml:space="preserve"> </w:t>
      </w:r>
      <w:proofErr w:type="spellStart"/>
      <w:r w:rsidRPr="007C7D82">
        <w:rPr>
          <w:i/>
          <w:iCs/>
        </w:rPr>
        <w:t>operatorului</w:t>
      </w:r>
      <w:proofErr w:type="spellEnd"/>
      <w:r w:rsidRPr="007C7D82">
        <w:rPr>
          <w:i/>
          <w:iCs/>
        </w:rPr>
        <w:t xml:space="preserve"> economic]</w:t>
      </w:r>
    </w:p>
    <w:p w14:paraId="0AADEB57" w14:textId="77777777" w:rsidR="002428BA" w:rsidRPr="007C7D82" w:rsidRDefault="002428BA" w:rsidP="002428BA">
      <w:pPr>
        <w:pStyle w:val="Corptext"/>
        <w:tabs>
          <w:tab w:val="left" w:leader="dot" w:pos="1670"/>
        </w:tabs>
        <w:spacing w:after="0"/>
        <w:jc w:val="center"/>
        <w:sectPr w:rsidR="002428BA" w:rsidRPr="007C7D82" w:rsidSect="00C90C02">
          <w:headerReference w:type="default" r:id="rId10"/>
          <w:footerReference w:type="default" r:id="rId11"/>
          <w:pgSz w:w="11900" w:h="16840"/>
          <w:pgMar w:top="567" w:right="286" w:bottom="1135" w:left="879" w:header="0" w:footer="0" w:gutter="0"/>
          <w:pgNumType w:start="33"/>
          <w:cols w:space="720"/>
          <w:noEndnote/>
          <w:docGrid w:linePitch="360"/>
        </w:sectPr>
      </w:pPr>
    </w:p>
    <w:p w14:paraId="4D2A1FFA" w14:textId="77777777" w:rsidR="002428BA" w:rsidRDefault="002428BA" w:rsidP="002428BA">
      <w:pPr>
        <w:pStyle w:val="Heading30"/>
        <w:keepNext/>
        <w:keepLines/>
        <w:spacing w:after="0" w:line="276" w:lineRule="auto"/>
        <w:jc w:val="center"/>
        <w:rPr>
          <w:sz w:val="20"/>
          <w:szCs w:val="20"/>
        </w:rPr>
      </w:pPr>
      <w:bookmarkStart w:id="11" w:name="bookmark474"/>
      <w:bookmarkStart w:id="12" w:name="bookmark475"/>
      <w:bookmarkStart w:id="13" w:name="bookmark476"/>
    </w:p>
    <w:p w14:paraId="64199C93" w14:textId="77777777" w:rsidR="002428BA" w:rsidRPr="007C7D82" w:rsidRDefault="002428BA" w:rsidP="002428BA">
      <w:pPr>
        <w:pStyle w:val="Heading30"/>
        <w:keepNext/>
        <w:keepLines/>
        <w:spacing w:after="0" w:line="276" w:lineRule="auto"/>
        <w:jc w:val="center"/>
        <w:rPr>
          <w:sz w:val="20"/>
          <w:szCs w:val="20"/>
        </w:rPr>
      </w:pPr>
      <w:r w:rsidRPr="007C7D82">
        <w:rPr>
          <w:sz w:val="20"/>
          <w:szCs w:val="20"/>
        </w:rPr>
        <w:t>CENTRALIZATOR DE PRETURI</w:t>
      </w:r>
      <w:bookmarkEnd w:id="11"/>
      <w:bookmarkEnd w:id="12"/>
      <w:bookmarkEnd w:id="13"/>
    </w:p>
    <w:p w14:paraId="45989CAD" w14:textId="77777777" w:rsidR="002428BA" w:rsidRPr="007C7D82" w:rsidRDefault="002428BA" w:rsidP="002428BA">
      <w:pPr>
        <w:pStyle w:val="Tablecaption0"/>
        <w:spacing w:line="276" w:lineRule="auto"/>
        <w:ind w:left="209"/>
        <w:rPr>
          <w:sz w:val="20"/>
          <w:szCs w:val="20"/>
        </w:rPr>
      </w:pPr>
    </w:p>
    <w:tbl>
      <w:tblPr>
        <w:tblOverlap w:val="never"/>
        <w:tblW w:w="10201" w:type="dxa"/>
        <w:jc w:val="center"/>
        <w:tblLayout w:type="fixed"/>
        <w:tblCellMar>
          <w:left w:w="10" w:type="dxa"/>
          <w:right w:w="10" w:type="dxa"/>
        </w:tblCellMar>
        <w:tblLook w:val="0000" w:firstRow="0" w:lastRow="0" w:firstColumn="0" w:lastColumn="0" w:noHBand="0" w:noVBand="0"/>
      </w:tblPr>
      <w:tblGrid>
        <w:gridCol w:w="554"/>
        <w:gridCol w:w="3254"/>
        <w:gridCol w:w="1123"/>
        <w:gridCol w:w="850"/>
        <w:gridCol w:w="1692"/>
        <w:gridCol w:w="1706"/>
        <w:gridCol w:w="1022"/>
      </w:tblGrid>
      <w:tr w:rsidR="002428BA" w:rsidRPr="007C7D82" w14:paraId="2EB88182" w14:textId="77777777" w:rsidTr="002428BA">
        <w:trPr>
          <w:trHeight w:hRule="exact" w:val="526"/>
          <w:jc w:val="center"/>
        </w:trPr>
        <w:tc>
          <w:tcPr>
            <w:tcW w:w="554" w:type="dxa"/>
            <w:tcBorders>
              <w:top w:val="single" w:sz="4" w:space="0" w:color="auto"/>
              <w:left w:val="single" w:sz="4" w:space="0" w:color="auto"/>
            </w:tcBorders>
            <w:shd w:val="clear" w:color="auto" w:fill="FFFFFF"/>
            <w:vAlign w:val="bottom"/>
          </w:tcPr>
          <w:p w14:paraId="0ABF7A8F" w14:textId="77777777" w:rsidR="002428BA" w:rsidRPr="007C7D82" w:rsidRDefault="002428BA" w:rsidP="00C90C02">
            <w:pPr>
              <w:pStyle w:val="Other0"/>
              <w:spacing w:after="0" w:line="276" w:lineRule="auto"/>
              <w:jc w:val="center"/>
            </w:pPr>
            <w:r w:rsidRPr="007C7D82">
              <w:rPr>
                <w:rFonts w:eastAsia="Arial" w:cs="Arial"/>
                <w:i/>
                <w:iCs/>
              </w:rPr>
              <w:t xml:space="preserve">Nr. </w:t>
            </w:r>
            <w:proofErr w:type="spellStart"/>
            <w:r w:rsidRPr="007C7D82">
              <w:rPr>
                <w:rFonts w:eastAsia="Arial" w:cs="Arial"/>
                <w:i/>
                <w:iCs/>
              </w:rPr>
              <w:t>Crt</w:t>
            </w:r>
            <w:proofErr w:type="spellEnd"/>
          </w:p>
        </w:tc>
        <w:tc>
          <w:tcPr>
            <w:tcW w:w="3254" w:type="dxa"/>
            <w:tcBorders>
              <w:top w:val="single" w:sz="4" w:space="0" w:color="auto"/>
              <w:left w:val="single" w:sz="4" w:space="0" w:color="auto"/>
            </w:tcBorders>
            <w:shd w:val="clear" w:color="auto" w:fill="FFFFFF"/>
            <w:vAlign w:val="bottom"/>
          </w:tcPr>
          <w:p w14:paraId="6ECD6E07" w14:textId="77777777" w:rsidR="002428BA" w:rsidRPr="007C7D82" w:rsidRDefault="002428BA" w:rsidP="00C90C02">
            <w:pPr>
              <w:pStyle w:val="Other0"/>
              <w:spacing w:after="0" w:line="276" w:lineRule="auto"/>
              <w:jc w:val="center"/>
            </w:pPr>
            <w:proofErr w:type="spellStart"/>
            <w:r w:rsidRPr="007C7D82">
              <w:rPr>
                <w:rFonts w:eastAsia="Arial" w:cs="Arial"/>
                <w:i/>
                <w:iCs/>
              </w:rPr>
              <w:t>Denumire</w:t>
            </w:r>
            <w:proofErr w:type="spellEnd"/>
            <w:r w:rsidRPr="007C7D82">
              <w:rPr>
                <w:rFonts w:eastAsia="Arial" w:cs="Arial"/>
                <w:i/>
                <w:iCs/>
              </w:rPr>
              <w:t xml:space="preserve"> </w:t>
            </w:r>
            <w:proofErr w:type="spellStart"/>
            <w:r w:rsidRPr="007C7D82">
              <w:rPr>
                <w:rFonts w:eastAsia="Arial" w:cs="Arial"/>
                <w:i/>
                <w:iCs/>
              </w:rPr>
              <w:t>serviciu</w:t>
            </w:r>
            <w:proofErr w:type="spellEnd"/>
            <w:r w:rsidRPr="007C7D82">
              <w:rPr>
                <w:rFonts w:eastAsia="Arial" w:cs="Arial"/>
                <w:i/>
                <w:iCs/>
              </w:rPr>
              <w:t xml:space="preserve"> / </w:t>
            </w:r>
            <w:proofErr w:type="spellStart"/>
            <w:r w:rsidRPr="007C7D82">
              <w:rPr>
                <w:rFonts w:eastAsia="Arial" w:cs="Arial"/>
                <w:i/>
                <w:iCs/>
              </w:rPr>
              <w:t>produs</w:t>
            </w:r>
            <w:proofErr w:type="spellEnd"/>
          </w:p>
        </w:tc>
        <w:tc>
          <w:tcPr>
            <w:tcW w:w="1123" w:type="dxa"/>
            <w:tcBorders>
              <w:top w:val="single" w:sz="4" w:space="0" w:color="auto"/>
              <w:left w:val="single" w:sz="4" w:space="0" w:color="auto"/>
            </w:tcBorders>
            <w:shd w:val="clear" w:color="auto" w:fill="FFFFFF"/>
            <w:vAlign w:val="bottom"/>
          </w:tcPr>
          <w:p w14:paraId="5A02F794" w14:textId="77777777" w:rsidR="002428BA" w:rsidRPr="007C7D82" w:rsidRDefault="002428BA" w:rsidP="00C90C02">
            <w:pPr>
              <w:pStyle w:val="Other0"/>
              <w:spacing w:after="0" w:line="276" w:lineRule="auto"/>
              <w:jc w:val="center"/>
            </w:pPr>
            <w:proofErr w:type="spellStart"/>
            <w:r w:rsidRPr="007C7D82">
              <w:rPr>
                <w:rFonts w:eastAsia="Arial" w:cs="Arial"/>
                <w:i/>
                <w:iCs/>
              </w:rPr>
              <w:t>Cantitate</w:t>
            </w:r>
            <w:proofErr w:type="spellEnd"/>
            <w:r w:rsidRPr="007C7D82">
              <w:rPr>
                <w:rFonts w:eastAsia="Arial" w:cs="Arial"/>
                <w:i/>
                <w:iCs/>
              </w:rPr>
              <w:t xml:space="preserve"> </w:t>
            </w:r>
            <w:proofErr w:type="spellStart"/>
            <w:r w:rsidRPr="007C7D82">
              <w:rPr>
                <w:rFonts w:eastAsia="Arial" w:cs="Arial"/>
                <w:i/>
                <w:iCs/>
              </w:rPr>
              <w:t>maximă</w:t>
            </w:r>
            <w:proofErr w:type="spellEnd"/>
          </w:p>
        </w:tc>
        <w:tc>
          <w:tcPr>
            <w:tcW w:w="850" w:type="dxa"/>
            <w:tcBorders>
              <w:top w:val="single" w:sz="4" w:space="0" w:color="auto"/>
              <w:left w:val="single" w:sz="4" w:space="0" w:color="auto"/>
            </w:tcBorders>
            <w:shd w:val="clear" w:color="auto" w:fill="FFFFFF"/>
            <w:vAlign w:val="bottom"/>
          </w:tcPr>
          <w:p w14:paraId="3EE0DE7A" w14:textId="77777777" w:rsidR="002428BA" w:rsidRPr="007C7D82" w:rsidRDefault="002428BA" w:rsidP="00C90C02">
            <w:pPr>
              <w:pStyle w:val="Other0"/>
              <w:spacing w:after="0" w:line="276" w:lineRule="auto"/>
              <w:jc w:val="center"/>
            </w:pPr>
            <w:r w:rsidRPr="007C7D82">
              <w:rPr>
                <w:rFonts w:eastAsia="Arial" w:cs="Arial"/>
                <w:i/>
                <w:iCs/>
              </w:rPr>
              <w:t>UM (</w:t>
            </w:r>
            <w:proofErr w:type="spellStart"/>
            <w:r w:rsidRPr="007C7D82">
              <w:rPr>
                <w:rFonts w:eastAsia="Arial" w:cs="Arial"/>
                <w:i/>
                <w:iCs/>
              </w:rPr>
              <w:t>buc</w:t>
            </w:r>
            <w:proofErr w:type="spellEnd"/>
            <w:r w:rsidRPr="007C7D82">
              <w:rPr>
                <w:rFonts w:eastAsia="Arial" w:cs="Arial"/>
                <w:i/>
                <w:iCs/>
              </w:rPr>
              <w:t>)</w:t>
            </w:r>
          </w:p>
        </w:tc>
        <w:tc>
          <w:tcPr>
            <w:tcW w:w="1692" w:type="dxa"/>
            <w:tcBorders>
              <w:top w:val="single" w:sz="4" w:space="0" w:color="auto"/>
              <w:left w:val="single" w:sz="4" w:space="0" w:color="auto"/>
            </w:tcBorders>
            <w:shd w:val="clear" w:color="auto" w:fill="FFFFFF"/>
            <w:vAlign w:val="bottom"/>
          </w:tcPr>
          <w:p w14:paraId="53C3D5DF" w14:textId="77777777" w:rsidR="002428BA" w:rsidRPr="007C7D82" w:rsidRDefault="002428BA" w:rsidP="00C90C02">
            <w:pPr>
              <w:pStyle w:val="Other0"/>
              <w:spacing w:after="0" w:line="276" w:lineRule="auto"/>
              <w:jc w:val="center"/>
            </w:pPr>
            <w:r w:rsidRPr="007C7D82">
              <w:rPr>
                <w:rFonts w:eastAsia="Arial" w:cs="Arial"/>
                <w:i/>
                <w:iCs/>
              </w:rPr>
              <w:t xml:space="preserve">Preț </w:t>
            </w:r>
            <w:proofErr w:type="spellStart"/>
            <w:r w:rsidRPr="007C7D82">
              <w:rPr>
                <w:rFonts w:eastAsia="Arial" w:cs="Arial"/>
                <w:i/>
                <w:iCs/>
              </w:rPr>
              <w:t>unitar</w:t>
            </w:r>
            <w:proofErr w:type="spellEnd"/>
            <w:r w:rsidRPr="007C7D82">
              <w:rPr>
                <w:rFonts w:eastAsia="Arial" w:cs="Arial"/>
                <w:i/>
                <w:iCs/>
              </w:rPr>
              <w:t xml:space="preserve"> (Lei </w:t>
            </w:r>
            <w:proofErr w:type="spellStart"/>
            <w:r w:rsidRPr="007C7D82">
              <w:rPr>
                <w:rFonts w:eastAsia="Arial" w:cs="Arial"/>
                <w:i/>
                <w:iCs/>
              </w:rPr>
              <w:t>fără</w:t>
            </w:r>
            <w:proofErr w:type="spellEnd"/>
            <w:r w:rsidRPr="007C7D82">
              <w:rPr>
                <w:rFonts w:eastAsia="Arial" w:cs="Arial"/>
                <w:i/>
                <w:iCs/>
              </w:rPr>
              <w:t xml:space="preserve"> TVA)</w:t>
            </w:r>
          </w:p>
        </w:tc>
        <w:tc>
          <w:tcPr>
            <w:tcW w:w="1706" w:type="dxa"/>
            <w:tcBorders>
              <w:top w:val="single" w:sz="4" w:space="0" w:color="auto"/>
              <w:left w:val="single" w:sz="4" w:space="0" w:color="auto"/>
            </w:tcBorders>
            <w:shd w:val="clear" w:color="auto" w:fill="FFFFFF"/>
            <w:vAlign w:val="bottom"/>
          </w:tcPr>
          <w:p w14:paraId="1AF0A6E7" w14:textId="77777777" w:rsidR="002428BA" w:rsidRPr="007C7D82" w:rsidRDefault="002428BA" w:rsidP="00C90C02">
            <w:pPr>
              <w:pStyle w:val="Other0"/>
              <w:spacing w:after="0" w:line="276" w:lineRule="auto"/>
              <w:jc w:val="center"/>
            </w:pPr>
            <w:r w:rsidRPr="007C7D82">
              <w:rPr>
                <w:rFonts w:eastAsia="Arial" w:cs="Arial"/>
                <w:i/>
                <w:iCs/>
              </w:rPr>
              <w:t xml:space="preserve">Preț total (Lei </w:t>
            </w:r>
            <w:proofErr w:type="spellStart"/>
            <w:r w:rsidRPr="007C7D82">
              <w:rPr>
                <w:rFonts w:eastAsia="Arial" w:cs="Arial"/>
                <w:i/>
                <w:iCs/>
              </w:rPr>
              <w:t>fără</w:t>
            </w:r>
            <w:proofErr w:type="spellEnd"/>
            <w:r w:rsidRPr="007C7D82">
              <w:rPr>
                <w:rFonts w:eastAsia="Arial" w:cs="Arial"/>
                <w:i/>
                <w:iCs/>
              </w:rPr>
              <w:t xml:space="preserve"> TVA)</w:t>
            </w:r>
          </w:p>
        </w:tc>
        <w:tc>
          <w:tcPr>
            <w:tcW w:w="1022" w:type="dxa"/>
            <w:tcBorders>
              <w:top w:val="single" w:sz="4" w:space="0" w:color="auto"/>
              <w:left w:val="single" w:sz="4" w:space="0" w:color="auto"/>
              <w:right w:val="single" w:sz="4" w:space="0" w:color="auto"/>
            </w:tcBorders>
            <w:shd w:val="clear" w:color="auto" w:fill="FFFFFF"/>
            <w:vAlign w:val="center"/>
          </w:tcPr>
          <w:p w14:paraId="1D3FAC0F" w14:textId="77777777" w:rsidR="002428BA" w:rsidRPr="007C7D82" w:rsidRDefault="002428BA" w:rsidP="00C90C02">
            <w:pPr>
              <w:pStyle w:val="Other0"/>
              <w:spacing w:after="0" w:line="276" w:lineRule="auto"/>
              <w:jc w:val="center"/>
            </w:pPr>
            <w:r w:rsidRPr="007C7D82">
              <w:rPr>
                <w:rFonts w:eastAsia="Arial" w:cs="Arial"/>
                <w:i/>
                <w:iCs/>
              </w:rPr>
              <w:t>T.</w:t>
            </w:r>
            <w:proofErr w:type="gramStart"/>
            <w:r w:rsidRPr="007C7D82">
              <w:rPr>
                <w:rFonts w:eastAsia="Arial" w:cs="Arial"/>
                <w:i/>
                <w:iCs/>
              </w:rPr>
              <w:t>V.A</w:t>
            </w:r>
            <w:proofErr w:type="gramEnd"/>
          </w:p>
        </w:tc>
      </w:tr>
      <w:tr w:rsidR="002428BA" w:rsidRPr="007C7D82" w14:paraId="01B0CA23" w14:textId="77777777" w:rsidTr="002428BA">
        <w:trPr>
          <w:trHeight w:hRule="exact" w:val="245"/>
          <w:jc w:val="center"/>
        </w:trPr>
        <w:tc>
          <w:tcPr>
            <w:tcW w:w="554" w:type="dxa"/>
            <w:tcBorders>
              <w:top w:val="single" w:sz="4" w:space="0" w:color="auto"/>
              <w:left w:val="single" w:sz="4" w:space="0" w:color="auto"/>
            </w:tcBorders>
            <w:shd w:val="clear" w:color="auto" w:fill="FFFFFF"/>
          </w:tcPr>
          <w:p w14:paraId="774D2BB2" w14:textId="77777777" w:rsidR="002428BA" w:rsidRPr="007C7D82" w:rsidRDefault="002428BA" w:rsidP="00C90C02">
            <w:pPr>
              <w:rPr>
                <w:rFonts w:ascii="Cambria" w:hAnsi="Cambria"/>
                <w:sz w:val="20"/>
                <w:szCs w:val="20"/>
              </w:rPr>
            </w:pPr>
          </w:p>
        </w:tc>
        <w:tc>
          <w:tcPr>
            <w:tcW w:w="3254" w:type="dxa"/>
            <w:tcBorders>
              <w:top w:val="single" w:sz="4" w:space="0" w:color="auto"/>
              <w:left w:val="single" w:sz="4" w:space="0" w:color="auto"/>
            </w:tcBorders>
            <w:shd w:val="clear" w:color="auto" w:fill="FFFFFF"/>
          </w:tcPr>
          <w:p w14:paraId="669232D7" w14:textId="77777777" w:rsidR="002428BA" w:rsidRPr="007C7D82" w:rsidRDefault="002428BA" w:rsidP="00C90C02">
            <w:pPr>
              <w:rPr>
                <w:rFonts w:ascii="Cambria" w:hAnsi="Cambria"/>
                <w:sz w:val="20"/>
                <w:szCs w:val="20"/>
              </w:rPr>
            </w:pPr>
          </w:p>
        </w:tc>
        <w:tc>
          <w:tcPr>
            <w:tcW w:w="1123" w:type="dxa"/>
            <w:tcBorders>
              <w:top w:val="single" w:sz="4" w:space="0" w:color="auto"/>
              <w:left w:val="single" w:sz="4" w:space="0" w:color="auto"/>
            </w:tcBorders>
            <w:shd w:val="clear" w:color="auto" w:fill="FFFFFF"/>
            <w:vAlign w:val="bottom"/>
          </w:tcPr>
          <w:p w14:paraId="11B54098" w14:textId="77777777" w:rsidR="002428BA" w:rsidRPr="007C7D82" w:rsidRDefault="002428BA" w:rsidP="00C90C02">
            <w:pPr>
              <w:pStyle w:val="Other0"/>
              <w:spacing w:after="0" w:line="276" w:lineRule="auto"/>
              <w:jc w:val="center"/>
            </w:pPr>
            <w:r w:rsidRPr="007C7D82">
              <w:rPr>
                <w:rFonts w:eastAsia="Arial" w:cs="Arial"/>
                <w:i/>
                <w:iCs/>
              </w:rPr>
              <w:t>A</w:t>
            </w:r>
          </w:p>
        </w:tc>
        <w:tc>
          <w:tcPr>
            <w:tcW w:w="850" w:type="dxa"/>
            <w:tcBorders>
              <w:top w:val="single" w:sz="4" w:space="0" w:color="auto"/>
              <w:left w:val="single" w:sz="4" w:space="0" w:color="auto"/>
            </w:tcBorders>
            <w:shd w:val="clear" w:color="auto" w:fill="FFFFFF"/>
            <w:vAlign w:val="bottom"/>
          </w:tcPr>
          <w:p w14:paraId="717BBC91" w14:textId="77777777" w:rsidR="002428BA" w:rsidRPr="007C7D82" w:rsidRDefault="002428BA" w:rsidP="00C90C02">
            <w:pPr>
              <w:pStyle w:val="Other0"/>
              <w:spacing w:after="0" w:line="276" w:lineRule="auto"/>
              <w:jc w:val="center"/>
            </w:pPr>
            <w:r w:rsidRPr="007C7D82">
              <w:rPr>
                <w:rFonts w:eastAsia="Arial" w:cs="Arial"/>
                <w:i/>
                <w:iCs/>
              </w:rPr>
              <w:t>B</w:t>
            </w:r>
          </w:p>
        </w:tc>
        <w:tc>
          <w:tcPr>
            <w:tcW w:w="1692" w:type="dxa"/>
            <w:tcBorders>
              <w:top w:val="single" w:sz="4" w:space="0" w:color="auto"/>
              <w:left w:val="single" w:sz="4" w:space="0" w:color="auto"/>
            </w:tcBorders>
            <w:shd w:val="clear" w:color="auto" w:fill="FFFFFF"/>
            <w:vAlign w:val="bottom"/>
          </w:tcPr>
          <w:p w14:paraId="32FDED1B" w14:textId="77777777" w:rsidR="002428BA" w:rsidRPr="007C7D82" w:rsidRDefault="002428BA" w:rsidP="00C90C02">
            <w:pPr>
              <w:pStyle w:val="Other0"/>
              <w:spacing w:after="0" w:line="276" w:lineRule="auto"/>
              <w:jc w:val="center"/>
            </w:pPr>
            <w:r w:rsidRPr="007C7D82">
              <w:rPr>
                <w:rFonts w:eastAsia="Arial" w:cs="Arial"/>
                <w:i/>
                <w:iCs/>
              </w:rPr>
              <w:t>C</w:t>
            </w:r>
          </w:p>
        </w:tc>
        <w:tc>
          <w:tcPr>
            <w:tcW w:w="1706" w:type="dxa"/>
            <w:tcBorders>
              <w:top w:val="single" w:sz="4" w:space="0" w:color="auto"/>
              <w:left w:val="single" w:sz="4" w:space="0" w:color="auto"/>
            </w:tcBorders>
            <w:shd w:val="clear" w:color="auto" w:fill="FFFFFF"/>
            <w:vAlign w:val="bottom"/>
          </w:tcPr>
          <w:p w14:paraId="527DE3F9" w14:textId="77777777" w:rsidR="002428BA" w:rsidRPr="007C7D82" w:rsidRDefault="002428BA" w:rsidP="00C90C02">
            <w:pPr>
              <w:pStyle w:val="Other0"/>
              <w:spacing w:after="0" w:line="276" w:lineRule="auto"/>
              <w:jc w:val="center"/>
            </w:pPr>
            <w:r w:rsidRPr="007C7D82">
              <w:rPr>
                <w:rFonts w:eastAsia="Arial" w:cs="Arial"/>
                <w:i/>
                <w:iCs/>
              </w:rPr>
              <w:t>D=</w:t>
            </w:r>
            <w:proofErr w:type="spellStart"/>
            <w:r w:rsidRPr="007C7D82">
              <w:rPr>
                <w:rFonts w:eastAsia="Arial" w:cs="Arial"/>
                <w:i/>
                <w:iCs/>
              </w:rPr>
              <w:t>AxC</w:t>
            </w:r>
            <w:proofErr w:type="spellEnd"/>
          </w:p>
        </w:tc>
        <w:tc>
          <w:tcPr>
            <w:tcW w:w="1022" w:type="dxa"/>
            <w:tcBorders>
              <w:top w:val="single" w:sz="4" w:space="0" w:color="auto"/>
              <w:left w:val="single" w:sz="4" w:space="0" w:color="auto"/>
              <w:right w:val="single" w:sz="4" w:space="0" w:color="auto"/>
            </w:tcBorders>
            <w:shd w:val="clear" w:color="auto" w:fill="FFFFFF"/>
            <w:vAlign w:val="bottom"/>
          </w:tcPr>
          <w:p w14:paraId="429FA604" w14:textId="77777777" w:rsidR="002428BA" w:rsidRPr="007C7D82" w:rsidRDefault="002428BA" w:rsidP="00C90C02">
            <w:pPr>
              <w:pStyle w:val="Other0"/>
              <w:spacing w:after="0" w:line="276" w:lineRule="auto"/>
              <w:jc w:val="center"/>
            </w:pPr>
            <w:r w:rsidRPr="007C7D82">
              <w:rPr>
                <w:rFonts w:eastAsia="Arial" w:cs="Arial"/>
                <w:i/>
                <w:iCs/>
              </w:rPr>
              <w:t>E</w:t>
            </w:r>
          </w:p>
        </w:tc>
      </w:tr>
      <w:tr w:rsidR="002428BA" w:rsidRPr="007C7D82" w14:paraId="76D2C503" w14:textId="77777777" w:rsidTr="002428BA">
        <w:trPr>
          <w:trHeight w:hRule="exact" w:val="259"/>
          <w:jc w:val="center"/>
        </w:trPr>
        <w:tc>
          <w:tcPr>
            <w:tcW w:w="554" w:type="dxa"/>
            <w:tcBorders>
              <w:top w:val="single" w:sz="4" w:space="0" w:color="auto"/>
              <w:left w:val="single" w:sz="4" w:space="0" w:color="auto"/>
            </w:tcBorders>
            <w:shd w:val="clear" w:color="auto" w:fill="FFFFFF"/>
            <w:vAlign w:val="center"/>
          </w:tcPr>
          <w:p w14:paraId="76475CA8" w14:textId="77777777" w:rsidR="002428BA" w:rsidRPr="007C7D82" w:rsidRDefault="002428BA" w:rsidP="00C90C02">
            <w:pPr>
              <w:pStyle w:val="Other0"/>
              <w:spacing w:after="0" w:line="276" w:lineRule="auto"/>
              <w:jc w:val="center"/>
            </w:pPr>
            <w:r w:rsidRPr="007C7D82">
              <w:rPr>
                <w:rFonts w:eastAsia="Arial" w:cs="Arial"/>
                <w:i/>
                <w:iCs/>
              </w:rPr>
              <w:t>1</w:t>
            </w:r>
          </w:p>
        </w:tc>
        <w:tc>
          <w:tcPr>
            <w:tcW w:w="3254" w:type="dxa"/>
            <w:tcBorders>
              <w:top w:val="single" w:sz="4" w:space="0" w:color="auto"/>
              <w:left w:val="single" w:sz="4" w:space="0" w:color="auto"/>
            </w:tcBorders>
            <w:shd w:val="clear" w:color="auto" w:fill="FFFFFF"/>
            <w:vAlign w:val="center"/>
          </w:tcPr>
          <w:p w14:paraId="2ABA7EDD" w14:textId="77777777" w:rsidR="002428BA" w:rsidRPr="007C7D82" w:rsidRDefault="002428BA" w:rsidP="00C90C02">
            <w:pPr>
              <w:pStyle w:val="Other0"/>
              <w:spacing w:after="0" w:line="276" w:lineRule="auto"/>
            </w:pPr>
          </w:p>
        </w:tc>
        <w:tc>
          <w:tcPr>
            <w:tcW w:w="1123" w:type="dxa"/>
            <w:tcBorders>
              <w:top w:val="single" w:sz="4" w:space="0" w:color="auto"/>
              <w:left w:val="single" w:sz="4" w:space="0" w:color="auto"/>
            </w:tcBorders>
            <w:shd w:val="clear" w:color="auto" w:fill="FFFFFF"/>
          </w:tcPr>
          <w:p w14:paraId="4FA1A8FE" w14:textId="77777777" w:rsidR="002428BA" w:rsidRPr="007C7D82" w:rsidRDefault="002428BA" w:rsidP="00C90C02">
            <w:pPr>
              <w:rPr>
                <w:rFonts w:ascii="Cambria" w:hAnsi="Cambria"/>
                <w:sz w:val="20"/>
                <w:szCs w:val="20"/>
              </w:rPr>
            </w:pPr>
          </w:p>
        </w:tc>
        <w:tc>
          <w:tcPr>
            <w:tcW w:w="850" w:type="dxa"/>
            <w:tcBorders>
              <w:top w:val="single" w:sz="4" w:space="0" w:color="auto"/>
              <w:left w:val="single" w:sz="4" w:space="0" w:color="auto"/>
            </w:tcBorders>
            <w:shd w:val="clear" w:color="auto" w:fill="FFFFFF"/>
          </w:tcPr>
          <w:p w14:paraId="07DD07C5" w14:textId="77777777" w:rsidR="002428BA" w:rsidRPr="007C7D82" w:rsidRDefault="002428BA" w:rsidP="00C90C02">
            <w:pPr>
              <w:rPr>
                <w:rFonts w:ascii="Cambria" w:hAnsi="Cambria"/>
                <w:sz w:val="20"/>
                <w:szCs w:val="20"/>
              </w:rPr>
            </w:pPr>
          </w:p>
        </w:tc>
        <w:tc>
          <w:tcPr>
            <w:tcW w:w="1692" w:type="dxa"/>
            <w:tcBorders>
              <w:top w:val="single" w:sz="4" w:space="0" w:color="auto"/>
              <w:left w:val="single" w:sz="4" w:space="0" w:color="auto"/>
            </w:tcBorders>
            <w:shd w:val="clear" w:color="auto" w:fill="FFFFFF"/>
          </w:tcPr>
          <w:p w14:paraId="457FCED5" w14:textId="77777777" w:rsidR="002428BA" w:rsidRPr="007C7D82" w:rsidRDefault="002428BA" w:rsidP="00C90C02">
            <w:pPr>
              <w:rPr>
                <w:rFonts w:ascii="Cambria" w:hAnsi="Cambria"/>
                <w:sz w:val="20"/>
                <w:szCs w:val="20"/>
              </w:rPr>
            </w:pPr>
          </w:p>
        </w:tc>
        <w:tc>
          <w:tcPr>
            <w:tcW w:w="1706" w:type="dxa"/>
            <w:tcBorders>
              <w:top w:val="single" w:sz="4" w:space="0" w:color="auto"/>
              <w:left w:val="single" w:sz="4" w:space="0" w:color="auto"/>
            </w:tcBorders>
            <w:shd w:val="clear" w:color="auto" w:fill="FFFFFF"/>
          </w:tcPr>
          <w:p w14:paraId="532E990B" w14:textId="77777777" w:rsidR="002428BA" w:rsidRPr="007C7D82" w:rsidRDefault="002428BA" w:rsidP="00C90C02">
            <w:pPr>
              <w:rPr>
                <w:rFonts w:ascii="Cambria" w:hAnsi="Cambria"/>
                <w:sz w:val="20"/>
                <w:szCs w:val="20"/>
              </w:rPr>
            </w:pPr>
          </w:p>
        </w:tc>
        <w:tc>
          <w:tcPr>
            <w:tcW w:w="1022" w:type="dxa"/>
            <w:tcBorders>
              <w:top w:val="single" w:sz="4" w:space="0" w:color="auto"/>
              <w:left w:val="single" w:sz="4" w:space="0" w:color="auto"/>
              <w:right w:val="single" w:sz="4" w:space="0" w:color="auto"/>
            </w:tcBorders>
            <w:shd w:val="clear" w:color="auto" w:fill="FFFFFF"/>
          </w:tcPr>
          <w:p w14:paraId="3DB228C4" w14:textId="77777777" w:rsidR="002428BA" w:rsidRPr="007C7D82" w:rsidRDefault="002428BA" w:rsidP="00C90C02">
            <w:pPr>
              <w:rPr>
                <w:rFonts w:ascii="Cambria" w:hAnsi="Cambria"/>
                <w:sz w:val="20"/>
                <w:szCs w:val="20"/>
              </w:rPr>
            </w:pPr>
          </w:p>
        </w:tc>
      </w:tr>
      <w:tr w:rsidR="002428BA" w:rsidRPr="007C7D82" w14:paraId="739AC7C7" w14:textId="77777777" w:rsidTr="002428BA">
        <w:trPr>
          <w:trHeight w:hRule="exact" w:val="252"/>
          <w:jc w:val="center"/>
        </w:trPr>
        <w:tc>
          <w:tcPr>
            <w:tcW w:w="554" w:type="dxa"/>
            <w:tcBorders>
              <w:top w:val="single" w:sz="4" w:space="0" w:color="auto"/>
              <w:left w:val="single" w:sz="4" w:space="0" w:color="auto"/>
            </w:tcBorders>
            <w:shd w:val="clear" w:color="auto" w:fill="FFFFFF"/>
          </w:tcPr>
          <w:p w14:paraId="0EDCEDD1" w14:textId="77777777" w:rsidR="002428BA" w:rsidRPr="007C7D82" w:rsidRDefault="002428BA" w:rsidP="00C90C02">
            <w:pPr>
              <w:pStyle w:val="Other0"/>
              <w:spacing w:after="0" w:line="276" w:lineRule="auto"/>
              <w:ind w:firstLine="180"/>
            </w:pPr>
            <w:r w:rsidRPr="007C7D82">
              <w:rPr>
                <w:rFonts w:eastAsia="Arial" w:cs="Arial"/>
                <w:i/>
                <w:iCs/>
              </w:rPr>
              <w:t>2.</w:t>
            </w:r>
          </w:p>
        </w:tc>
        <w:tc>
          <w:tcPr>
            <w:tcW w:w="3254" w:type="dxa"/>
            <w:tcBorders>
              <w:top w:val="single" w:sz="4" w:space="0" w:color="auto"/>
              <w:left w:val="single" w:sz="4" w:space="0" w:color="auto"/>
            </w:tcBorders>
            <w:shd w:val="clear" w:color="auto" w:fill="FFFFFF"/>
          </w:tcPr>
          <w:p w14:paraId="4C9C29CA" w14:textId="77777777" w:rsidR="002428BA" w:rsidRPr="007C7D82" w:rsidRDefault="002428BA" w:rsidP="00C90C02">
            <w:pPr>
              <w:pStyle w:val="Other0"/>
              <w:spacing w:after="0" w:line="276" w:lineRule="auto"/>
            </w:pPr>
          </w:p>
        </w:tc>
        <w:tc>
          <w:tcPr>
            <w:tcW w:w="1123" w:type="dxa"/>
            <w:tcBorders>
              <w:top w:val="single" w:sz="4" w:space="0" w:color="auto"/>
              <w:left w:val="single" w:sz="4" w:space="0" w:color="auto"/>
            </w:tcBorders>
            <w:shd w:val="clear" w:color="auto" w:fill="FFFFFF"/>
          </w:tcPr>
          <w:p w14:paraId="1DFC136F" w14:textId="77777777" w:rsidR="002428BA" w:rsidRPr="007C7D82" w:rsidRDefault="002428BA" w:rsidP="00C90C02">
            <w:pPr>
              <w:rPr>
                <w:rFonts w:ascii="Cambria" w:hAnsi="Cambria"/>
                <w:sz w:val="20"/>
                <w:szCs w:val="20"/>
              </w:rPr>
            </w:pPr>
          </w:p>
        </w:tc>
        <w:tc>
          <w:tcPr>
            <w:tcW w:w="850" w:type="dxa"/>
            <w:tcBorders>
              <w:top w:val="single" w:sz="4" w:space="0" w:color="auto"/>
              <w:left w:val="single" w:sz="4" w:space="0" w:color="auto"/>
            </w:tcBorders>
            <w:shd w:val="clear" w:color="auto" w:fill="FFFFFF"/>
          </w:tcPr>
          <w:p w14:paraId="6A825620" w14:textId="77777777" w:rsidR="002428BA" w:rsidRPr="007C7D82" w:rsidRDefault="002428BA" w:rsidP="00C90C02">
            <w:pPr>
              <w:rPr>
                <w:rFonts w:ascii="Cambria" w:hAnsi="Cambria"/>
                <w:sz w:val="20"/>
                <w:szCs w:val="20"/>
              </w:rPr>
            </w:pPr>
          </w:p>
        </w:tc>
        <w:tc>
          <w:tcPr>
            <w:tcW w:w="1692" w:type="dxa"/>
            <w:tcBorders>
              <w:top w:val="single" w:sz="4" w:space="0" w:color="auto"/>
              <w:left w:val="single" w:sz="4" w:space="0" w:color="auto"/>
            </w:tcBorders>
            <w:shd w:val="clear" w:color="auto" w:fill="FFFFFF"/>
          </w:tcPr>
          <w:p w14:paraId="252EEA6F" w14:textId="77777777" w:rsidR="002428BA" w:rsidRPr="007C7D82" w:rsidRDefault="002428BA" w:rsidP="00C90C02">
            <w:pPr>
              <w:rPr>
                <w:rFonts w:ascii="Cambria" w:hAnsi="Cambria"/>
                <w:sz w:val="20"/>
                <w:szCs w:val="20"/>
              </w:rPr>
            </w:pPr>
          </w:p>
        </w:tc>
        <w:tc>
          <w:tcPr>
            <w:tcW w:w="1706" w:type="dxa"/>
            <w:tcBorders>
              <w:top w:val="single" w:sz="4" w:space="0" w:color="auto"/>
              <w:left w:val="single" w:sz="4" w:space="0" w:color="auto"/>
            </w:tcBorders>
            <w:shd w:val="clear" w:color="auto" w:fill="FFFFFF"/>
          </w:tcPr>
          <w:p w14:paraId="13E471E1" w14:textId="77777777" w:rsidR="002428BA" w:rsidRPr="007C7D82" w:rsidRDefault="002428BA" w:rsidP="00C90C02">
            <w:pPr>
              <w:rPr>
                <w:rFonts w:ascii="Cambria" w:hAnsi="Cambria"/>
                <w:sz w:val="20"/>
                <w:szCs w:val="20"/>
              </w:rPr>
            </w:pPr>
          </w:p>
        </w:tc>
        <w:tc>
          <w:tcPr>
            <w:tcW w:w="1022" w:type="dxa"/>
            <w:tcBorders>
              <w:top w:val="single" w:sz="4" w:space="0" w:color="auto"/>
              <w:left w:val="single" w:sz="4" w:space="0" w:color="auto"/>
              <w:right w:val="single" w:sz="4" w:space="0" w:color="auto"/>
            </w:tcBorders>
            <w:shd w:val="clear" w:color="auto" w:fill="FFFFFF"/>
          </w:tcPr>
          <w:p w14:paraId="3DF17824" w14:textId="77777777" w:rsidR="002428BA" w:rsidRPr="007C7D82" w:rsidRDefault="002428BA" w:rsidP="00C90C02">
            <w:pPr>
              <w:rPr>
                <w:rFonts w:ascii="Cambria" w:hAnsi="Cambria"/>
                <w:sz w:val="20"/>
                <w:szCs w:val="20"/>
              </w:rPr>
            </w:pPr>
          </w:p>
        </w:tc>
      </w:tr>
      <w:tr w:rsidR="002428BA" w:rsidRPr="007C7D82" w14:paraId="3B27E30E" w14:textId="77777777" w:rsidTr="002428BA">
        <w:trPr>
          <w:trHeight w:hRule="exact" w:val="245"/>
          <w:jc w:val="center"/>
        </w:trPr>
        <w:tc>
          <w:tcPr>
            <w:tcW w:w="554" w:type="dxa"/>
            <w:tcBorders>
              <w:top w:val="single" w:sz="4" w:space="0" w:color="auto"/>
              <w:left w:val="single" w:sz="4" w:space="0" w:color="auto"/>
            </w:tcBorders>
            <w:shd w:val="clear" w:color="auto" w:fill="FFFFFF"/>
            <w:vAlign w:val="bottom"/>
          </w:tcPr>
          <w:p w14:paraId="13EF212B" w14:textId="77777777" w:rsidR="002428BA" w:rsidRPr="007C7D82" w:rsidRDefault="002428BA" w:rsidP="00C90C02">
            <w:pPr>
              <w:pStyle w:val="Other0"/>
              <w:spacing w:after="0" w:line="276" w:lineRule="auto"/>
              <w:ind w:firstLine="180"/>
            </w:pPr>
            <w:r w:rsidRPr="007C7D82">
              <w:rPr>
                <w:rFonts w:eastAsia="Arial" w:cs="Arial"/>
                <w:i/>
                <w:iCs/>
              </w:rPr>
              <w:t>3.</w:t>
            </w:r>
          </w:p>
        </w:tc>
        <w:tc>
          <w:tcPr>
            <w:tcW w:w="3254" w:type="dxa"/>
            <w:tcBorders>
              <w:top w:val="single" w:sz="4" w:space="0" w:color="auto"/>
              <w:left w:val="single" w:sz="4" w:space="0" w:color="auto"/>
            </w:tcBorders>
            <w:shd w:val="clear" w:color="auto" w:fill="FFFFFF"/>
            <w:vAlign w:val="bottom"/>
          </w:tcPr>
          <w:p w14:paraId="57D83C78" w14:textId="77777777" w:rsidR="002428BA" w:rsidRPr="007C7D82" w:rsidRDefault="002428BA" w:rsidP="00C90C02">
            <w:pPr>
              <w:pStyle w:val="Other0"/>
              <w:spacing w:after="0" w:line="276" w:lineRule="auto"/>
            </w:pPr>
          </w:p>
        </w:tc>
        <w:tc>
          <w:tcPr>
            <w:tcW w:w="1123" w:type="dxa"/>
            <w:tcBorders>
              <w:top w:val="single" w:sz="4" w:space="0" w:color="auto"/>
              <w:left w:val="single" w:sz="4" w:space="0" w:color="auto"/>
            </w:tcBorders>
            <w:shd w:val="clear" w:color="auto" w:fill="FFFFFF"/>
          </w:tcPr>
          <w:p w14:paraId="1D94BD3C" w14:textId="77777777" w:rsidR="002428BA" w:rsidRPr="007C7D82" w:rsidRDefault="002428BA" w:rsidP="00C90C02">
            <w:pPr>
              <w:rPr>
                <w:rFonts w:ascii="Cambria" w:hAnsi="Cambria"/>
                <w:sz w:val="20"/>
                <w:szCs w:val="20"/>
              </w:rPr>
            </w:pPr>
          </w:p>
        </w:tc>
        <w:tc>
          <w:tcPr>
            <w:tcW w:w="850" w:type="dxa"/>
            <w:tcBorders>
              <w:top w:val="single" w:sz="4" w:space="0" w:color="auto"/>
              <w:left w:val="single" w:sz="4" w:space="0" w:color="auto"/>
            </w:tcBorders>
            <w:shd w:val="clear" w:color="auto" w:fill="FFFFFF"/>
          </w:tcPr>
          <w:p w14:paraId="6E2C6103" w14:textId="77777777" w:rsidR="002428BA" w:rsidRPr="007C7D82" w:rsidRDefault="002428BA" w:rsidP="00C90C02">
            <w:pPr>
              <w:rPr>
                <w:rFonts w:ascii="Cambria" w:hAnsi="Cambria"/>
                <w:sz w:val="20"/>
                <w:szCs w:val="20"/>
              </w:rPr>
            </w:pPr>
          </w:p>
        </w:tc>
        <w:tc>
          <w:tcPr>
            <w:tcW w:w="1692" w:type="dxa"/>
            <w:tcBorders>
              <w:top w:val="single" w:sz="4" w:space="0" w:color="auto"/>
              <w:left w:val="single" w:sz="4" w:space="0" w:color="auto"/>
            </w:tcBorders>
            <w:shd w:val="clear" w:color="auto" w:fill="FFFFFF"/>
          </w:tcPr>
          <w:p w14:paraId="3792B577" w14:textId="77777777" w:rsidR="002428BA" w:rsidRPr="007C7D82" w:rsidRDefault="002428BA" w:rsidP="00C90C02">
            <w:pPr>
              <w:rPr>
                <w:rFonts w:ascii="Cambria" w:hAnsi="Cambria"/>
                <w:sz w:val="20"/>
                <w:szCs w:val="20"/>
              </w:rPr>
            </w:pPr>
          </w:p>
        </w:tc>
        <w:tc>
          <w:tcPr>
            <w:tcW w:w="1706" w:type="dxa"/>
            <w:tcBorders>
              <w:top w:val="single" w:sz="4" w:space="0" w:color="auto"/>
              <w:left w:val="single" w:sz="4" w:space="0" w:color="auto"/>
            </w:tcBorders>
            <w:shd w:val="clear" w:color="auto" w:fill="FFFFFF"/>
          </w:tcPr>
          <w:p w14:paraId="124855FF" w14:textId="77777777" w:rsidR="002428BA" w:rsidRPr="007C7D82" w:rsidRDefault="002428BA" w:rsidP="00C90C02">
            <w:pPr>
              <w:rPr>
                <w:rFonts w:ascii="Cambria" w:hAnsi="Cambria"/>
                <w:sz w:val="20"/>
                <w:szCs w:val="20"/>
              </w:rPr>
            </w:pPr>
          </w:p>
        </w:tc>
        <w:tc>
          <w:tcPr>
            <w:tcW w:w="1022" w:type="dxa"/>
            <w:tcBorders>
              <w:top w:val="single" w:sz="4" w:space="0" w:color="auto"/>
              <w:left w:val="single" w:sz="4" w:space="0" w:color="auto"/>
              <w:right w:val="single" w:sz="4" w:space="0" w:color="auto"/>
            </w:tcBorders>
            <w:shd w:val="clear" w:color="auto" w:fill="FFFFFF"/>
          </w:tcPr>
          <w:p w14:paraId="7C17E137" w14:textId="77777777" w:rsidR="002428BA" w:rsidRPr="007C7D82" w:rsidRDefault="002428BA" w:rsidP="00C90C02">
            <w:pPr>
              <w:rPr>
                <w:rFonts w:ascii="Cambria" w:hAnsi="Cambria"/>
                <w:sz w:val="20"/>
                <w:szCs w:val="20"/>
              </w:rPr>
            </w:pPr>
          </w:p>
        </w:tc>
      </w:tr>
      <w:tr w:rsidR="002428BA" w:rsidRPr="007C7D82" w14:paraId="0F4DDE61" w14:textId="77777777" w:rsidTr="002428BA">
        <w:trPr>
          <w:trHeight w:hRule="exact" w:val="259"/>
          <w:jc w:val="center"/>
        </w:trPr>
        <w:tc>
          <w:tcPr>
            <w:tcW w:w="554" w:type="dxa"/>
            <w:tcBorders>
              <w:top w:val="single" w:sz="4" w:space="0" w:color="auto"/>
              <w:left w:val="single" w:sz="4" w:space="0" w:color="auto"/>
            </w:tcBorders>
            <w:shd w:val="clear" w:color="auto" w:fill="FFFFFF"/>
          </w:tcPr>
          <w:p w14:paraId="043E7578" w14:textId="77777777" w:rsidR="002428BA" w:rsidRPr="007C7D82" w:rsidRDefault="002428BA" w:rsidP="00C90C02">
            <w:pPr>
              <w:pStyle w:val="Other0"/>
              <w:spacing w:after="0" w:line="276" w:lineRule="auto"/>
              <w:ind w:firstLine="180"/>
            </w:pPr>
            <w:r w:rsidRPr="007C7D82">
              <w:rPr>
                <w:rFonts w:eastAsia="Arial" w:cs="Arial"/>
                <w:i/>
                <w:iCs/>
              </w:rPr>
              <w:t>4.</w:t>
            </w:r>
          </w:p>
        </w:tc>
        <w:tc>
          <w:tcPr>
            <w:tcW w:w="3254" w:type="dxa"/>
            <w:tcBorders>
              <w:top w:val="single" w:sz="4" w:space="0" w:color="auto"/>
              <w:left w:val="single" w:sz="4" w:space="0" w:color="auto"/>
            </w:tcBorders>
            <w:shd w:val="clear" w:color="auto" w:fill="FFFFFF"/>
          </w:tcPr>
          <w:p w14:paraId="6B2D26DA" w14:textId="77777777" w:rsidR="002428BA" w:rsidRPr="007C7D82" w:rsidRDefault="002428BA" w:rsidP="00C90C02">
            <w:pPr>
              <w:pStyle w:val="Other0"/>
              <w:spacing w:after="0" w:line="276" w:lineRule="auto"/>
            </w:pPr>
          </w:p>
        </w:tc>
        <w:tc>
          <w:tcPr>
            <w:tcW w:w="1123" w:type="dxa"/>
            <w:tcBorders>
              <w:top w:val="single" w:sz="4" w:space="0" w:color="auto"/>
              <w:left w:val="single" w:sz="4" w:space="0" w:color="auto"/>
            </w:tcBorders>
            <w:shd w:val="clear" w:color="auto" w:fill="FFFFFF"/>
          </w:tcPr>
          <w:p w14:paraId="3E38641E" w14:textId="77777777" w:rsidR="002428BA" w:rsidRPr="007C7D82" w:rsidRDefault="002428BA" w:rsidP="00C90C02">
            <w:pPr>
              <w:rPr>
                <w:rFonts w:ascii="Cambria" w:hAnsi="Cambria"/>
                <w:sz w:val="20"/>
                <w:szCs w:val="20"/>
              </w:rPr>
            </w:pPr>
          </w:p>
        </w:tc>
        <w:tc>
          <w:tcPr>
            <w:tcW w:w="850" w:type="dxa"/>
            <w:tcBorders>
              <w:top w:val="single" w:sz="4" w:space="0" w:color="auto"/>
              <w:left w:val="single" w:sz="4" w:space="0" w:color="auto"/>
            </w:tcBorders>
            <w:shd w:val="clear" w:color="auto" w:fill="FFFFFF"/>
          </w:tcPr>
          <w:p w14:paraId="1465B488" w14:textId="77777777" w:rsidR="002428BA" w:rsidRPr="007C7D82" w:rsidRDefault="002428BA" w:rsidP="00C90C02">
            <w:pPr>
              <w:rPr>
                <w:rFonts w:ascii="Cambria" w:hAnsi="Cambria"/>
                <w:sz w:val="20"/>
                <w:szCs w:val="20"/>
              </w:rPr>
            </w:pPr>
          </w:p>
        </w:tc>
        <w:tc>
          <w:tcPr>
            <w:tcW w:w="1692" w:type="dxa"/>
            <w:tcBorders>
              <w:top w:val="single" w:sz="4" w:space="0" w:color="auto"/>
              <w:left w:val="single" w:sz="4" w:space="0" w:color="auto"/>
            </w:tcBorders>
            <w:shd w:val="clear" w:color="auto" w:fill="FFFFFF"/>
          </w:tcPr>
          <w:p w14:paraId="1CCB92E2" w14:textId="77777777" w:rsidR="002428BA" w:rsidRPr="007C7D82" w:rsidRDefault="002428BA" w:rsidP="00C90C02">
            <w:pPr>
              <w:rPr>
                <w:rFonts w:ascii="Cambria" w:hAnsi="Cambria"/>
                <w:sz w:val="20"/>
                <w:szCs w:val="20"/>
              </w:rPr>
            </w:pPr>
          </w:p>
        </w:tc>
        <w:tc>
          <w:tcPr>
            <w:tcW w:w="1706" w:type="dxa"/>
            <w:tcBorders>
              <w:top w:val="single" w:sz="4" w:space="0" w:color="auto"/>
              <w:left w:val="single" w:sz="4" w:space="0" w:color="auto"/>
            </w:tcBorders>
            <w:shd w:val="clear" w:color="auto" w:fill="FFFFFF"/>
          </w:tcPr>
          <w:p w14:paraId="48CEBAE6" w14:textId="77777777" w:rsidR="002428BA" w:rsidRPr="007C7D82" w:rsidRDefault="002428BA" w:rsidP="00C90C02">
            <w:pPr>
              <w:rPr>
                <w:rFonts w:ascii="Cambria" w:hAnsi="Cambria"/>
                <w:sz w:val="20"/>
                <w:szCs w:val="20"/>
              </w:rPr>
            </w:pPr>
          </w:p>
        </w:tc>
        <w:tc>
          <w:tcPr>
            <w:tcW w:w="1022" w:type="dxa"/>
            <w:tcBorders>
              <w:top w:val="single" w:sz="4" w:space="0" w:color="auto"/>
              <w:left w:val="single" w:sz="4" w:space="0" w:color="auto"/>
              <w:right w:val="single" w:sz="4" w:space="0" w:color="auto"/>
            </w:tcBorders>
            <w:shd w:val="clear" w:color="auto" w:fill="FFFFFF"/>
          </w:tcPr>
          <w:p w14:paraId="3DE4D861" w14:textId="77777777" w:rsidR="002428BA" w:rsidRPr="007C7D82" w:rsidRDefault="002428BA" w:rsidP="00C90C02">
            <w:pPr>
              <w:rPr>
                <w:rFonts w:ascii="Cambria" w:hAnsi="Cambria"/>
                <w:sz w:val="20"/>
                <w:szCs w:val="20"/>
              </w:rPr>
            </w:pPr>
          </w:p>
        </w:tc>
      </w:tr>
      <w:tr w:rsidR="002428BA" w:rsidRPr="007C7D82" w14:paraId="04C5EB1C" w14:textId="77777777" w:rsidTr="002428BA">
        <w:trPr>
          <w:trHeight w:hRule="exact" w:val="245"/>
          <w:jc w:val="center"/>
        </w:trPr>
        <w:tc>
          <w:tcPr>
            <w:tcW w:w="554" w:type="dxa"/>
            <w:tcBorders>
              <w:top w:val="single" w:sz="4" w:space="0" w:color="auto"/>
              <w:left w:val="single" w:sz="4" w:space="0" w:color="auto"/>
            </w:tcBorders>
            <w:shd w:val="clear" w:color="auto" w:fill="FFFFFF"/>
            <w:vAlign w:val="bottom"/>
          </w:tcPr>
          <w:p w14:paraId="3958DA3F" w14:textId="77777777" w:rsidR="002428BA" w:rsidRPr="007C7D82" w:rsidRDefault="002428BA" w:rsidP="00C90C02">
            <w:pPr>
              <w:pStyle w:val="Other0"/>
              <w:spacing w:after="0" w:line="276" w:lineRule="auto"/>
              <w:ind w:firstLine="180"/>
              <w:rPr>
                <w:rFonts w:eastAsia="Arial" w:cs="Arial"/>
                <w:i/>
                <w:iCs/>
              </w:rPr>
            </w:pPr>
            <w:r w:rsidRPr="007C7D82">
              <w:rPr>
                <w:rFonts w:eastAsia="Arial" w:cs="Arial"/>
                <w:i/>
                <w:iCs/>
              </w:rPr>
              <w:t>5.</w:t>
            </w:r>
          </w:p>
        </w:tc>
        <w:tc>
          <w:tcPr>
            <w:tcW w:w="3254" w:type="dxa"/>
            <w:tcBorders>
              <w:top w:val="single" w:sz="4" w:space="0" w:color="auto"/>
              <w:left w:val="single" w:sz="4" w:space="0" w:color="auto"/>
            </w:tcBorders>
            <w:shd w:val="clear" w:color="auto" w:fill="FFFFFF"/>
            <w:vAlign w:val="bottom"/>
          </w:tcPr>
          <w:p w14:paraId="20B986C5" w14:textId="77777777" w:rsidR="002428BA" w:rsidRDefault="002428BA" w:rsidP="00C90C02">
            <w:pPr>
              <w:pStyle w:val="Other0"/>
              <w:spacing w:after="0" w:line="276" w:lineRule="auto"/>
              <w:rPr>
                <w:rFonts w:eastAsia="Arial" w:cs="Arial"/>
                <w:i/>
                <w:iCs/>
              </w:rPr>
            </w:pPr>
          </w:p>
        </w:tc>
        <w:tc>
          <w:tcPr>
            <w:tcW w:w="1123" w:type="dxa"/>
            <w:tcBorders>
              <w:top w:val="single" w:sz="4" w:space="0" w:color="auto"/>
              <w:left w:val="single" w:sz="4" w:space="0" w:color="auto"/>
            </w:tcBorders>
            <w:shd w:val="clear" w:color="auto" w:fill="FFFFFF"/>
          </w:tcPr>
          <w:p w14:paraId="0873EBEB" w14:textId="77777777" w:rsidR="002428BA" w:rsidRPr="007C7D82" w:rsidRDefault="002428BA" w:rsidP="00C90C02">
            <w:pPr>
              <w:rPr>
                <w:rFonts w:ascii="Cambria" w:hAnsi="Cambria"/>
                <w:sz w:val="20"/>
                <w:szCs w:val="20"/>
              </w:rPr>
            </w:pPr>
          </w:p>
        </w:tc>
        <w:tc>
          <w:tcPr>
            <w:tcW w:w="850" w:type="dxa"/>
            <w:tcBorders>
              <w:top w:val="single" w:sz="4" w:space="0" w:color="auto"/>
              <w:left w:val="single" w:sz="4" w:space="0" w:color="auto"/>
            </w:tcBorders>
            <w:shd w:val="clear" w:color="auto" w:fill="FFFFFF"/>
          </w:tcPr>
          <w:p w14:paraId="622E3A43" w14:textId="77777777" w:rsidR="002428BA" w:rsidRPr="007C7D82" w:rsidRDefault="002428BA" w:rsidP="00C90C02">
            <w:pPr>
              <w:rPr>
                <w:rFonts w:ascii="Cambria" w:hAnsi="Cambria"/>
                <w:sz w:val="20"/>
                <w:szCs w:val="20"/>
              </w:rPr>
            </w:pPr>
          </w:p>
        </w:tc>
        <w:tc>
          <w:tcPr>
            <w:tcW w:w="1692" w:type="dxa"/>
            <w:tcBorders>
              <w:top w:val="single" w:sz="4" w:space="0" w:color="auto"/>
              <w:left w:val="single" w:sz="4" w:space="0" w:color="auto"/>
            </w:tcBorders>
            <w:shd w:val="clear" w:color="auto" w:fill="FFFFFF"/>
          </w:tcPr>
          <w:p w14:paraId="227DF668" w14:textId="77777777" w:rsidR="002428BA" w:rsidRPr="007C7D82" w:rsidRDefault="002428BA" w:rsidP="00C90C02">
            <w:pPr>
              <w:rPr>
                <w:rFonts w:ascii="Cambria" w:hAnsi="Cambria"/>
                <w:sz w:val="20"/>
                <w:szCs w:val="20"/>
              </w:rPr>
            </w:pPr>
          </w:p>
        </w:tc>
        <w:tc>
          <w:tcPr>
            <w:tcW w:w="1706" w:type="dxa"/>
            <w:tcBorders>
              <w:top w:val="single" w:sz="4" w:space="0" w:color="auto"/>
              <w:left w:val="single" w:sz="4" w:space="0" w:color="auto"/>
            </w:tcBorders>
            <w:shd w:val="clear" w:color="auto" w:fill="FFFFFF"/>
          </w:tcPr>
          <w:p w14:paraId="5562B3FE" w14:textId="77777777" w:rsidR="002428BA" w:rsidRPr="007C7D82" w:rsidRDefault="002428BA" w:rsidP="00C90C02">
            <w:pPr>
              <w:rPr>
                <w:rFonts w:ascii="Cambria" w:hAnsi="Cambria"/>
                <w:sz w:val="20"/>
                <w:szCs w:val="20"/>
              </w:rPr>
            </w:pPr>
          </w:p>
        </w:tc>
        <w:tc>
          <w:tcPr>
            <w:tcW w:w="1022" w:type="dxa"/>
            <w:tcBorders>
              <w:top w:val="single" w:sz="4" w:space="0" w:color="auto"/>
              <w:left w:val="single" w:sz="4" w:space="0" w:color="auto"/>
              <w:right w:val="single" w:sz="4" w:space="0" w:color="auto"/>
            </w:tcBorders>
            <w:shd w:val="clear" w:color="auto" w:fill="FFFFFF"/>
          </w:tcPr>
          <w:p w14:paraId="46A00AAA" w14:textId="77777777" w:rsidR="002428BA" w:rsidRPr="007C7D82" w:rsidRDefault="002428BA" w:rsidP="00C90C02">
            <w:pPr>
              <w:rPr>
                <w:rFonts w:ascii="Cambria" w:hAnsi="Cambria"/>
                <w:sz w:val="20"/>
                <w:szCs w:val="20"/>
              </w:rPr>
            </w:pPr>
          </w:p>
        </w:tc>
      </w:tr>
      <w:tr w:rsidR="002428BA" w:rsidRPr="007C7D82" w14:paraId="0C26A5F4" w14:textId="77777777" w:rsidTr="002428BA">
        <w:trPr>
          <w:trHeight w:hRule="exact" w:val="245"/>
          <w:jc w:val="center"/>
        </w:trPr>
        <w:tc>
          <w:tcPr>
            <w:tcW w:w="554" w:type="dxa"/>
            <w:tcBorders>
              <w:top w:val="single" w:sz="4" w:space="0" w:color="auto"/>
              <w:left w:val="single" w:sz="4" w:space="0" w:color="auto"/>
            </w:tcBorders>
            <w:shd w:val="clear" w:color="auto" w:fill="FFFFFF"/>
            <w:vAlign w:val="bottom"/>
          </w:tcPr>
          <w:p w14:paraId="37D9525C" w14:textId="77777777" w:rsidR="002428BA" w:rsidRPr="007C7D82" w:rsidRDefault="002428BA" w:rsidP="00C90C02">
            <w:pPr>
              <w:pStyle w:val="Other0"/>
              <w:spacing w:after="0" w:line="276" w:lineRule="auto"/>
              <w:ind w:firstLine="180"/>
            </w:pPr>
            <w:r>
              <w:rPr>
                <w:rFonts w:eastAsia="Arial" w:cs="Arial"/>
                <w:i/>
                <w:iCs/>
              </w:rPr>
              <w:t>6</w:t>
            </w:r>
            <w:r w:rsidRPr="007C7D82">
              <w:rPr>
                <w:rFonts w:eastAsia="Arial" w:cs="Arial"/>
                <w:i/>
                <w:iCs/>
              </w:rPr>
              <w:t>.</w:t>
            </w:r>
          </w:p>
        </w:tc>
        <w:tc>
          <w:tcPr>
            <w:tcW w:w="3254" w:type="dxa"/>
            <w:tcBorders>
              <w:top w:val="single" w:sz="4" w:space="0" w:color="auto"/>
              <w:left w:val="single" w:sz="4" w:space="0" w:color="auto"/>
            </w:tcBorders>
            <w:shd w:val="clear" w:color="auto" w:fill="FFFFFF"/>
            <w:vAlign w:val="bottom"/>
          </w:tcPr>
          <w:p w14:paraId="27396E50" w14:textId="77777777" w:rsidR="002428BA" w:rsidRPr="00F14E24" w:rsidRDefault="002428BA" w:rsidP="00C90C02">
            <w:pPr>
              <w:pStyle w:val="Other0"/>
              <w:spacing w:after="0" w:line="276" w:lineRule="auto"/>
              <w:rPr>
                <w:i/>
                <w:iCs/>
              </w:rPr>
            </w:pPr>
          </w:p>
        </w:tc>
        <w:tc>
          <w:tcPr>
            <w:tcW w:w="1123" w:type="dxa"/>
            <w:tcBorders>
              <w:top w:val="single" w:sz="4" w:space="0" w:color="auto"/>
              <w:left w:val="single" w:sz="4" w:space="0" w:color="auto"/>
            </w:tcBorders>
            <w:shd w:val="clear" w:color="auto" w:fill="FFFFFF"/>
          </w:tcPr>
          <w:p w14:paraId="6149B333" w14:textId="77777777" w:rsidR="002428BA" w:rsidRPr="007C7D82" w:rsidRDefault="002428BA" w:rsidP="00C90C02">
            <w:pPr>
              <w:rPr>
                <w:rFonts w:ascii="Cambria" w:hAnsi="Cambria"/>
                <w:sz w:val="20"/>
                <w:szCs w:val="20"/>
              </w:rPr>
            </w:pPr>
          </w:p>
        </w:tc>
        <w:tc>
          <w:tcPr>
            <w:tcW w:w="850" w:type="dxa"/>
            <w:tcBorders>
              <w:top w:val="single" w:sz="4" w:space="0" w:color="auto"/>
              <w:left w:val="single" w:sz="4" w:space="0" w:color="auto"/>
            </w:tcBorders>
            <w:shd w:val="clear" w:color="auto" w:fill="FFFFFF"/>
          </w:tcPr>
          <w:p w14:paraId="636C97F2" w14:textId="77777777" w:rsidR="002428BA" w:rsidRPr="007C7D82" w:rsidRDefault="002428BA" w:rsidP="00C90C02">
            <w:pPr>
              <w:rPr>
                <w:rFonts w:ascii="Cambria" w:hAnsi="Cambria"/>
                <w:sz w:val="20"/>
                <w:szCs w:val="20"/>
              </w:rPr>
            </w:pPr>
          </w:p>
        </w:tc>
        <w:tc>
          <w:tcPr>
            <w:tcW w:w="1692" w:type="dxa"/>
            <w:tcBorders>
              <w:top w:val="single" w:sz="4" w:space="0" w:color="auto"/>
              <w:left w:val="single" w:sz="4" w:space="0" w:color="auto"/>
            </w:tcBorders>
            <w:shd w:val="clear" w:color="auto" w:fill="FFFFFF"/>
          </w:tcPr>
          <w:p w14:paraId="580E18BF" w14:textId="77777777" w:rsidR="002428BA" w:rsidRPr="007C7D82" w:rsidRDefault="002428BA" w:rsidP="00C90C02">
            <w:pPr>
              <w:rPr>
                <w:rFonts w:ascii="Cambria" w:hAnsi="Cambria"/>
                <w:sz w:val="20"/>
                <w:szCs w:val="20"/>
              </w:rPr>
            </w:pPr>
          </w:p>
        </w:tc>
        <w:tc>
          <w:tcPr>
            <w:tcW w:w="1706" w:type="dxa"/>
            <w:tcBorders>
              <w:top w:val="single" w:sz="4" w:space="0" w:color="auto"/>
              <w:left w:val="single" w:sz="4" w:space="0" w:color="auto"/>
            </w:tcBorders>
            <w:shd w:val="clear" w:color="auto" w:fill="FFFFFF"/>
          </w:tcPr>
          <w:p w14:paraId="2FD83E90" w14:textId="77777777" w:rsidR="002428BA" w:rsidRPr="007C7D82" w:rsidRDefault="002428BA" w:rsidP="00C90C02">
            <w:pPr>
              <w:rPr>
                <w:rFonts w:ascii="Cambria" w:hAnsi="Cambria"/>
                <w:sz w:val="20"/>
                <w:szCs w:val="20"/>
              </w:rPr>
            </w:pPr>
          </w:p>
        </w:tc>
        <w:tc>
          <w:tcPr>
            <w:tcW w:w="1022" w:type="dxa"/>
            <w:tcBorders>
              <w:top w:val="single" w:sz="4" w:space="0" w:color="auto"/>
              <w:left w:val="single" w:sz="4" w:space="0" w:color="auto"/>
              <w:right w:val="single" w:sz="4" w:space="0" w:color="auto"/>
            </w:tcBorders>
            <w:shd w:val="clear" w:color="auto" w:fill="FFFFFF"/>
          </w:tcPr>
          <w:p w14:paraId="15E4F8BA" w14:textId="77777777" w:rsidR="002428BA" w:rsidRPr="007C7D82" w:rsidRDefault="002428BA" w:rsidP="00C90C02">
            <w:pPr>
              <w:rPr>
                <w:rFonts w:ascii="Cambria" w:hAnsi="Cambria"/>
                <w:sz w:val="20"/>
                <w:szCs w:val="20"/>
              </w:rPr>
            </w:pPr>
          </w:p>
        </w:tc>
      </w:tr>
      <w:tr w:rsidR="002428BA" w:rsidRPr="007C7D82" w14:paraId="732EA50B" w14:textId="77777777" w:rsidTr="002428BA">
        <w:trPr>
          <w:trHeight w:hRule="exact" w:val="245"/>
          <w:jc w:val="center"/>
        </w:trPr>
        <w:tc>
          <w:tcPr>
            <w:tcW w:w="7473" w:type="dxa"/>
            <w:gridSpan w:val="5"/>
            <w:tcBorders>
              <w:top w:val="single" w:sz="4" w:space="0" w:color="auto"/>
              <w:left w:val="single" w:sz="4" w:space="0" w:color="auto"/>
            </w:tcBorders>
            <w:shd w:val="clear" w:color="auto" w:fill="FFFFFF"/>
            <w:vAlign w:val="bottom"/>
          </w:tcPr>
          <w:p w14:paraId="41B945D3" w14:textId="77777777" w:rsidR="002428BA" w:rsidRPr="007C7D82" w:rsidRDefault="002428BA" w:rsidP="00C90C02">
            <w:pPr>
              <w:pStyle w:val="Other0"/>
              <w:spacing w:after="0" w:line="276" w:lineRule="auto"/>
              <w:jc w:val="right"/>
            </w:pPr>
            <w:r w:rsidRPr="007C7D82">
              <w:rPr>
                <w:rFonts w:eastAsia="Arial" w:cs="Arial"/>
                <w:i/>
                <w:iCs/>
              </w:rPr>
              <w:t xml:space="preserve">TOTAL VALOARE OFERTĂ (LEI </w:t>
            </w:r>
            <w:proofErr w:type="spellStart"/>
            <w:r w:rsidRPr="007C7D82">
              <w:rPr>
                <w:rFonts w:eastAsia="Arial" w:cs="Arial"/>
                <w:i/>
                <w:iCs/>
              </w:rPr>
              <w:t>fără</w:t>
            </w:r>
            <w:proofErr w:type="spellEnd"/>
            <w:r w:rsidRPr="007C7D82">
              <w:rPr>
                <w:rFonts w:eastAsia="Arial" w:cs="Arial"/>
                <w:i/>
                <w:iCs/>
              </w:rPr>
              <w:t xml:space="preserve"> TVA)</w:t>
            </w:r>
          </w:p>
        </w:tc>
        <w:tc>
          <w:tcPr>
            <w:tcW w:w="2728" w:type="dxa"/>
            <w:gridSpan w:val="2"/>
            <w:tcBorders>
              <w:top w:val="single" w:sz="4" w:space="0" w:color="auto"/>
              <w:left w:val="single" w:sz="4" w:space="0" w:color="auto"/>
              <w:right w:val="single" w:sz="4" w:space="0" w:color="auto"/>
            </w:tcBorders>
            <w:shd w:val="clear" w:color="auto" w:fill="FFFFFF"/>
          </w:tcPr>
          <w:p w14:paraId="7BB894BA" w14:textId="77777777" w:rsidR="002428BA" w:rsidRPr="007C7D82" w:rsidRDefault="002428BA" w:rsidP="00C90C02">
            <w:pPr>
              <w:rPr>
                <w:rFonts w:ascii="Cambria" w:hAnsi="Cambria"/>
                <w:sz w:val="20"/>
                <w:szCs w:val="20"/>
              </w:rPr>
            </w:pPr>
          </w:p>
        </w:tc>
      </w:tr>
      <w:tr w:rsidR="002428BA" w:rsidRPr="007C7D82" w14:paraId="024F51CA" w14:textId="77777777" w:rsidTr="002428BA">
        <w:trPr>
          <w:trHeight w:hRule="exact" w:val="252"/>
          <w:jc w:val="center"/>
        </w:trPr>
        <w:tc>
          <w:tcPr>
            <w:tcW w:w="7473" w:type="dxa"/>
            <w:gridSpan w:val="5"/>
            <w:tcBorders>
              <w:top w:val="single" w:sz="4" w:space="0" w:color="auto"/>
              <w:left w:val="single" w:sz="4" w:space="0" w:color="auto"/>
            </w:tcBorders>
            <w:shd w:val="clear" w:color="auto" w:fill="FFFFFF"/>
            <w:vAlign w:val="bottom"/>
          </w:tcPr>
          <w:p w14:paraId="5F7E9267" w14:textId="77777777" w:rsidR="002428BA" w:rsidRPr="007C7D82" w:rsidRDefault="002428BA" w:rsidP="00C90C02">
            <w:pPr>
              <w:pStyle w:val="Other0"/>
              <w:spacing w:after="0" w:line="276" w:lineRule="auto"/>
              <w:jc w:val="right"/>
            </w:pPr>
            <w:r w:rsidRPr="007C7D82">
              <w:rPr>
                <w:rFonts w:eastAsia="Arial" w:cs="Arial"/>
                <w:i/>
                <w:iCs/>
              </w:rPr>
              <w:t>TOTAL VALOARE TVA</w:t>
            </w:r>
          </w:p>
        </w:tc>
        <w:tc>
          <w:tcPr>
            <w:tcW w:w="2728" w:type="dxa"/>
            <w:gridSpan w:val="2"/>
            <w:tcBorders>
              <w:top w:val="single" w:sz="4" w:space="0" w:color="auto"/>
              <w:left w:val="single" w:sz="4" w:space="0" w:color="auto"/>
              <w:right w:val="single" w:sz="4" w:space="0" w:color="auto"/>
            </w:tcBorders>
            <w:shd w:val="clear" w:color="auto" w:fill="FFFFFF"/>
          </w:tcPr>
          <w:p w14:paraId="15C3598E" w14:textId="77777777" w:rsidR="002428BA" w:rsidRPr="007C7D82" w:rsidRDefault="002428BA" w:rsidP="00C90C02">
            <w:pPr>
              <w:rPr>
                <w:rFonts w:ascii="Cambria" w:hAnsi="Cambria"/>
                <w:sz w:val="20"/>
                <w:szCs w:val="20"/>
              </w:rPr>
            </w:pPr>
          </w:p>
        </w:tc>
      </w:tr>
      <w:tr w:rsidR="002428BA" w:rsidRPr="007C7D82" w14:paraId="61519794" w14:textId="77777777" w:rsidTr="002428BA">
        <w:trPr>
          <w:trHeight w:hRule="exact" w:val="288"/>
          <w:jc w:val="center"/>
        </w:trPr>
        <w:tc>
          <w:tcPr>
            <w:tcW w:w="7473" w:type="dxa"/>
            <w:gridSpan w:val="5"/>
            <w:tcBorders>
              <w:top w:val="single" w:sz="4" w:space="0" w:color="auto"/>
              <w:left w:val="single" w:sz="4" w:space="0" w:color="auto"/>
              <w:bottom w:val="single" w:sz="4" w:space="0" w:color="auto"/>
            </w:tcBorders>
            <w:shd w:val="clear" w:color="auto" w:fill="FFFFFF"/>
          </w:tcPr>
          <w:p w14:paraId="38016483" w14:textId="77777777" w:rsidR="002428BA" w:rsidRPr="007C7D82" w:rsidRDefault="002428BA" w:rsidP="00C90C02">
            <w:pPr>
              <w:pStyle w:val="Other0"/>
              <w:spacing w:after="0" w:line="276" w:lineRule="auto"/>
              <w:jc w:val="right"/>
            </w:pPr>
            <w:r w:rsidRPr="007C7D82">
              <w:rPr>
                <w:rFonts w:eastAsia="Arial" w:cs="Arial"/>
                <w:i/>
                <w:iCs/>
              </w:rPr>
              <w:t>TOTAL VALOARE OFERTĂ (LEI cu TVA)</w:t>
            </w:r>
          </w:p>
        </w:tc>
        <w:tc>
          <w:tcPr>
            <w:tcW w:w="2728" w:type="dxa"/>
            <w:gridSpan w:val="2"/>
            <w:tcBorders>
              <w:top w:val="single" w:sz="4" w:space="0" w:color="auto"/>
              <w:left w:val="single" w:sz="4" w:space="0" w:color="auto"/>
              <w:bottom w:val="single" w:sz="4" w:space="0" w:color="auto"/>
              <w:right w:val="single" w:sz="4" w:space="0" w:color="auto"/>
            </w:tcBorders>
            <w:shd w:val="clear" w:color="auto" w:fill="FFFFFF"/>
          </w:tcPr>
          <w:p w14:paraId="2879BCED" w14:textId="77777777" w:rsidR="002428BA" w:rsidRPr="007C7D82" w:rsidRDefault="002428BA" w:rsidP="00C90C02">
            <w:pPr>
              <w:rPr>
                <w:rFonts w:ascii="Cambria" w:hAnsi="Cambria"/>
                <w:sz w:val="20"/>
                <w:szCs w:val="20"/>
              </w:rPr>
            </w:pPr>
          </w:p>
        </w:tc>
      </w:tr>
    </w:tbl>
    <w:p w14:paraId="1230ED8C" w14:textId="77777777" w:rsidR="002428BA" w:rsidRPr="007C7D82" w:rsidRDefault="002428BA" w:rsidP="002428BA">
      <w:pPr>
        <w:rPr>
          <w:rFonts w:ascii="Cambria" w:hAnsi="Cambria"/>
          <w:sz w:val="20"/>
          <w:szCs w:val="20"/>
        </w:rPr>
      </w:pPr>
    </w:p>
    <w:p w14:paraId="7A15D318" w14:textId="77777777" w:rsidR="002428BA" w:rsidRPr="007C7D82" w:rsidRDefault="002428BA" w:rsidP="002428BA">
      <w:pPr>
        <w:pStyle w:val="Corptext"/>
        <w:spacing w:after="0"/>
        <w:ind w:left="180"/>
      </w:pPr>
      <w:r w:rsidRPr="007C7D82">
        <w:rPr>
          <w:rFonts w:eastAsia="Arial" w:cs="Arial"/>
          <w:b/>
          <w:bCs/>
          <w:i/>
          <w:iCs/>
        </w:rPr>
        <w:t xml:space="preserve">NOTA: </w:t>
      </w:r>
      <w:r w:rsidRPr="007C7D82">
        <w:rPr>
          <w:i/>
          <w:iCs/>
        </w:rPr>
        <w:t xml:space="preserve">Se </w:t>
      </w:r>
      <w:proofErr w:type="spellStart"/>
      <w:r w:rsidRPr="007C7D82">
        <w:rPr>
          <w:i/>
          <w:iCs/>
        </w:rPr>
        <w:t>impune</w:t>
      </w:r>
      <w:proofErr w:type="spellEnd"/>
      <w:r w:rsidRPr="007C7D82">
        <w:rPr>
          <w:i/>
          <w:iCs/>
        </w:rPr>
        <w:t xml:space="preserve"> ca </w:t>
      </w:r>
      <w:proofErr w:type="spellStart"/>
      <w:r w:rsidRPr="007C7D82">
        <w:rPr>
          <w:i/>
          <w:iCs/>
        </w:rPr>
        <w:t>valorile</w:t>
      </w:r>
      <w:proofErr w:type="spellEnd"/>
      <w:r w:rsidRPr="007C7D82">
        <w:rPr>
          <w:i/>
          <w:iCs/>
        </w:rPr>
        <w:t xml:space="preserve"> </w:t>
      </w:r>
      <w:proofErr w:type="spellStart"/>
      <w:r w:rsidRPr="007C7D82">
        <w:rPr>
          <w:i/>
          <w:iCs/>
        </w:rPr>
        <w:t>ofertate</w:t>
      </w:r>
      <w:proofErr w:type="spellEnd"/>
      <w:r w:rsidRPr="007C7D82">
        <w:rPr>
          <w:i/>
          <w:iCs/>
        </w:rPr>
        <w:t>/</w:t>
      </w:r>
      <w:proofErr w:type="spellStart"/>
      <w:r w:rsidRPr="007C7D82">
        <w:rPr>
          <w:i/>
          <w:iCs/>
        </w:rPr>
        <w:t>fiecare</w:t>
      </w:r>
      <w:proofErr w:type="spellEnd"/>
      <w:r w:rsidRPr="007C7D82">
        <w:rPr>
          <w:i/>
          <w:iCs/>
        </w:rPr>
        <w:t xml:space="preserve"> </w:t>
      </w:r>
      <w:proofErr w:type="spellStart"/>
      <w:r w:rsidRPr="007C7D82">
        <w:rPr>
          <w:i/>
          <w:iCs/>
        </w:rPr>
        <w:t>produs</w:t>
      </w:r>
      <w:proofErr w:type="spellEnd"/>
      <w:r w:rsidRPr="007C7D82">
        <w:rPr>
          <w:i/>
          <w:iCs/>
        </w:rPr>
        <w:t xml:space="preserve">, </w:t>
      </w:r>
      <w:proofErr w:type="spellStart"/>
      <w:r w:rsidRPr="007C7D82">
        <w:rPr>
          <w:i/>
          <w:iCs/>
        </w:rPr>
        <w:t>sa</w:t>
      </w:r>
      <w:proofErr w:type="spellEnd"/>
      <w:r w:rsidRPr="007C7D82">
        <w:rPr>
          <w:i/>
          <w:iCs/>
        </w:rPr>
        <w:t xml:space="preserve"> nu </w:t>
      </w:r>
      <w:proofErr w:type="spellStart"/>
      <w:r w:rsidRPr="007C7D82">
        <w:rPr>
          <w:i/>
          <w:iCs/>
        </w:rPr>
        <w:t>depaseasca</w:t>
      </w:r>
      <w:proofErr w:type="spellEnd"/>
      <w:r w:rsidRPr="007C7D82">
        <w:rPr>
          <w:i/>
          <w:iCs/>
        </w:rPr>
        <w:t xml:space="preserve"> </w:t>
      </w:r>
      <w:proofErr w:type="spellStart"/>
      <w:r w:rsidRPr="007C7D82">
        <w:rPr>
          <w:i/>
          <w:iCs/>
        </w:rPr>
        <w:t>valorile</w:t>
      </w:r>
      <w:proofErr w:type="spellEnd"/>
      <w:r w:rsidRPr="007C7D82">
        <w:rPr>
          <w:i/>
          <w:iCs/>
        </w:rPr>
        <w:t xml:space="preserve"> estimate/</w:t>
      </w:r>
      <w:proofErr w:type="spellStart"/>
      <w:r w:rsidRPr="007C7D82">
        <w:rPr>
          <w:i/>
          <w:iCs/>
        </w:rPr>
        <w:t>fiecare</w:t>
      </w:r>
      <w:proofErr w:type="spellEnd"/>
      <w:r w:rsidRPr="007C7D82">
        <w:rPr>
          <w:i/>
          <w:iCs/>
        </w:rPr>
        <w:t xml:space="preserve"> </w:t>
      </w:r>
      <w:proofErr w:type="spellStart"/>
      <w:r w:rsidRPr="007C7D82">
        <w:rPr>
          <w:i/>
          <w:iCs/>
        </w:rPr>
        <w:t>produs</w:t>
      </w:r>
      <w:proofErr w:type="spellEnd"/>
      <w:r w:rsidRPr="007C7D82">
        <w:rPr>
          <w:i/>
          <w:iCs/>
        </w:rPr>
        <w:t xml:space="preserve"> </w:t>
      </w:r>
      <w:proofErr w:type="spellStart"/>
      <w:r w:rsidRPr="007C7D82">
        <w:rPr>
          <w:i/>
          <w:iCs/>
        </w:rPr>
        <w:t>regăsite</w:t>
      </w:r>
      <w:proofErr w:type="spellEnd"/>
      <w:r w:rsidRPr="007C7D82">
        <w:rPr>
          <w:i/>
          <w:iCs/>
        </w:rPr>
        <w:t xml:space="preserve"> in </w:t>
      </w:r>
      <w:proofErr w:type="spellStart"/>
      <w:r w:rsidRPr="007C7D82">
        <w:rPr>
          <w:i/>
          <w:iCs/>
        </w:rPr>
        <w:t>Caietul</w:t>
      </w:r>
      <w:proofErr w:type="spellEnd"/>
      <w:r w:rsidRPr="007C7D82">
        <w:rPr>
          <w:i/>
          <w:iCs/>
        </w:rPr>
        <w:t xml:space="preserve"> de </w:t>
      </w:r>
      <w:proofErr w:type="spellStart"/>
      <w:r w:rsidRPr="007C7D82">
        <w:rPr>
          <w:i/>
          <w:iCs/>
        </w:rPr>
        <w:t>Sarcini</w:t>
      </w:r>
      <w:proofErr w:type="spellEnd"/>
      <w:r w:rsidRPr="007C7D82">
        <w:rPr>
          <w:i/>
          <w:iCs/>
        </w:rPr>
        <w:t>.</w:t>
      </w:r>
    </w:p>
    <w:p w14:paraId="32504B9C" w14:textId="77777777" w:rsidR="002428BA" w:rsidRDefault="002428BA" w:rsidP="002428BA">
      <w:pPr>
        <w:pStyle w:val="Corptext"/>
        <w:spacing w:after="0"/>
        <w:ind w:left="260" w:firstLine="20"/>
        <w:rPr>
          <w:i/>
          <w:iCs/>
        </w:rPr>
      </w:pPr>
      <w:r w:rsidRPr="007C7D82">
        <w:rPr>
          <w:rFonts w:ascii="Segoe UI Symbol" w:eastAsia="SimSun" w:hAnsi="Segoe UI Symbol" w:cs="Segoe UI Symbol"/>
          <w:i/>
          <w:iCs/>
        </w:rPr>
        <w:t>★</w:t>
      </w:r>
      <w:proofErr w:type="spellStart"/>
      <w:r w:rsidRPr="007C7D82">
        <w:rPr>
          <w:i/>
          <w:iCs/>
        </w:rPr>
        <w:t>preturile</w:t>
      </w:r>
      <w:proofErr w:type="spellEnd"/>
      <w:r w:rsidRPr="007C7D82">
        <w:rPr>
          <w:i/>
          <w:iCs/>
        </w:rPr>
        <w:t xml:space="preserve"> </w:t>
      </w:r>
      <w:proofErr w:type="spellStart"/>
      <w:r w:rsidRPr="007C7D82">
        <w:rPr>
          <w:i/>
          <w:iCs/>
        </w:rPr>
        <w:t>ofertate</w:t>
      </w:r>
      <w:proofErr w:type="spellEnd"/>
      <w:r w:rsidRPr="007C7D82">
        <w:rPr>
          <w:i/>
          <w:iCs/>
        </w:rPr>
        <w:t xml:space="preserve"> </w:t>
      </w:r>
      <w:proofErr w:type="spellStart"/>
      <w:r w:rsidRPr="007C7D82">
        <w:rPr>
          <w:i/>
          <w:iCs/>
        </w:rPr>
        <w:t>vor</w:t>
      </w:r>
      <w:proofErr w:type="spellEnd"/>
      <w:r w:rsidRPr="007C7D82">
        <w:rPr>
          <w:i/>
          <w:iCs/>
        </w:rPr>
        <w:t xml:space="preserve"> </w:t>
      </w:r>
      <w:proofErr w:type="spellStart"/>
      <w:r w:rsidRPr="007C7D82">
        <w:rPr>
          <w:i/>
          <w:iCs/>
        </w:rPr>
        <w:t>conține</w:t>
      </w:r>
      <w:proofErr w:type="spellEnd"/>
      <w:r w:rsidRPr="007C7D82">
        <w:rPr>
          <w:i/>
          <w:iCs/>
        </w:rPr>
        <w:t xml:space="preserve"> </w:t>
      </w:r>
      <w:proofErr w:type="spellStart"/>
      <w:r w:rsidRPr="007C7D82">
        <w:rPr>
          <w:i/>
          <w:iCs/>
        </w:rPr>
        <w:t>toate</w:t>
      </w:r>
      <w:proofErr w:type="spellEnd"/>
      <w:r w:rsidRPr="007C7D82">
        <w:rPr>
          <w:i/>
          <w:iCs/>
        </w:rPr>
        <w:t xml:space="preserve"> </w:t>
      </w:r>
      <w:proofErr w:type="spellStart"/>
      <w:r w:rsidRPr="007C7D82">
        <w:rPr>
          <w:i/>
          <w:iCs/>
        </w:rPr>
        <w:t>serviciile</w:t>
      </w:r>
      <w:proofErr w:type="spellEnd"/>
      <w:r w:rsidRPr="007C7D82">
        <w:rPr>
          <w:i/>
          <w:iCs/>
        </w:rPr>
        <w:t xml:space="preserve"> </w:t>
      </w:r>
      <w:proofErr w:type="spellStart"/>
      <w:r w:rsidRPr="007C7D82">
        <w:rPr>
          <w:i/>
          <w:iCs/>
        </w:rPr>
        <w:t>conexe</w:t>
      </w:r>
      <w:proofErr w:type="spellEnd"/>
      <w:r w:rsidRPr="007C7D82">
        <w:rPr>
          <w:i/>
          <w:iCs/>
        </w:rPr>
        <w:t xml:space="preserve"> (transport, </w:t>
      </w:r>
      <w:proofErr w:type="spellStart"/>
      <w:r w:rsidRPr="007C7D82">
        <w:rPr>
          <w:i/>
          <w:iCs/>
        </w:rPr>
        <w:t>montare</w:t>
      </w:r>
      <w:proofErr w:type="spellEnd"/>
      <w:r w:rsidRPr="007C7D82">
        <w:rPr>
          <w:i/>
          <w:iCs/>
        </w:rPr>
        <w:t xml:space="preserve">, </w:t>
      </w:r>
      <w:proofErr w:type="spellStart"/>
      <w:r w:rsidRPr="007C7D82">
        <w:rPr>
          <w:i/>
          <w:iCs/>
        </w:rPr>
        <w:t>instalare</w:t>
      </w:r>
      <w:proofErr w:type="spellEnd"/>
      <w:r w:rsidRPr="007C7D82">
        <w:rPr>
          <w:i/>
          <w:iCs/>
        </w:rPr>
        <w:t xml:space="preserve">, </w:t>
      </w:r>
      <w:proofErr w:type="spellStart"/>
      <w:r w:rsidRPr="007C7D82">
        <w:rPr>
          <w:i/>
          <w:iCs/>
        </w:rPr>
        <w:t>punere</w:t>
      </w:r>
      <w:proofErr w:type="spellEnd"/>
      <w:r w:rsidRPr="007C7D82">
        <w:rPr>
          <w:i/>
          <w:iCs/>
        </w:rPr>
        <w:t xml:space="preserve"> in </w:t>
      </w:r>
      <w:proofErr w:type="spellStart"/>
      <w:r w:rsidRPr="007C7D82">
        <w:rPr>
          <w:i/>
          <w:iCs/>
        </w:rPr>
        <w:t>funcțiune</w:t>
      </w:r>
      <w:proofErr w:type="spellEnd"/>
      <w:r w:rsidRPr="007C7D82">
        <w:rPr>
          <w:i/>
          <w:iCs/>
        </w:rPr>
        <w:t xml:space="preserve">, </w:t>
      </w:r>
      <w:proofErr w:type="spellStart"/>
      <w:r w:rsidRPr="007C7D82">
        <w:rPr>
          <w:i/>
          <w:iCs/>
        </w:rPr>
        <w:t>instruire</w:t>
      </w:r>
      <w:proofErr w:type="spellEnd"/>
      <w:r w:rsidRPr="007C7D82">
        <w:rPr>
          <w:i/>
          <w:iCs/>
        </w:rPr>
        <w:t>, etc.)</w:t>
      </w:r>
    </w:p>
    <w:p w14:paraId="26045D28" w14:textId="77777777" w:rsidR="003C62B1" w:rsidRPr="007C7D82" w:rsidRDefault="003C62B1" w:rsidP="002428BA">
      <w:pPr>
        <w:pStyle w:val="Corptext"/>
        <w:spacing w:after="0"/>
        <w:ind w:left="260" w:firstLine="20"/>
      </w:pPr>
    </w:p>
    <w:p w14:paraId="4D717E4E" w14:textId="77777777" w:rsidR="002428BA" w:rsidRPr="007C7D82" w:rsidRDefault="002428BA" w:rsidP="002428BA">
      <w:pPr>
        <w:pStyle w:val="Corptext"/>
        <w:tabs>
          <w:tab w:val="left" w:leader="underscore" w:pos="1994"/>
          <w:tab w:val="left" w:leader="underscore" w:pos="2606"/>
          <w:tab w:val="left" w:leader="underscore" w:pos="3218"/>
        </w:tabs>
        <w:spacing w:after="0"/>
        <w:ind w:firstLine="1000"/>
      </w:pPr>
      <w:r w:rsidRPr="007C7D82">
        <w:t>Data</w:t>
      </w:r>
      <w:r w:rsidRPr="007C7D82">
        <w:tab/>
        <w:t>/</w:t>
      </w:r>
      <w:r w:rsidRPr="007C7D82">
        <w:tab/>
        <w:t>/</w:t>
      </w:r>
      <w:r w:rsidRPr="007C7D82">
        <w:tab/>
      </w:r>
    </w:p>
    <w:p w14:paraId="16075FFD" w14:textId="77777777" w:rsidR="002428BA" w:rsidRPr="007C7D82" w:rsidRDefault="002428BA" w:rsidP="002428BA">
      <w:pPr>
        <w:pStyle w:val="Corptext"/>
        <w:spacing w:after="0"/>
        <w:ind w:firstLine="260"/>
      </w:pPr>
      <w:r w:rsidRPr="007C7D82">
        <w:rPr>
          <w:i/>
          <w:iCs/>
        </w:rPr>
        <w:t>(</w:t>
      </w:r>
      <w:proofErr w:type="spellStart"/>
      <w:proofErr w:type="gramStart"/>
      <w:r w:rsidRPr="007C7D82">
        <w:rPr>
          <w:i/>
          <w:iCs/>
        </w:rPr>
        <w:t>nume</w:t>
      </w:r>
      <w:proofErr w:type="spellEnd"/>
      <w:proofErr w:type="gramEnd"/>
      <w:r w:rsidRPr="007C7D82">
        <w:rPr>
          <w:i/>
          <w:iCs/>
        </w:rPr>
        <w:t xml:space="preserve">, </w:t>
      </w:r>
      <w:proofErr w:type="spellStart"/>
      <w:r w:rsidRPr="007C7D82">
        <w:rPr>
          <w:i/>
          <w:iCs/>
        </w:rPr>
        <w:t>prenume</w:t>
      </w:r>
      <w:proofErr w:type="spellEnd"/>
      <w:r w:rsidRPr="007C7D82">
        <w:rPr>
          <w:i/>
          <w:iCs/>
        </w:rPr>
        <w:t xml:space="preserve"> </w:t>
      </w:r>
      <w:proofErr w:type="spellStart"/>
      <w:r w:rsidRPr="007C7D82">
        <w:rPr>
          <w:i/>
          <w:iCs/>
        </w:rPr>
        <w:t>și</w:t>
      </w:r>
      <w:proofErr w:type="spellEnd"/>
      <w:r w:rsidRPr="007C7D82">
        <w:rPr>
          <w:i/>
          <w:iCs/>
        </w:rPr>
        <w:t xml:space="preserve"> </w:t>
      </w:r>
      <w:proofErr w:type="spellStart"/>
      <w:r w:rsidRPr="007C7D82">
        <w:rPr>
          <w:i/>
          <w:iCs/>
        </w:rPr>
        <w:t>semnătură</w:t>
      </w:r>
      <w:proofErr w:type="spellEnd"/>
      <w:r w:rsidRPr="007C7D82">
        <w:rPr>
          <w:i/>
          <w:iCs/>
        </w:rPr>
        <w:t>},</w:t>
      </w:r>
    </w:p>
    <w:p w14:paraId="33FA24BC" w14:textId="77777777" w:rsidR="002428BA" w:rsidRPr="007C7D82" w:rsidRDefault="002428BA" w:rsidP="002428BA">
      <w:pPr>
        <w:pStyle w:val="Corptext"/>
        <w:spacing w:after="0"/>
        <w:ind w:left="1540"/>
      </w:pPr>
      <w:r w:rsidRPr="007C7D82">
        <w:rPr>
          <w:i/>
          <w:iCs/>
        </w:rPr>
        <w:t>L.S.</w:t>
      </w:r>
    </w:p>
    <w:p w14:paraId="1E600023" w14:textId="77777777" w:rsidR="002428BA" w:rsidRPr="007C7D82" w:rsidRDefault="002428BA" w:rsidP="002428BA">
      <w:pPr>
        <w:pStyle w:val="Corptext"/>
        <w:tabs>
          <w:tab w:val="left" w:leader="dot" w:pos="3759"/>
        </w:tabs>
        <w:spacing w:after="0"/>
        <w:ind w:firstLine="260"/>
      </w:pPr>
      <w:proofErr w:type="spellStart"/>
      <w:r w:rsidRPr="007C7D82">
        <w:t>în</w:t>
      </w:r>
      <w:proofErr w:type="spellEnd"/>
      <w:r w:rsidRPr="007C7D82">
        <w:t xml:space="preserve"> </w:t>
      </w:r>
      <w:proofErr w:type="spellStart"/>
      <w:r w:rsidRPr="007C7D82">
        <w:t>calitate</w:t>
      </w:r>
      <w:proofErr w:type="spellEnd"/>
      <w:r w:rsidRPr="007C7D82">
        <w:t xml:space="preserve"> de </w:t>
      </w:r>
      <w:r w:rsidRPr="007C7D82">
        <w:tab/>
        <w:t xml:space="preserve"> legal </w:t>
      </w:r>
      <w:proofErr w:type="spellStart"/>
      <w:r w:rsidRPr="007C7D82">
        <w:t>autorizat</w:t>
      </w:r>
      <w:proofErr w:type="spellEnd"/>
      <w:r w:rsidRPr="007C7D82">
        <w:t xml:space="preserve"> </w:t>
      </w:r>
      <w:proofErr w:type="spellStart"/>
      <w:r w:rsidRPr="007C7D82">
        <w:t>să</w:t>
      </w:r>
      <w:proofErr w:type="spellEnd"/>
      <w:r w:rsidRPr="007C7D82">
        <w:t xml:space="preserve"> </w:t>
      </w:r>
      <w:proofErr w:type="spellStart"/>
      <w:r w:rsidRPr="007C7D82">
        <w:t>semnez</w:t>
      </w:r>
      <w:proofErr w:type="spellEnd"/>
      <w:r w:rsidRPr="007C7D82">
        <w:t xml:space="preserve"> </w:t>
      </w:r>
      <w:proofErr w:type="spellStart"/>
      <w:r w:rsidRPr="007C7D82">
        <w:t>oferta</w:t>
      </w:r>
      <w:proofErr w:type="spellEnd"/>
      <w:r w:rsidRPr="007C7D82">
        <w:t xml:space="preserve"> </w:t>
      </w:r>
      <w:proofErr w:type="spellStart"/>
      <w:r w:rsidRPr="007C7D82">
        <w:t>pentru</w:t>
      </w:r>
      <w:proofErr w:type="spellEnd"/>
      <w:r w:rsidRPr="007C7D82">
        <w:t xml:space="preserve"> </w:t>
      </w:r>
      <w:proofErr w:type="spellStart"/>
      <w:r w:rsidRPr="007C7D82">
        <w:t>și</w:t>
      </w:r>
      <w:proofErr w:type="spellEnd"/>
      <w:r w:rsidRPr="007C7D82">
        <w:t xml:space="preserve"> </w:t>
      </w:r>
      <w:proofErr w:type="spellStart"/>
      <w:r w:rsidRPr="007C7D82">
        <w:t>în</w:t>
      </w:r>
      <w:proofErr w:type="spellEnd"/>
      <w:r w:rsidRPr="007C7D82">
        <w:t xml:space="preserve"> </w:t>
      </w:r>
      <w:proofErr w:type="spellStart"/>
      <w:r w:rsidRPr="007C7D82">
        <w:t>numele</w:t>
      </w:r>
      <w:proofErr w:type="spellEnd"/>
    </w:p>
    <w:p w14:paraId="208D45A0" w14:textId="02650F7E" w:rsidR="002428BA" w:rsidRDefault="002428BA" w:rsidP="002428BA">
      <w:pPr>
        <w:rPr>
          <w:i/>
          <w:iCs/>
        </w:rPr>
      </w:pPr>
      <w:r w:rsidRPr="007C7D82">
        <w:rPr>
          <w:i/>
          <w:iCs/>
        </w:rPr>
        <w:tab/>
        <w:t>(</w:t>
      </w:r>
      <w:proofErr w:type="spellStart"/>
      <w:r w:rsidRPr="007C7D82">
        <w:rPr>
          <w:i/>
          <w:iCs/>
        </w:rPr>
        <w:t>denumir</w:t>
      </w:r>
      <w:r>
        <w:rPr>
          <w:i/>
          <w:iCs/>
        </w:rPr>
        <w:t>ea</w:t>
      </w:r>
      <w:proofErr w:type="spellEnd"/>
      <w:r>
        <w:rPr>
          <w:i/>
          <w:iCs/>
        </w:rPr>
        <w:t>/</w:t>
      </w:r>
      <w:proofErr w:type="spellStart"/>
      <w:r>
        <w:rPr>
          <w:i/>
          <w:iCs/>
        </w:rPr>
        <w:t>numele</w:t>
      </w:r>
      <w:proofErr w:type="spellEnd"/>
      <w:r>
        <w:rPr>
          <w:i/>
          <w:iCs/>
        </w:rPr>
        <w:tab/>
      </w:r>
      <w:proofErr w:type="spellStart"/>
      <w:r>
        <w:rPr>
          <w:i/>
          <w:iCs/>
        </w:rPr>
        <w:t>operatorului</w:t>
      </w:r>
      <w:proofErr w:type="spellEnd"/>
      <w:r>
        <w:rPr>
          <w:i/>
          <w:iCs/>
        </w:rPr>
        <w:t xml:space="preserve"> economic)</w:t>
      </w:r>
    </w:p>
    <w:p w14:paraId="7A101775" w14:textId="77777777" w:rsidR="002428BA" w:rsidRDefault="002428BA">
      <w:pPr>
        <w:rPr>
          <w:i/>
          <w:iCs/>
        </w:rPr>
      </w:pPr>
      <w:r>
        <w:rPr>
          <w:i/>
          <w:iCs/>
        </w:rPr>
        <w:br w:type="page"/>
      </w:r>
    </w:p>
    <w:p w14:paraId="5660D6AC" w14:textId="1F496C73" w:rsidR="002428BA" w:rsidRPr="000D1CCF" w:rsidRDefault="002428BA" w:rsidP="002428BA">
      <w:pPr>
        <w:jc w:val="both"/>
        <w:rPr>
          <w:rFonts w:ascii="Cambria" w:hAnsi="Cambria"/>
          <w:sz w:val="20"/>
          <w:szCs w:val="20"/>
        </w:rPr>
      </w:pPr>
      <w:r w:rsidRPr="000D1CCF">
        <w:rPr>
          <w:rFonts w:ascii="Cambria" w:hAnsi="Cambria"/>
          <w:sz w:val="20"/>
          <w:szCs w:val="20"/>
        </w:rPr>
        <w:lastRenderedPageBreak/>
        <w:t xml:space="preserve">OPERATOR </w:t>
      </w:r>
      <w:proofErr w:type="gramStart"/>
      <w:r w:rsidRPr="000D1CCF">
        <w:rPr>
          <w:rFonts w:ascii="Cambria" w:hAnsi="Cambria"/>
          <w:sz w:val="20"/>
          <w:szCs w:val="20"/>
        </w:rPr>
        <w:t xml:space="preserve">ECONOMIC  </w:t>
      </w:r>
      <w:r w:rsidR="003C62B1">
        <w:rPr>
          <w:rFonts w:ascii="Cambria" w:hAnsi="Cambria"/>
          <w:sz w:val="20"/>
          <w:szCs w:val="20"/>
        </w:rPr>
        <w:tab/>
      </w:r>
      <w:proofErr w:type="gramEnd"/>
      <w:r w:rsidR="003C62B1">
        <w:rPr>
          <w:rFonts w:ascii="Cambria" w:hAnsi="Cambria"/>
          <w:sz w:val="20"/>
          <w:szCs w:val="20"/>
        </w:rPr>
        <w:tab/>
      </w:r>
      <w:r w:rsidR="003C62B1">
        <w:rPr>
          <w:rFonts w:ascii="Cambria" w:hAnsi="Cambria"/>
          <w:sz w:val="20"/>
          <w:szCs w:val="20"/>
        </w:rPr>
        <w:tab/>
      </w:r>
      <w:r w:rsidR="003C62B1">
        <w:rPr>
          <w:rFonts w:ascii="Cambria" w:hAnsi="Cambria"/>
          <w:sz w:val="20"/>
          <w:szCs w:val="20"/>
        </w:rPr>
        <w:tab/>
      </w:r>
      <w:r w:rsidR="003C62B1">
        <w:rPr>
          <w:rFonts w:ascii="Cambria" w:hAnsi="Cambria"/>
          <w:sz w:val="20"/>
          <w:szCs w:val="20"/>
        </w:rPr>
        <w:tab/>
      </w:r>
      <w:r w:rsidR="003C62B1">
        <w:rPr>
          <w:rFonts w:ascii="Cambria" w:hAnsi="Cambria"/>
          <w:sz w:val="20"/>
          <w:szCs w:val="20"/>
        </w:rPr>
        <w:tab/>
      </w:r>
      <w:r w:rsidR="003C62B1">
        <w:rPr>
          <w:rFonts w:ascii="Cambria" w:hAnsi="Cambria"/>
          <w:sz w:val="20"/>
          <w:szCs w:val="20"/>
        </w:rPr>
        <w:tab/>
      </w:r>
      <w:r w:rsidR="003C62B1">
        <w:rPr>
          <w:rFonts w:ascii="Cambria" w:hAnsi="Cambria"/>
          <w:sz w:val="20"/>
          <w:szCs w:val="20"/>
        </w:rPr>
        <w:tab/>
      </w:r>
      <w:r w:rsidR="003C62B1">
        <w:rPr>
          <w:rFonts w:ascii="Cambria" w:hAnsi="Cambria"/>
          <w:sz w:val="20"/>
          <w:szCs w:val="20"/>
        </w:rPr>
        <w:tab/>
      </w:r>
      <w:r w:rsidR="003C62B1">
        <w:rPr>
          <w:rFonts w:ascii="Cambria" w:hAnsi="Cambria"/>
          <w:sz w:val="20"/>
          <w:szCs w:val="20"/>
        </w:rPr>
        <w:tab/>
      </w:r>
      <w:r w:rsidR="003C62B1" w:rsidRPr="000D1CCF">
        <w:rPr>
          <w:i/>
          <w:iCs/>
        </w:rPr>
        <w:t>Formular nr. 7</w:t>
      </w:r>
    </w:p>
    <w:p w14:paraId="2CA5764F" w14:textId="77777777" w:rsidR="002428BA" w:rsidRPr="000D1CCF" w:rsidRDefault="002428BA" w:rsidP="002428BA">
      <w:pPr>
        <w:jc w:val="both"/>
        <w:rPr>
          <w:rFonts w:ascii="Cambria" w:hAnsi="Cambria"/>
          <w:sz w:val="20"/>
          <w:szCs w:val="20"/>
        </w:rPr>
      </w:pPr>
      <w:r w:rsidRPr="000D1CCF">
        <w:rPr>
          <w:rFonts w:ascii="Cambria" w:hAnsi="Cambria"/>
          <w:sz w:val="20"/>
          <w:szCs w:val="20"/>
        </w:rPr>
        <w:t>.........................................</w:t>
      </w:r>
    </w:p>
    <w:p w14:paraId="62B88F49" w14:textId="77777777" w:rsidR="002428BA" w:rsidRPr="000D1CCF" w:rsidRDefault="002428BA" w:rsidP="002428BA">
      <w:pPr>
        <w:jc w:val="both"/>
        <w:rPr>
          <w:rFonts w:ascii="Cambria" w:hAnsi="Cambria"/>
          <w:i/>
          <w:sz w:val="20"/>
          <w:szCs w:val="20"/>
        </w:rPr>
      </w:pPr>
      <w:r w:rsidRPr="000D1CCF">
        <w:rPr>
          <w:rFonts w:ascii="Cambria" w:hAnsi="Cambria"/>
          <w:i/>
          <w:sz w:val="20"/>
          <w:szCs w:val="20"/>
        </w:rPr>
        <w:t>(</w:t>
      </w:r>
      <w:proofErr w:type="spellStart"/>
      <w:r w:rsidRPr="000D1CCF">
        <w:rPr>
          <w:rFonts w:ascii="Cambria" w:hAnsi="Cambria"/>
          <w:i/>
          <w:sz w:val="20"/>
          <w:szCs w:val="20"/>
        </w:rPr>
        <w:t>denumirea</w:t>
      </w:r>
      <w:proofErr w:type="spellEnd"/>
      <w:r w:rsidRPr="000D1CCF">
        <w:rPr>
          <w:rFonts w:ascii="Cambria" w:hAnsi="Cambria"/>
          <w:i/>
          <w:sz w:val="20"/>
          <w:szCs w:val="20"/>
        </w:rPr>
        <w:t>/</w:t>
      </w:r>
      <w:proofErr w:type="spellStart"/>
      <w:r w:rsidRPr="000D1CCF">
        <w:rPr>
          <w:rFonts w:ascii="Cambria" w:hAnsi="Cambria"/>
          <w:i/>
          <w:sz w:val="20"/>
          <w:szCs w:val="20"/>
        </w:rPr>
        <w:t>numele</w:t>
      </w:r>
      <w:proofErr w:type="spellEnd"/>
      <w:r w:rsidRPr="000D1CCF">
        <w:rPr>
          <w:rFonts w:ascii="Cambria" w:hAnsi="Cambria"/>
          <w:i/>
          <w:sz w:val="20"/>
          <w:szCs w:val="20"/>
        </w:rPr>
        <w:t xml:space="preserve">, adresa, număr </w:t>
      </w:r>
      <w:proofErr w:type="gramStart"/>
      <w:r w:rsidRPr="000D1CCF">
        <w:rPr>
          <w:rFonts w:ascii="Cambria" w:hAnsi="Cambria"/>
          <w:i/>
          <w:sz w:val="20"/>
          <w:szCs w:val="20"/>
        </w:rPr>
        <w:t>înregistrare,CUI</w:t>
      </w:r>
      <w:proofErr w:type="gramEnd"/>
      <w:r w:rsidRPr="000D1CCF">
        <w:rPr>
          <w:rFonts w:ascii="Cambria" w:hAnsi="Cambria"/>
          <w:i/>
          <w:sz w:val="20"/>
          <w:szCs w:val="20"/>
        </w:rPr>
        <w:t>,</w:t>
      </w:r>
      <w:proofErr w:type="gramStart"/>
      <w:r w:rsidRPr="000D1CCF">
        <w:rPr>
          <w:rFonts w:ascii="Cambria" w:hAnsi="Cambria"/>
          <w:i/>
          <w:sz w:val="20"/>
          <w:szCs w:val="20"/>
        </w:rPr>
        <w:t>telefon,fax</w:t>
      </w:r>
      <w:proofErr w:type="gramEnd"/>
      <w:r w:rsidRPr="000D1CCF">
        <w:rPr>
          <w:rFonts w:ascii="Cambria" w:hAnsi="Cambria"/>
          <w:i/>
          <w:sz w:val="20"/>
          <w:szCs w:val="20"/>
        </w:rPr>
        <w:t>)</w:t>
      </w:r>
    </w:p>
    <w:p w14:paraId="5D5DD483" w14:textId="26E93172" w:rsidR="002428BA" w:rsidRPr="000D1CCF" w:rsidRDefault="002428BA" w:rsidP="002428BA">
      <w:pPr>
        <w:pStyle w:val="Corptext"/>
        <w:tabs>
          <w:tab w:val="left" w:pos="3348"/>
        </w:tabs>
        <w:spacing w:before="320" w:after="0"/>
        <w:ind w:firstLine="300"/>
        <w:rPr>
          <w:i/>
          <w:iCs/>
        </w:rPr>
      </w:pPr>
      <w:r w:rsidRPr="000D1CCF">
        <w:rPr>
          <w:i/>
        </w:rPr>
        <w:t xml:space="preserve">                                                                                                                                                                             </w:t>
      </w:r>
      <w:r w:rsidRPr="000D1CCF">
        <w:rPr>
          <w:i/>
          <w:iCs/>
        </w:rPr>
        <w:t xml:space="preserve"> </w:t>
      </w:r>
    </w:p>
    <w:p w14:paraId="73AE7C21" w14:textId="77777777" w:rsidR="002428BA" w:rsidRPr="000D1CCF" w:rsidRDefault="002428BA" w:rsidP="002428BA">
      <w:pPr>
        <w:pStyle w:val="Corptext"/>
        <w:spacing w:after="0"/>
        <w:jc w:val="center"/>
      </w:pPr>
      <w:r w:rsidRPr="000D1CCF">
        <w:rPr>
          <w:b/>
          <w:bCs/>
        </w:rPr>
        <w:t>OFERTĂ</w:t>
      </w:r>
    </w:p>
    <w:p w14:paraId="07DCF654" w14:textId="77777777" w:rsidR="002428BA" w:rsidRPr="000D1CCF" w:rsidRDefault="002428BA" w:rsidP="002428BA">
      <w:pPr>
        <w:pStyle w:val="Corptext"/>
        <w:spacing w:after="0"/>
        <w:jc w:val="center"/>
      </w:pPr>
      <w:proofErr w:type="spellStart"/>
      <w:r w:rsidRPr="000D1CCF">
        <w:rPr>
          <w:b/>
          <w:bCs/>
        </w:rPr>
        <w:t>Descrierea</w:t>
      </w:r>
      <w:proofErr w:type="spellEnd"/>
      <w:r w:rsidRPr="000D1CCF">
        <w:rPr>
          <w:b/>
          <w:bCs/>
        </w:rPr>
        <w:t xml:space="preserve"> </w:t>
      </w:r>
      <w:proofErr w:type="spellStart"/>
      <w:r w:rsidRPr="000D1CCF">
        <w:rPr>
          <w:b/>
          <w:bCs/>
        </w:rPr>
        <w:t>tehnica</w:t>
      </w:r>
      <w:proofErr w:type="spellEnd"/>
      <w:r w:rsidRPr="000D1CCF">
        <w:rPr>
          <w:b/>
          <w:bCs/>
        </w:rPr>
        <w:t xml:space="preserve"> a </w:t>
      </w:r>
      <w:proofErr w:type="spellStart"/>
      <w:r w:rsidRPr="000D1CCF">
        <w:rPr>
          <w:b/>
          <w:bCs/>
        </w:rPr>
        <w:t>produselor</w:t>
      </w:r>
      <w:proofErr w:type="spellEnd"/>
    </w:p>
    <w:p w14:paraId="2FA2D311" w14:textId="77777777" w:rsidR="003C62B1" w:rsidRDefault="002428BA" w:rsidP="003C62B1">
      <w:pPr>
        <w:pStyle w:val="Corptext"/>
        <w:tabs>
          <w:tab w:val="left" w:pos="4644"/>
          <w:tab w:val="left" w:leader="dot" w:pos="4824"/>
        </w:tabs>
        <w:spacing w:after="0"/>
        <w:jc w:val="center"/>
      </w:pPr>
      <w:proofErr w:type="spellStart"/>
      <w:r w:rsidRPr="000D1CCF">
        <w:t>Către</w:t>
      </w:r>
      <w:proofErr w:type="spellEnd"/>
      <w:r w:rsidR="003C62B1">
        <w:t>,</w:t>
      </w:r>
    </w:p>
    <w:p w14:paraId="42E29D34" w14:textId="6BF46C16" w:rsidR="002428BA" w:rsidRPr="003C62B1" w:rsidRDefault="003C62B1" w:rsidP="003C62B1">
      <w:pPr>
        <w:pStyle w:val="Corptext"/>
        <w:tabs>
          <w:tab w:val="left" w:pos="4644"/>
          <w:tab w:val="left" w:leader="dot" w:pos="4824"/>
        </w:tabs>
        <w:spacing w:after="0"/>
        <w:jc w:val="center"/>
        <w:rPr>
          <w:b/>
        </w:rPr>
      </w:pPr>
      <w:r w:rsidRPr="003C62B1">
        <w:rPr>
          <w:b/>
        </w:rPr>
        <w:t>COMUNA FĂLCIU, JUDEȚUL VASLUI</w:t>
      </w:r>
    </w:p>
    <w:p w14:paraId="0AB59F92" w14:textId="77777777" w:rsidR="002428BA" w:rsidRPr="000D1CCF" w:rsidRDefault="002428BA" w:rsidP="002428BA">
      <w:pPr>
        <w:pStyle w:val="Corptext"/>
        <w:spacing w:after="0"/>
        <w:jc w:val="center"/>
      </w:pPr>
      <w:r w:rsidRPr="000D1CCF">
        <w:t>(</w:t>
      </w:r>
      <w:proofErr w:type="spellStart"/>
      <w:r w:rsidRPr="000D1CCF">
        <w:t>denumirea</w:t>
      </w:r>
      <w:proofErr w:type="spellEnd"/>
      <w:r w:rsidRPr="000D1CCF">
        <w:t xml:space="preserve"> </w:t>
      </w:r>
      <w:proofErr w:type="spellStart"/>
      <w:r w:rsidRPr="000D1CCF">
        <w:t>autorității</w:t>
      </w:r>
      <w:proofErr w:type="spellEnd"/>
      <w:r w:rsidRPr="000D1CCF">
        <w:t xml:space="preserve"> </w:t>
      </w:r>
      <w:proofErr w:type="spellStart"/>
      <w:r w:rsidRPr="000D1CCF">
        <w:t>contractante</w:t>
      </w:r>
      <w:proofErr w:type="spellEnd"/>
      <w:r w:rsidRPr="000D1CCF">
        <w:t xml:space="preserve"> </w:t>
      </w:r>
      <w:proofErr w:type="spellStart"/>
      <w:r w:rsidRPr="000D1CCF">
        <w:t>și</w:t>
      </w:r>
      <w:proofErr w:type="spellEnd"/>
      <w:r w:rsidRPr="000D1CCF">
        <w:t xml:space="preserve"> </w:t>
      </w:r>
      <w:proofErr w:type="spellStart"/>
      <w:r w:rsidRPr="000D1CCF">
        <w:t>adresa</w:t>
      </w:r>
      <w:proofErr w:type="spellEnd"/>
      <w:r w:rsidRPr="000D1CCF">
        <w:t xml:space="preserve"> </w:t>
      </w:r>
      <w:proofErr w:type="spellStart"/>
      <w:r w:rsidRPr="000D1CCF">
        <w:t>completă</w:t>
      </w:r>
      <w:proofErr w:type="spellEnd"/>
      <w:r w:rsidRPr="000D1CCF">
        <w:t>)</w:t>
      </w:r>
    </w:p>
    <w:p w14:paraId="3B45D65D" w14:textId="08DB824E" w:rsidR="002428BA" w:rsidRPr="000D1CCF" w:rsidRDefault="002428BA" w:rsidP="003C62B1">
      <w:pPr>
        <w:pStyle w:val="Corptext"/>
        <w:tabs>
          <w:tab w:val="left" w:leader="dot" w:pos="9142"/>
        </w:tabs>
        <w:spacing w:after="0"/>
        <w:ind w:left="300" w:firstLine="20"/>
      </w:pPr>
      <w:proofErr w:type="spellStart"/>
      <w:r w:rsidRPr="000D1CCF">
        <w:t>Examinând</w:t>
      </w:r>
      <w:proofErr w:type="spellEnd"/>
      <w:r w:rsidRPr="000D1CCF">
        <w:t xml:space="preserve"> </w:t>
      </w:r>
      <w:proofErr w:type="spellStart"/>
      <w:r w:rsidRPr="000D1CCF">
        <w:t>documentația</w:t>
      </w:r>
      <w:proofErr w:type="spellEnd"/>
      <w:r w:rsidRPr="000D1CCF">
        <w:t xml:space="preserve"> de </w:t>
      </w:r>
      <w:proofErr w:type="spellStart"/>
      <w:r w:rsidRPr="000D1CCF">
        <w:t>atribuire</w:t>
      </w:r>
      <w:proofErr w:type="spellEnd"/>
      <w:r w:rsidRPr="000D1CCF">
        <w:t xml:space="preserve">, </w:t>
      </w:r>
      <w:proofErr w:type="spellStart"/>
      <w:r w:rsidRPr="000D1CCF">
        <w:t>subsemnații</w:t>
      </w:r>
      <w:proofErr w:type="spellEnd"/>
      <w:r w:rsidRPr="000D1CCF">
        <w:t xml:space="preserve">, </w:t>
      </w:r>
      <w:proofErr w:type="spellStart"/>
      <w:r w:rsidRPr="000D1CCF">
        <w:t>reprezentanți</w:t>
      </w:r>
      <w:proofErr w:type="spellEnd"/>
      <w:r w:rsidRPr="000D1CCF">
        <w:t xml:space="preserve"> ai </w:t>
      </w:r>
      <w:proofErr w:type="spellStart"/>
      <w:r w:rsidRPr="000D1CCF">
        <w:t>ofertantului</w:t>
      </w:r>
      <w:proofErr w:type="spellEnd"/>
      <w:r w:rsidRPr="000D1CCF">
        <w:t xml:space="preserve"> </w:t>
      </w:r>
      <w:r w:rsidR="00163FD5">
        <w:t>………………</w:t>
      </w:r>
      <w:proofErr w:type="gramStart"/>
      <w:r w:rsidR="00163FD5">
        <w:t>….</w:t>
      </w:r>
      <w:r w:rsidRPr="000D1CCF">
        <w:t>(</w:t>
      </w:r>
      <w:proofErr w:type="spellStart"/>
      <w:proofErr w:type="gramEnd"/>
      <w:r w:rsidRPr="00163FD5">
        <w:rPr>
          <w:i/>
          <w:iCs/>
        </w:rPr>
        <w:t>den</w:t>
      </w:r>
      <w:r w:rsidR="00163FD5" w:rsidRPr="00163FD5">
        <w:rPr>
          <w:i/>
          <w:iCs/>
        </w:rPr>
        <w:t>umire</w:t>
      </w:r>
      <w:proofErr w:type="spellEnd"/>
      <w:r w:rsidRPr="000D1CCF">
        <w:t xml:space="preserve"> </w:t>
      </w:r>
      <w:proofErr w:type="spellStart"/>
      <w:r w:rsidRPr="000D1CCF">
        <w:rPr>
          <w:i/>
          <w:iCs/>
        </w:rPr>
        <w:t>ofertantului</w:t>
      </w:r>
      <w:proofErr w:type="spellEnd"/>
      <w:r w:rsidRPr="000D1CCF">
        <w:rPr>
          <w:i/>
          <w:iCs/>
        </w:rPr>
        <w:t>)</w:t>
      </w:r>
      <w:r w:rsidRPr="000D1CCF">
        <w:t xml:space="preserve"> ne </w:t>
      </w:r>
      <w:proofErr w:type="spellStart"/>
      <w:r w:rsidRPr="000D1CCF">
        <w:t>oferim</w:t>
      </w:r>
      <w:proofErr w:type="spellEnd"/>
      <w:r w:rsidRPr="000D1CCF">
        <w:t xml:space="preserve"> ca, </w:t>
      </w:r>
      <w:proofErr w:type="spellStart"/>
      <w:r w:rsidRPr="000D1CCF">
        <w:t>în</w:t>
      </w:r>
      <w:proofErr w:type="spellEnd"/>
      <w:r w:rsidRPr="000D1CCF">
        <w:t xml:space="preserve"> </w:t>
      </w:r>
      <w:proofErr w:type="spellStart"/>
      <w:r w:rsidRPr="000D1CCF">
        <w:t>conformitate</w:t>
      </w:r>
      <w:proofErr w:type="spellEnd"/>
      <w:r w:rsidRPr="000D1CCF">
        <w:t xml:space="preserve"> cu </w:t>
      </w:r>
      <w:proofErr w:type="spellStart"/>
      <w:r w:rsidRPr="000D1CCF">
        <w:t>prevederile</w:t>
      </w:r>
      <w:proofErr w:type="spellEnd"/>
      <w:r w:rsidRPr="000D1CCF">
        <w:t xml:space="preserve"> </w:t>
      </w:r>
      <w:proofErr w:type="spellStart"/>
      <w:r w:rsidRPr="000D1CCF">
        <w:t>caietului</w:t>
      </w:r>
      <w:proofErr w:type="spellEnd"/>
      <w:r w:rsidRPr="000D1CCF">
        <w:t xml:space="preserve"> de </w:t>
      </w:r>
      <w:proofErr w:type="spellStart"/>
      <w:r w:rsidRPr="000D1CCF">
        <w:t>sarcini</w:t>
      </w:r>
      <w:proofErr w:type="spellEnd"/>
      <w:r w:rsidRPr="000D1CCF">
        <w:t xml:space="preserve"> </w:t>
      </w:r>
      <w:proofErr w:type="spellStart"/>
      <w:r w:rsidRPr="000D1CCF">
        <w:t>sa</w:t>
      </w:r>
      <w:proofErr w:type="spellEnd"/>
      <w:r w:rsidRPr="000D1CCF">
        <w:t xml:space="preserve"> </w:t>
      </w:r>
      <w:proofErr w:type="spellStart"/>
      <w:r w:rsidRPr="000D1CCF">
        <w:t>livram</w:t>
      </w:r>
      <w:proofErr w:type="spellEnd"/>
      <w:r w:rsidR="003C62B1">
        <w:t xml:space="preserve"> </w:t>
      </w:r>
      <w:proofErr w:type="spellStart"/>
      <w:r w:rsidR="003C62B1" w:rsidRPr="003C62B1">
        <w:rPr>
          <w:b/>
        </w:rPr>
        <w:t>îmbracaminte</w:t>
      </w:r>
      <w:proofErr w:type="spellEnd"/>
      <w:r w:rsidR="003C62B1" w:rsidRPr="003C62B1">
        <w:rPr>
          <w:b/>
        </w:rPr>
        <w:t xml:space="preserve">, </w:t>
      </w:r>
      <w:proofErr w:type="spellStart"/>
      <w:r w:rsidR="003C62B1" w:rsidRPr="003C62B1">
        <w:rPr>
          <w:b/>
        </w:rPr>
        <w:t>încălțăminte</w:t>
      </w:r>
      <w:proofErr w:type="spellEnd"/>
      <w:r w:rsidR="003C62B1" w:rsidRPr="003C62B1">
        <w:rPr>
          <w:b/>
        </w:rPr>
        <w:t xml:space="preserve"> </w:t>
      </w:r>
      <w:proofErr w:type="spellStart"/>
      <w:r w:rsidR="003C62B1" w:rsidRPr="003C62B1">
        <w:rPr>
          <w:b/>
        </w:rPr>
        <w:t>si</w:t>
      </w:r>
      <w:proofErr w:type="spellEnd"/>
      <w:r w:rsidR="003C62B1" w:rsidRPr="003C62B1">
        <w:rPr>
          <w:b/>
        </w:rPr>
        <w:t xml:space="preserve"> </w:t>
      </w:r>
      <w:proofErr w:type="spellStart"/>
      <w:r w:rsidR="003C62B1" w:rsidRPr="003C62B1">
        <w:rPr>
          <w:b/>
        </w:rPr>
        <w:t>rechizite</w:t>
      </w:r>
      <w:proofErr w:type="spellEnd"/>
      <w:r w:rsidR="003C62B1" w:rsidRPr="003C62B1">
        <w:rPr>
          <w:b/>
        </w:rPr>
        <w:t xml:space="preserve"> </w:t>
      </w:r>
      <w:proofErr w:type="spellStart"/>
      <w:r w:rsidR="003C62B1" w:rsidRPr="003C62B1">
        <w:rPr>
          <w:b/>
        </w:rPr>
        <w:t>școlare</w:t>
      </w:r>
      <w:proofErr w:type="spellEnd"/>
      <w:r w:rsidR="003C62B1" w:rsidRPr="003C62B1">
        <w:rPr>
          <w:b/>
        </w:rPr>
        <w:t xml:space="preserve"> </w:t>
      </w:r>
      <w:r w:rsidRPr="000D1CCF">
        <w:rPr>
          <w:i/>
          <w:iCs/>
        </w:rPr>
        <w:t>(</w:t>
      </w:r>
      <w:proofErr w:type="spellStart"/>
      <w:r w:rsidRPr="000D1CCF">
        <w:rPr>
          <w:i/>
          <w:iCs/>
        </w:rPr>
        <w:t>denumirea</w:t>
      </w:r>
      <w:proofErr w:type="spellEnd"/>
      <w:r w:rsidR="003C62B1">
        <w:rPr>
          <w:i/>
          <w:iCs/>
        </w:rPr>
        <w:t xml:space="preserve"> </w:t>
      </w:r>
      <w:proofErr w:type="spellStart"/>
      <w:r w:rsidRPr="000D1CCF">
        <w:rPr>
          <w:i/>
          <w:iCs/>
        </w:rPr>
        <w:t>produsului</w:t>
      </w:r>
      <w:proofErr w:type="spellEnd"/>
      <w:r w:rsidRPr="000D1CCF">
        <w:rPr>
          <w:i/>
          <w:iCs/>
        </w:rPr>
        <w:t>)</w:t>
      </w:r>
      <w:r w:rsidRPr="000D1CCF">
        <w:t xml:space="preserve"> in </w:t>
      </w:r>
      <w:proofErr w:type="spellStart"/>
      <w:r w:rsidRPr="000D1CCF">
        <w:t>următoarele</w:t>
      </w:r>
      <w:proofErr w:type="spellEnd"/>
      <w:r w:rsidRPr="000D1CCF">
        <w:t xml:space="preserve"> </w:t>
      </w:r>
      <w:proofErr w:type="spellStart"/>
      <w:r w:rsidRPr="000D1CCF">
        <w:t>condiții</w:t>
      </w:r>
      <w:proofErr w:type="spellEnd"/>
      <w:r w:rsidRPr="000D1CCF">
        <w:t xml:space="preserve"> </w:t>
      </w:r>
      <w:proofErr w:type="spellStart"/>
      <w:r w:rsidRPr="000D1CCF">
        <w:t>tehnice</w:t>
      </w:r>
      <w:proofErr w:type="spellEnd"/>
      <w:r w:rsidRPr="000D1CCF">
        <w:t>:</w:t>
      </w:r>
    </w:p>
    <w:p w14:paraId="013D81EF" w14:textId="2F24D5B7" w:rsidR="002428BA" w:rsidRPr="000D1CCF" w:rsidRDefault="00B0431E" w:rsidP="00B0431E">
      <w:pPr>
        <w:pStyle w:val="Corptext"/>
        <w:tabs>
          <w:tab w:val="left" w:pos="4296"/>
          <w:tab w:val="left" w:leader="underscore" w:pos="6226"/>
        </w:tabs>
        <w:spacing w:after="0"/>
        <w:ind w:firstLine="300"/>
      </w:pPr>
      <w:proofErr w:type="spellStart"/>
      <w:r>
        <w:t>Procedura</w:t>
      </w:r>
      <w:proofErr w:type="spellEnd"/>
      <w:r>
        <w:t xml:space="preserve"> de </w:t>
      </w:r>
      <w:proofErr w:type="spellStart"/>
      <w:r>
        <w:t>achiziție</w:t>
      </w:r>
      <w:proofErr w:type="spellEnd"/>
      <w:r>
        <w:t xml:space="preserve">: </w:t>
      </w:r>
      <w:proofErr w:type="spellStart"/>
      <w:r w:rsidRPr="003C62B1">
        <w:rPr>
          <w:b/>
        </w:rPr>
        <w:t>Achizitie</w:t>
      </w:r>
      <w:proofErr w:type="spellEnd"/>
      <w:r w:rsidRPr="003C62B1">
        <w:rPr>
          <w:b/>
        </w:rPr>
        <w:t xml:space="preserve"> </w:t>
      </w:r>
      <w:proofErr w:type="spellStart"/>
      <w:r w:rsidRPr="003C62B1">
        <w:rPr>
          <w:b/>
        </w:rPr>
        <w:t>directa</w:t>
      </w:r>
      <w:proofErr w:type="spellEnd"/>
    </w:p>
    <w:p w14:paraId="2FAE60A0" w14:textId="4E80A3F8" w:rsidR="002428BA" w:rsidRPr="000D1CCF" w:rsidRDefault="002428BA" w:rsidP="00163FD5">
      <w:pPr>
        <w:pStyle w:val="Corptext"/>
        <w:spacing w:after="0"/>
        <w:ind w:left="284"/>
      </w:pPr>
      <w:proofErr w:type="spellStart"/>
      <w:r w:rsidRPr="000D1CCF">
        <w:t>Denumirea</w:t>
      </w:r>
      <w:proofErr w:type="spellEnd"/>
      <w:r w:rsidRPr="000D1CCF">
        <w:t xml:space="preserve"> </w:t>
      </w:r>
      <w:proofErr w:type="spellStart"/>
      <w:r w:rsidRPr="000D1CCF">
        <w:t>investiției</w:t>
      </w:r>
      <w:proofErr w:type="spellEnd"/>
      <w:proofErr w:type="gramStart"/>
      <w:r w:rsidR="00B0431E">
        <w:t>:</w:t>
      </w:r>
      <w:r w:rsidR="00B0431E" w:rsidRPr="00B0431E">
        <w:t xml:space="preserve"> ”</w:t>
      </w:r>
      <w:proofErr w:type="spellStart"/>
      <w:r w:rsidR="00B0431E" w:rsidRPr="003C62B1">
        <w:rPr>
          <w:b/>
        </w:rPr>
        <w:t>Furnizare</w:t>
      </w:r>
      <w:proofErr w:type="spellEnd"/>
      <w:proofErr w:type="gramEnd"/>
      <w:r w:rsidR="00B0431E" w:rsidRPr="003C62B1">
        <w:rPr>
          <w:b/>
        </w:rPr>
        <w:t xml:space="preserve"> de </w:t>
      </w:r>
      <w:proofErr w:type="spellStart"/>
      <w:r w:rsidR="00B0431E" w:rsidRPr="003C62B1">
        <w:rPr>
          <w:b/>
        </w:rPr>
        <w:t>servicii</w:t>
      </w:r>
      <w:proofErr w:type="spellEnd"/>
      <w:r w:rsidR="00B0431E" w:rsidRPr="003C62B1">
        <w:rPr>
          <w:b/>
        </w:rPr>
        <w:t xml:space="preserve"> integrate </w:t>
      </w:r>
      <w:proofErr w:type="spellStart"/>
      <w:r w:rsidR="00B0431E" w:rsidRPr="003C62B1">
        <w:rPr>
          <w:b/>
        </w:rPr>
        <w:t>în</w:t>
      </w:r>
      <w:proofErr w:type="spellEnd"/>
      <w:r w:rsidR="00B0431E" w:rsidRPr="003C62B1">
        <w:rPr>
          <w:b/>
        </w:rPr>
        <w:t xml:space="preserve"> </w:t>
      </w:r>
      <w:proofErr w:type="spellStart"/>
      <w:r w:rsidR="00B0431E" w:rsidRPr="003C62B1">
        <w:rPr>
          <w:b/>
        </w:rPr>
        <w:t>comunitățile</w:t>
      </w:r>
      <w:proofErr w:type="spellEnd"/>
      <w:r w:rsidR="00B0431E" w:rsidRPr="003C62B1">
        <w:rPr>
          <w:b/>
        </w:rPr>
        <w:t xml:space="preserve"> </w:t>
      </w:r>
      <w:proofErr w:type="spellStart"/>
      <w:r w:rsidR="00B0431E" w:rsidRPr="003C62B1">
        <w:rPr>
          <w:b/>
        </w:rPr>
        <w:t>rurale</w:t>
      </w:r>
      <w:proofErr w:type="spellEnd"/>
      <w:r w:rsidR="00B0431E" w:rsidRPr="003C62B1">
        <w:rPr>
          <w:b/>
        </w:rPr>
        <w:t xml:space="preserve"> - </w:t>
      </w:r>
      <w:proofErr w:type="spellStart"/>
      <w:r w:rsidR="00B0431E" w:rsidRPr="003C62B1">
        <w:rPr>
          <w:b/>
        </w:rPr>
        <w:t>facilitarea</w:t>
      </w:r>
      <w:proofErr w:type="spellEnd"/>
      <w:r w:rsidR="00B0431E" w:rsidRPr="003C62B1">
        <w:rPr>
          <w:b/>
        </w:rPr>
        <w:t xml:space="preserve"> </w:t>
      </w:r>
      <w:proofErr w:type="spellStart"/>
      <w:r w:rsidR="00B0431E" w:rsidRPr="003C62B1">
        <w:rPr>
          <w:b/>
        </w:rPr>
        <w:t>accesului</w:t>
      </w:r>
      <w:proofErr w:type="spellEnd"/>
      <w:r w:rsidR="00B0431E" w:rsidRPr="003C62B1">
        <w:rPr>
          <w:b/>
        </w:rPr>
        <w:t xml:space="preserve"> </w:t>
      </w:r>
      <w:proofErr w:type="spellStart"/>
      <w:r w:rsidR="00B0431E" w:rsidRPr="003C62B1">
        <w:rPr>
          <w:b/>
        </w:rPr>
        <w:t>persoanelor</w:t>
      </w:r>
      <w:proofErr w:type="spellEnd"/>
      <w:r w:rsidR="00B0431E" w:rsidRPr="003C62B1">
        <w:rPr>
          <w:b/>
        </w:rPr>
        <w:t xml:space="preserve"> </w:t>
      </w:r>
      <w:proofErr w:type="spellStart"/>
      <w:r w:rsidR="00B0431E" w:rsidRPr="003C62B1">
        <w:rPr>
          <w:b/>
        </w:rPr>
        <w:t>vulnerabile</w:t>
      </w:r>
      <w:proofErr w:type="spellEnd"/>
      <w:r w:rsidR="00B0431E" w:rsidRPr="003C62B1">
        <w:rPr>
          <w:b/>
        </w:rPr>
        <w:t xml:space="preserve"> la </w:t>
      </w:r>
      <w:proofErr w:type="spellStart"/>
      <w:r w:rsidR="00B0431E" w:rsidRPr="003C62B1">
        <w:rPr>
          <w:b/>
        </w:rPr>
        <w:t>servicii</w:t>
      </w:r>
      <w:proofErr w:type="spellEnd"/>
      <w:r w:rsidR="00B0431E" w:rsidRPr="003C62B1">
        <w:rPr>
          <w:b/>
        </w:rPr>
        <w:t xml:space="preserve"> de </w:t>
      </w:r>
      <w:proofErr w:type="spellStart"/>
      <w:r w:rsidR="00B0431E" w:rsidRPr="003C62B1">
        <w:rPr>
          <w:b/>
        </w:rPr>
        <w:t>bază</w:t>
      </w:r>
      <w:proofErr w:type="spellEnd"/>
      <w:r w:rsidR="00B0431E" w:rsidRPr="003C62B1">
        <w:rPr>
          <w:b/>
        </w:rPr>
        <w:t xml:space="preserve"> </w:t>
      </w:r>
      <w:proofErr w:type="spellStart"/>
      <w:r w:rsidR="00B0431E" w:rsidRPr="003C62B1">
        <w:rPr>
          <w:b/>
        </w:rPr>
        <w:t>eficiente</w:t>
      </w:r>
      <w:proofErr w:type="spellEnd"/>
      <w:r w:rsidR="00B0431E" w:rsidRPr="003C62B1">
        <w:rPr>
          <w:b/>
        </w:rPr>
        <w:t xml:space="preserve"> </w:t>
      </w:r>
      <w:proofErr w:type="spellStart"/>
      <w:r w:rsidR="00B0431E" w:rsidRPr="003C62B1">
        <w:rPr>
          <w:b/>
        </w:rPr>
        <w:t>și</w:t>
      </w:r>
      <w:proofErr w:type="spellEnd"/>
      <w:r w:rsidR="00B0431E" w:rsidRPr="003C62B1">
        <w:rPr>
          <w:b/>
        </w:rPr>
        <w:t xml:space="preserve"> de </w:t>
      </w:r>
      <w:proofErr w:type="spellStart"/>
      <w:r w:rsidR="00B0431E" w:rsidRPr="003C62B1">
        <w:rPr>
          <w:b/>
        </w:rPr>
        <w:t>calitate</w:t>
      </w:r>
      <w:proofErr w:type="spellEnd"/>
      <w:r w:rsidR="00B0431E" w:rsidRPr="00B0431E">
        <w:t>”</w:t>
      </w:r>
    </w:p>
    <w:p w14:paraId="4FBDB9CF" w14:textId="77777777" w:rsidR="002428BA" w:rsidRPr="000D1CCF" w:rsidRDefault="002428BA" w:rsidP="002428BA">
      <w:pPr>
        <w:pStyle w:val="Corptext"/>
        <w:spacing w:after="0"/>
        <w:ind w:firstLine="300"/>
      </w:pPr>
      <w:proofErr w:type="spellStart"/>
      <w:r w:rsidRPr="000D1CCF">
        <w:t>Descriere</w:t>
      </w:r>
      <w:proofErr w:type="spellEnd"/>
      <w:r w:rsidRPr="000D1CCF">
        <w:t xml:space="preserve"> </w:t>
      </w:r>
      <w:proofErr w:type="spellStart"/>
      <w:r w:rsidRPr="000D1CCF">
        <w:t>specificații</w:t>
      </w:r>
      <w:proofErr w:type="spellEnd"/>
      <w:r w:rsidRPr="000D1CCF">
        <w:t xml:space="preserve"> </w:t>
      </w:r>
      <w:proofErr w:type="spellStart"/>
      <w:r w:rsidRPr="000D1CCF">
        <w:t>tehnice</w:t>
      </w:r>
      <w:proofErr w:type="spellEnd"/>
      <w:r w:rsidRPr="000D1CCF">
        <w:t xml:space="preserve"> </w:t>
      </w:r>
      <w:proofErr w:type="spellStart"/>
      <w:r w:rsidRPr="000D1CCF">
        <w:t>produse</w:t>
      </w:r>
      <w:proofErr w:type="spellEnd"/>
      <w:r w:rsidRPr="000D1CCF">
        <w:t>:</w:t>
      </w:r>
    </w:p>
    <w:tbl>
      <w:tblPr>
        <w:tblStyle w:val="Tabelgril"/>
        <w:tblW w:w="0" w:type="auto"/>
        <w:tblInd w:w="180" w:type="dxa"/>
        <w:tblLayout w:type="fixed"/>
        <w:tblLook w:val="04A0" w:firstRow="1" w:lastRow="0" w:firstColumn="1" w:lastColumn="0" w:noHBand="0" w:noVBand="1"/>
      </w:tblPr>
      <w:tblGrid>
        <w:gridCol w:w="527"/>
        <w:gridCol w:w="2435"/>
        <w:gridCol w:w="2769"/>
        <w:gridCol w:w="2104"/>
        <w:gridCol w:w="727"/>
        <w:gridCol w:w="990"/>
      </w:tblGrid>
      <w:tr w:rsidR="00B0431E" w14:paraId="0EBA2E9E" w14:textId="77777777" w:rsidTr="00C90C02">
        <w:tc>
          <w:tcPr>
            <w:tcW w:w="527" w:type="dxa"/>
            <w:vAlign w:val="center"/>
          </w:tcPr>
          <w:p w14:paraId="3C8E1DD1" w14:textId="77777777" w:rsidR="00B0431E" w:rsidRDefault="00B0431E" w:rsidP="00C90C02">
            <w:pPr>
              <w:pStyle w:val="Tablecaption0"/>
              <w:spacing w:line="276" w:lineRule="auto"/>
              <w:rPr>
                <w:sz w:val="20"/>
                <w:szCs w:val="20"/>
              </w:rPr>
            </w:pPr>
            <w:r w:rsidRPr="000D1CCF">
              <w:t xml:space="preserve">Nr. </w:t>
            </w:r>
            <w:proofErr w:type="spellStart"/>
            <w:r w:rsidRPr="000D1CCF">
              <w:t>Crt</w:t>
            </w:r>
            <w:proofErr w:type="spellEnd"/>
            <w:r w:rsidRPr="000D1CCF">
              <w:t>.</w:t>
            </w:r>
          </w:p>
        </w:tc>
        <w:tc>
          <w:tcPr>
            <w:tcW w:w="2435" w:type="dxa"/>
            <w:vAlign w:val="center"/>
          </w:tcPr>
          <w:p w14:paraId="331AB464" w14:textId="77777777" w:rsidR="00B0431E" w:rsidRDefault="00B0431E" w:rsidP="00C90C02">
            <w:pPr>
              <w:pStyle w:val="Tablecaption0"/>
              <w:spacing w:line="276" w:lineRule="auto"/>
              <w:rPr>
                <w:sz w:val="20"/>
                <w:szCs w:val="20"/>
              </w:rPr>
            </w:pPr>
            <w:proofErr w:type="spellStart"/>
            <w:r w:rsidRPr="000D1CCF">
              <w:t>Denumirea</w:t>
            </w:r>
            <w:proofErr w:type="spellEnd"/>
            <w:r w:rsidRPr="000D1CCF">
              <w:t xml:space="preserve"> </w:t>
            </w:r>
            <w:proofErr w:type="spellStart"/>
            <w:r w:rsidRPr="000D1CCF">
              <w:t>produselor</w:t>
            </w:r>
            <w:proofErr w:type="spellEnd"/>
          </w:p>
        </w:tc>
        <w:tc>
          <w:tcPr>
            <w:tcW w:w="2769" w:type="dxa"/>
            <w:vAlign w:val="center"/>
          </w:tcPr>
          <w:p w14:paraId="381D1D50" w14:textId="62C6812C" w:rsidR="00B0431E" w:rsidRDefault="00B0431E" w:rsidP="00C90C02">
            <w:pPr>
              <w:pStyle w:val="Tablecaption0"/>
              <w:spacing w:line="276" w:lineRule="auto"/>
              <w:jc w:val="center"/>
              <w:rPr>
                <w:sz w:val="20"/>
                <w:szCs w:val="20"/>
              </w:rPr>
            </w:pPr>
            <w:proofErr w:type="spellStart"/>
            <w:r>
              <w:t>Specificații</w:t>
            </w:r>
            <w:proofErr w:type="spellEnd"/>
            <w:r>
              <w:t xml:space="preserve"> </w:t>
            </w:r>
            <w:proofErr w:type="spellStart"/>
            <w:r>
              <w:t>tehnice</w:t>
            </w:r>
            <w:proofErr w:type="spellEnd"/>
            <w:r>
              <w:t xml:space="preserve"> </w:t>
            </w:r>
            <w:proofErr w:type="spellStart"/>
            <w:r>
              <w:t>ofertate</w:t>
            </w:r>
            <w:proofErr w:type="spellEnd"/>
          </w:p>
        </w:tc>
        <w:tc>
          <w:tcPr>
            <w:tcW w:w="2104" w:type="dxa"/>
            <w:vAlign w:val="center"/>
          </w:tcPr>
          <w:p w14:paraId="4FFA526A" w14:textId="77777777" w:rsidR="00B0431E" w:rsidRDefault="00B0431E" w:rsidP="00C90C02">
            <w:pPr>
              <w:pStyle w:val="Tablecaption0"/>
              <w:spacing w:line="276" w:lineRule="auto"/>
              <w:rPr>
                <w:sz w:val="20"/>
                <w:szCs w:val="20"/>
              </w:rPr>
            </w:pPr>
            <w:proofErr w:type="spellStart"/>
            <w:r w:rsidRPr="000D1CCF">
              <w:t>Garanția</w:t>
            </w:r>
            <w:proofErr w:type="spellEnd"/>
            <w:r w:rsidRPr="000D1CCF">
              <w:t xml:space="preserve"> </w:t>
            </w:r>
            <w:proofErr w:type="spellStart"/>
            <w:r w:rsidRPr="000D1CCF">
              <w:t>produsului</w:t>
            </w:r>
            <w:proofErr w:type="spellEnd"/>
          </w:p>
        </w:tc>
        <w:tc>
          <w:tcPr>
            <w:tcW w:w="727" w:type="dxa"/>
            <w:vAlign w:val="center"/>
          </w:tcPr>
          <w:p w14:paraId="513889DE" w14:textId="77777777" w:rsidR="00B0431E" w:rsidRDefault="00B0431E" w:rsidP="00C90C02">
            <w:pPr>
              <w:pStyle w:val="Tablecaption0"/>
              <w:spacing w:line="276" w:lineRule="auto"/>
              <w:rPr>
                <w:sz w:val="20"/>
                <w:szCs w:val="20"/>
              </w:rPr>
            </w:pPr>
            <w:r w:rsidRPr="000D1CCF">
              <w:t>Cant</w:t>
            </w:r>
            <w:r>
              <w:t>.</w:t>
            </w:r>
          </w:p>
        </w:tc>
        <w:tc>
          <w:tcPr>
            <w:tcW w:w="990" w:type="dxa"/>
            <w:vAlign w:val="center"/>
          </w:tcPr>
          <w:p w14:paraId="010DEFEE" w14:textId="77777777" w:rsidR="00B0431E" w:rsidRDefault="00B0431E" w:rsidP="00C90C02">
            <w:pPr>
              <w:pStyle w:val="Tablecaption0"/>
              <w:spacing w:line="276" w:lineRule="auto"/>
              <w:rPr>
                <w:sz w:val="20"/>
                <w:szCs w:val="20"/>
              </w:rPr>
            </w:pPr>
            <w:r w:rsidRPr="000D1CCF">
              <w:t xml:space="preserve">Termen de </w:t>
            </w:r>
            <w:proofErr w:type="spellStart"/>
            <w:r w:rsidRPr="000D1CCF">
              <w:t>livrare</w:t>
            </w:r>
            <w:proofErr w:type="spellEnd"/>
          </w:p>
        </w:tc>
      </w:tr>
      <w:tr w:rsidR="00B0431E" w14:paraId="52761B04" w14:textId="77777777" w:rsidTr="00C90C02">
        <w:tc>
          <w:tcPr>
            <w:tcW w:w="527" w:type="dxa"/>
          </w:tcPr>
          <w:p w14:paraId="179B1CDF" w14:textId="77777777" w:rsidR="00B0431E" w:rsidRDefault="00B0431E" w:rsidP="00C90C02">
            <w:pPr>
              <w:pStyle w:val="Tablecaption0"/>
              <w:spacing w:line="276" w:lineRule="auto"/>
              <w:rPr>
                <w:sz w:val="20"/>
                <w:szCs w:val="20"/>
              </w:rPr>
            </w:pPr>
            <w:r>
              <w:rPr>
                <w:sz w:val="20"/>
                <w:szCs w:val="20"/>
              </w:rPr>
              <w:t>1</w:t>
            </w:r>
          </w:p>
        </w:tc>
        <w:tc>
          <w:tcPr>
            <w:tcW w:w="2435" w:type="dxa"/>
          </w:tcPr>
          <w:p w14:paraId="34AF6234" w14:textId="77777777" w:rsidR="00B0431E" w:rsidRDefault="00B0431E" w:rsidP="00C90C02">
            <w:pPr>
              <w:pStyle w:val="Tablecaption0"/>
              <w:spacing w:line="276" w:lineRule="auto"/>
              <w:rPr>
                <w:sz w:val="20"/>
                <w:szCs w:val="20"/>
              </w:rPr>
            </w:pPr>
          </w:p>
        </w:tc>
        <w:tc>
          <w:tcPr>
            <w:tcW w:w="2769" w:type="dxa"/>
          </w:tcPr>
          <w:p w14:paraId="77C53C69" w14:textId="77777777" w:rsidR="00B0431E" w:rsidRDefault="00B0431E" w:rsidP="00C90C02">
            <w:pPr>
              <w:pStyle w:val="Tablecaption0"/>
              <w:spacing w:line="276" w:lineRule="auto"/>
              <w:rPr>
                <w:sz w:val="20"/>
                <w:szCs w:val="20"/>
              </w:rPr>
            </w:pPr>
          </w:p>
        </w:tc>
        <w:tc>
          <w:tcPr>
            <w:tcW w:w="2104" w:type="dxa"/>
          </w:tcPr>
          <w:p w14:paraId="64AB802E" w14:textId="77777777" w:rsidR="00B0431E" w:rsidRDefault="00B0431E" w:rsidP="00C90C02">
            <w:pPr>
              <w:pStyle w:val="Tablecaption0"/>
              <w:spacing w:line="276" w:lineRule="auto"/>
              <w:rPr>
                <w:sz w:val="20"/>
                <w:szCs w:val="20"/>
              </w:rPr>
            </w:pPr>
          </w:p>
        </w:tc>
        <w:tc>
          <w:tcPr>
            <w:tcW w:w="727" w:type="dxa"/>
          </w:tcPr>
          <w:p w14:paraId="22613E41" w14:textId="77777777" w:rsidR="00B0431E" w:rsidRDefault="00B0431E" w:rsidP="00C90C02">
            <w:pPr>
              <w:pStyle w:val="Tablecaption0"/>
              <w:spacing w:line="276" w:lineRule="auto"/>
              <w:rPr>
                <w:sz w:val="20"/>
                <w:szCs w:val="20"/>
              </w:rPr>
            </w:pPr>
          </w:p>
        </w:tc>
        <w:tc>
          <w:tcPr>
            <w:tcW w:w="990" w:type="dxa"/>
          </w:tcPr>
          <w:p w14:paraId="079DF96A" w14:textId="77777777" w:rsidR="00B0431E" w:rsidRDefault="00B0431E" w:rsidP="00C90C02">
            <w:pPr>
              <w:pStyle w:val="Tablecaption0"/>
              <w:spacing w:line="276" w:lineRule="auto"/>
              <w:rPr>
                <w:sz w:val="20"/>
                <w:szCs w:val="20"/>
              </w:rPr>
            </w:pPr>
          </w:p>
        </w:tc>
      </w:tr>
      <w:tr w:rsidR="00B0431E" w14:paraId="16D065A6" w14:textId="77777777" w:rsidTr="00C90C02">
        <w:tc>
          <w:tcPr>
            <w:tcW w:w="527" w:type="dxa"/>
          </w:tcPr>
          <w:p w14:paraId="17F75B8C" w14:textId="77777777" w:rsidR="00B0431E" w:rsidRDefault="00B0431E" w:rsidP="00C90C02">
            <w:pPr>
              <w:pStyle w:val="Tablecaption0"/>
              <w:spacing w:line="276" w:lineRule="auto"/>
              <w:rPr>
                <w:sz w:val="20"/>
                <w:szCs w:val="20"/>
              </w:rPr>
            </w:pPr>
            <w:r>
              <w:rPr>
                <w:sz w:val="20"/>
                <w:szCs w:val="20"/>
              </w:rPr>
              <w:t>2</w:t>
            </w:r>
          </w:p>
        </w:tc>
        <w:tc>
          <w:tcPr>
            <w:tcW w:w="2435" w:type="dxa"/>
          </w:tcPr>
          <w:p w14:paraId="077FBD57" w14:textId="77777777" w:rsidR="00B0431E" w:rsidRDefault="00B0431E" w:rsidP="00C90C02">
            <w:pPr>
              <w:pStyle w:val="Tablecaption0"/>
              <w:spacing w:line="276" w:lineRule="auto"/>
              <w:rPr>
                <w:sz w:val="20"/>
                <w:szCs w:val="20"/>
              </w:rPr>
            </w:pPr>
          </w:p>
        </w:tc>
        <w:tc>
          <w:tcPr>
            <w:tcW w:w="2769" w:type="dxa"/>
          </w:tcPr>
          <w:p w14:paraId="7912B365" w14:textId="77777777" w:rsidR="00B0431E" w:rsidRDefault="00B0431E" w:rsidP="00C90C02">
            <w:pPr>
              <w:pStyle w:val="Tablecaption0"/>
              <w:spacing w:line="276" w:lineRule="auto"/>
              <w:rPr>
                <w:sz w:val="20"/>
                <w:szCs w:val="20"/>
              </w:rPr>
            </w:pPr>
          </w:p>
        </w:tc>
        <w:tc>
          <w:tcPr>
            <w:tcW w:w="2104" w:type="dxa"/>
          </w:tcPr>
          <w:p w14:paraId="5D791E47" w14:textId="77777777" w:rsidR="00B0431E" w:rsidRDefault="00B0431E" w:rsidP="00C90C02">
            <w:pPr>
              <w:pStyle w:val="Tablecaption0"/>
              <w:spacing w:line="276" w:lineRule="auto"/>
              <w:rPr>
                <w:sz w:val="20"/>
                <w:szCs w:val="20"/>
              </w:rPr>
            </w:pPr>
          </w:p>
        </w:tc>
        <w:tc>
          <w:tcPr>
            <w:tcW w:w="727" w:type="dxa"/>
          </w:tcPr>
          <w:p w14:paraId="0A8B7BEA" w14:textId="77777777" w:rsidR="00B0431E" w:rsidRDefault="00B0431E" w:rsidP="00C90C02">
            <w:pPr>
              <w:pStyle w:val="Tablecaption0"/>
              <w:spacing w:line="276" w:lineRule="auto"/>
              <w:rPr>
                <w:sz w:val="20"/>
                <w:szCs w:val="20"/>
              </w:rPr>
            </w:pPr>
          </w:p>
        </w:tc>
        <w:tc>
          <w:tcPr>
            <w:tcW w:w="990" w:type="dxa"/>
          </w:tcPr>
          <w:p w14:paraId="241D65A0" w14:textId="77777777" w:rsidR="00B0431E" w:rsidRDefault="00B0431E" w:rsidP="00C90C02">
            <w:pPr>
              <w:pStyle w:val="Tablecaption0"/>
              <w:spacing w:line="276" w:lineRule="auto"/>
              <w:rPr>
                <w:sz w:val="20"/>
                <w:szCs w:val="20"/>
              </w:rPr>
            </w:pPr>
          </w:p>
        </w:tc>
      </w:tr>
      <w:tr w:rsidR="00B0431E" w14:paraId="15DAE47A" w14:textId="77777777" w:rsidTr="00C90C02">
        <w:tc>
          <w:tcPr>
            <w:tcW w:w="527" w:type="dxa"/>
          </w:tcPr>
          <w:p w14:paraId="53D83F76" w14:textId="77777777" w:rsidR="00B0431E" w:rsidRDefault="00B0431E" w:rsidP="00C90C02">
            <w:pPr>
              <w:pStyle w:val="Tablecaption0"/>
              <w:spacing w:line="276" w:lineRule="auto"/>
              <w:rPr>
                <w:sz w:val="20"/>
                <w:szCs w:val="20"/>
              </w:rPr>
            </w:pPr>
            <w:r>
              <w:rPr>
                <w:sz w:val="20"/>
                <w:szCs w:val="20"/>
              </w:rPr>
              <w:t>3</w:t>
            </w:r>
          </w:p>
        </w:tc>
        <w:tc>
          <w:tcPr>
            <w:tcW w:w="2435" w:type="dxa"/>
          </w:tcPr>
          <w:p w14:paraId="2A076783" w14:textId="77777777" w:rsidR="00B0431E" w:rsidRDefault="00B0431E" w:rsidP="00C90C02">
            <w:pPr>
              <w:pStyle w:val="Tablecaption0"/>
              <w:spacing w:line="276" w:lineRule="auto"/>
              <w:rPr>
                <w:sz w:val="20"/>
                <w:szCs w:val="20"/>
              </w:rPr>
            </w:pPr>
          </w:p>
        </w:tc>
        <w:tc>
          <w:tcPr>
            <w:tcW w:w="2769" w:type="dxa"/>
          </w:tcPr>
          <w:p w14:paraId="15D0951D" w14:textId="77777777" w:rsidR="00B0431E" w:rsidRDefault="00B0431E" w:rsidP="00C90C02">
            <w:pPr>
              <w:pStyle w:val="Tablecaption0"/>
              <w:spacing w:line="276" w:lineRule="auto"/>
              <w:rPr>
                <w:sz w:val="20"/>
                <w:szCs w:val="20"/>
              </w:rPr>
            </w:pPr>
          </w:p>
        </w:tc>
        <w:tc>
          <w:tcPr>
            <w:tcW w:w="2104" w:type="dxa"/>
          </w:tcPr>
          <w:p w14:paraId="7DF532DA" w14:textId="77777777" w:rsidR="00B0431E" w:rsidRDefault="00B0431E" w:rsidP="00C90C02">
            <w:pPr>
              <w:pStyle w:val="Tablecaption0"/>
              <w:spacing w:line="276" w:lineRule="auto"/>
              <w:rPr>
                <w:sz w:val="20"/>
                <w:szCs w:val="20"/>
              </w:rPr>
            </w:pPr>
          </w:p>
        </w:tc>
        <w:tc>
          <w:tcPr>
            <w:tcW w:w="727" w:type="dxa"/>
          </w:tcPr>
          <w:p w14:paraId="42ACD3AD" w14:textId="77777777" w:rsidR="00B0431E" w:rsidRDefault="00B0431E" w:rsidP="00C90C02">
            <w:pPr>
              <w:pStyle w:val="Tablecaption0"/>
              <w:spacing w:line="276" w:lineRule="auto"/>
              <w:rPr>
                <w:sz w:val="20"/>
                <w:szCs w:val="20"/>
              </w:rPr>
            </w:pPr>
          </w:p>
        </w:tc>
        <w:tc>
          <w:tcPr>
            <w:tcW w:w="990" w:type="dxa"/>
          </w:tcPr>
          <w:p w14:paraId="7B415EB3" w14:textId="77777777" w:rsidR="00B0431E" w:rsidRDefault="00B0431E" w:rsidP="00C90C02">
            <w:pPr>
              <w:pStyle w:val="Tablecaption0"/>
              <w:spacing w:line="276" w:lineRule="auto"/>
              <w:rPr>
                <w:sz w:val="20"/>
                <w:szCs w:val="20"/>
              </w:rPr>
            </w:pPr>
          </w:p>
        </w:tc>
      </w:tr>
      <w:tr w:rsidR="00B0431E" w14:paraId="79CCB59D" w14:textId="77777777" w:rsidTr="00C90C02">
        <w:tc>
          <w:tcPr>
            <w:tcW w:w="527" w:type="dxa"/>
          </w:tcPr>
          <w:p w14:paraId="097BE215" w14:textId="77777777" w:rsidR="00B0431E" w:rsidRDefault="00B0431E" w:rsidP="00C90C02">
            <w:pPr>
              <w:pStyle w:val="Tablecaption0"/>
              <w:spacing w:line="276" w:lineRule="auto"/>
              <w:rPr>
                <w:sz w:val="20"/>
                <w:szCs w:val="20"/>
              </w:rPr>
            </w:pPr>
            <w:r>
              <w:rPr>
                <w:sz w:val="20"/>
                <w:szCs w:val="20"/>
              </w:rPr>
              <w:t>4</w:t>
            </w:r>
          </w:p>
        </w:tc>
        <w:tc>
          <w:tcPr>
            <w:tcW w:w="2435" w:type="dxa"/>
          </w:tcPr>
          <w:p w14:paraId="709CF739" w14:textId="77777777" w:rsidR="00B0431E" w:rsidRDefault="00B0431E" w:rsidP="00C90C02">
            <w:pPr>
              <w:pStyle w:val="Tablecaption0"/>
              <w:spacing w:line="276" w:lineRule="auto"/>
              <w:rPr>
                <w:sz w:val="20"/>
                <w:szCs w:val="20"/>
              </w:rPr>
            </w:pPr>
          </w:p>
        </w:tc>
        <w:tc>
          <w:tcPr>
            <w:tcW w:w="2769" w:type="dxa"/>
          </w:tcPr>
          <w:p w14:paraId="39D01C23" w14:textId="77777777" w:rsidR="00B0431E" w:rsidRDefault="00B0431E" w:rsidP="00C90C02">
            <w:pPr>
              <w:pStyle w:val="Tablecaption0"/>
              <w:spacing w:line="276" w:lineRule="auto"/>
              <w:rPr>
                <w:sz w:val="20"/>
                <w:szCs w:val="20"/>
              </w:rPr>
            </w:pPr>
          </w:p>
        </w:tc>
        <w:tc>
          <w:tcPr>
            <w:tcW w:w="2104" w:type="dxa"/>
          </w:tcPr>
          <w:p w14:paraId="7FD42E26" w14:textId="77777777" w:rsidR="00B0431E" w:rsidRDefault="00B0431E" w:rsidP="00C90C02">
            <w:pPr>
              <w:pStyle w:val="Tablecaption0"/>
              <w:spacing w:line="276" w:lineRule="auto"/>
              <w:rPr>
                <w:sz w:val="20"/>
                <w:szCs w:val="20"/>
              </w:rPr>
            </w:pPr>
          </w:p>
        </w:tc>
        <w:tc>
          <w:tcPr>
            <w:tcW w:w="727" w:type="dxa"/>
          </w:tcPr>
          <w:p w14:paraId="09FB53EE" w14:textId="77777777" w:rsidR="00B0431E" w:rsidRDefault="00B0431E" w:rsidP="00C90C02">
            <w:pPr>
              <w:pStyle w:val="Tablecaption0"/>
              <w:spacing w:line="276" w:lineRule="auto"/>
              <w:rPr>
                <w:sz w:val="20"/>
                <w:szCs w:val="20"/>
              </w:rPr>
            </w:pPr>
          </w:p>
        </w:tc>
        <w:tc>
          <w:tcPr>
            <w:tcW w:w="990" w:type="dxa"/>
          </w:tcPr>
          <w:p w14:paraId="09CF8923" w14:textId="77777777" w:rsidR="00B0431E" w:rsidRDefault="00B0431E" w:rsidP="00C90C02">
            <w:pPr>
              <w:pStyle w:val="Tablecaption0"/>
              <w:spacing w:line="276" w:lineRule="auto"/>
              <w:rPr>
                <w:sz w:val="20"/>
                <w:szCs w:val="20"/>
              </w:rPr>
            </w:pPr>
          </w:p>
        </w:tc>
      </w:tr>
      <w:tr w:rsidR="00B0431E" w14:paraId="5CDD1883" w14:textId="77777777" w:rsidTr="00C90C02">
        <w:tc>
          <w:tcPr>
            <w:tcW w:w="527" w:type="dxa"/>
          </w:tcPr>
          <w:p w14:paraId="3D604730" w14:textId="77777777" w:rsidR="00B0431E" w:rsidRDefault="00B0431E" w:rsidP="00C90C02">
            <w:pPr>
              <w:pStyle w:val="Tablecaption0"/>
              <w:spacing w:line="276" w:lineRule="auto"/>
              <w:rPr>
                <w:sz w:val="20"/>
                <w:szCs w:val="20"/>
              </w:rPr>
            </w:pPr>
            <w:r>
              <w:rPr>
                <w:sz w:val="20"/>
                <w:szCs w:val="20"/>
              </w:rPr>
              <w:t>5</w:t>
            </w:r>
          </w:p>
        </w:tc>
        <w:tc>
          <w:tcPr>
            <w:tcW w:w="2435" w:type="dxa"/>
          </w:tcPr>
          <w:p w14:paraId="3197DFB8" w14:textId="77777777" w:rsidR="00B0431E" w:rsidRDefault="00B0431E" w:rsidP="00C90C02">
            <w:pPr>
              <w:pStyle w:val="Tablecaption0"/>
              <w:spacing w:line="276" w:lineRule="auto"/>
              <w:rPr>
                <w:sz w:val="20"/>
                <w:szCs w:val="20"/>
              </w:rPr>
            </w:pPr>
          </w:p>
        </w:tc>
        <w:tc>
          <w:tcPr>
            <w:tcW w:w="2769" w:type="dxa"/>
          </w:tcPr>
          <w:p w14:paraId="67DF53D7" w14:textId="77777777" w:rsidR="00B0431E" w:rsidRDefault="00B0431E" w:rsidP="00C90C02">
            <w:pPr>
              <w:pStyle w:val="Tablecaption0"/>
              <w:spacing w:line="276" w:lineRule="auto"/>
              <w:rPr>
                <w:sz w:val="20"/>
                <w:szCs w:val="20"/>
              </w:rPr>
            </w:pPr>
          </w:p>
        </w:tc>
        <w:tc>
          <w:tcPr>
            <w:tcW w:w="2104" w:type="dxa"/>
          </w:tcPr>
          <w:p w14:paraId="7DA05C88" w14:textId="77777777" w:rsidR="00B0431E" w:rsidRDefault="00B0431E" w:rsidP="00C90C02">
            <w:pPr>
              <w:pStyle w:val="Tablecaption0"/>
              <w:spacing w:line="276" w:lineRule="auto"/>
              <w:rPr>
                <w:sz w:val="20"/>
                <w:szCs w:val="20"/>
              </w:rPr>
            </w:pPr>
          </w:p>
        </w:tc>
        <w:tc>
          <w:tcPr>
            <w:tcW w:w="727" w:type="dxa"/>
          </w:tcPr>
          <w:p w14:paraId="0C0AD029" w14:textId="77777777" w:rsidR="00B0431E" w:rsidRDefault="00B0431E" w:rsidP="00C90C02">
            <w:pPr>
              <w:pStyle w:val="Tablecaption0"/>
              <w:spacing w:line="276" w:lineRule="auto"/>
              <w:rPr>
                <w:sz w:val="20"/>
                <w:szCs w:val="20"/>
              </w:rPr>
            </w:pPr>
          </w:p>
        </w:tc>
        <w:tc>
          <w:tcPr>
            <w:tcW w:w="990" w:type="dxa"/>
          </w:tcPr>
          <w:p w14:paraId="15E06706" w14:textId="77777777" w:rsidR="00B0431E" w:rsidRDefault="00B0431E" w:rsidP="00C90C02">
            <w:pPr>
              <w:pStyle w:val="Tablecaption0"/>
              <w:spacing w:line="276" w:lineRule="auto"/>
              <w:rPr>
                <w:sz w:val="20"/>
                <w:szCs w:val="20"/>
              </w:rPr>
            </w:pPr>
          </w:p>
        </w:tc>
      </w:tr>
      <w:tr w:rsidR="00B0431E" w14:paraId="7F8A5280" w14:textId="77777777" w:rsidTr="00C90C02">
        <w:tc>
          <w:tcPr>
            <w:tcW w:w="527" w:type="dxa"/>
          </w:tcPr>
          <w:p w14:paraId="2902306F" w14:textId="77777777" w:rsidR="00B0431E" w:rsidRDefault="00B0431E" w:rsidP="00C90C02">
            <w:pPr>
              <w:pStyle w:val="Tablecaption0"/>
              <w:spacing w:line="276" w:lineRule="auto"/>
              <w:rPr>
                <w:sz w:val="20"/>
                <w:szCs w:val="20"/>
              </w:rPr>
            </w:pPr>
            <w:r>
              <w:rPr>
                <w:sz w:val="20"/>
                <w:szCs w:val="20"/>
              </w:rPr>
              <w:t>6</w:t>
            </w:r>
          </w:p>
        </w:tc>
        <w:tc>
          <w:tcPr>
            <w:tcW w:w="2435" w:type="dxa"/>
          </w:tcPr>
          <w:p w14:paraId="5408D9CE" w14:textId="77777777" w:rsidR="00B0431E" w:rsidRDefault="00B0431E" w:rsidP="00C90C02">
            <w:pPr>
              <w:pStyle w:val="Tablecaption0"/>
              <w:spacing w:line="276" w:lineRule="auto"/>
              <w:rPr>
                <w:sz w:val="20"/>
                <w:szCs w:val="20"/>
              </w:rPr>
            </w:pPr>
          </w:p>
        </w:tc>
        <w:tc>
          <w:tcPr>
            <w:tcW w:w="2769" w:type="dxa"/>
          </w:tcPr>
          <w:p w14:paraId="6323A4A3" w14:textId="77777777" w:rsidR="00B0431E" w:rsidRDefault="00B0431E" w:rsidP="00C90C02">
            <w:pPr>
              <w:pStyle w:val="Tablecaption0"/>
              <w:spacing w:line="276" w:lineRule="auto"/>
              <w:rPr>
                <w:sz w:val="20"/>
                <w:szCs w:val="20"/>
              </w:rPr>
            </w:pPr>
          </w:p>
        </w:tc>
        <w:tc>
          <w:tcPr>
            <w:tcW w:w="2104" w:type="dxa"/>
          </w:tcPr>
          <w:p w14:paraId="696FE6BE" w14:textId="77777777" w:rsidR="00B0431E" w:rsidRDefault="00B0431E" w:rsidP="00C90C02">
            <w:pPr>
              <w:pStyle w:val="Tablecaption0"/>
              <w:spacing w:line="276" w:lineRule="auto"/>
              <w:rPr>
                <w:sz w:val="20"/>
                <w:szCs w:val="20"/>
              </w:rPr>
            </w:pPr>
          </w:p>
        </w:tc>
        <w:tc>
          <w:tcPr>
            <w:tcW w:w="727" w:type="dxa"/>
          </w:tcPr>
          <w:p w14:paraId="04F3E596" w14:textId="77777777" w:rsidR="00B0431E" w:rsidRDefault="00B0431E" w:rsidP="00C90C02">
            <w:pPr>
              <w:pStyle w:val="Tablecaption0"/>
              <w:spacing w:line="276" w:lineRule="auto"/>
              <w:rPr>
                <w:sz w:val="20"/>
                <w:szCs w:val="20"/>
              </w:rPr>
            </w:pPr>
          </w:p>
        </w:tc>
        <w:tc>
          <w:tcPr>
            <w:tcW w:w="990" w:type="dxa"/>
          </w:tcPr>
          <w:p w14:paraId="1BBB67D0" w14:textId="77777777" w:rsidR="00B0431E" w:rsidRDefault="00B0431E" w:rsidP="00C90C02">
            <w:pPr>
              <w:pStyle w:val="Tablecaption0"/>
              <w:spacing w:line="276" w:lineRule="auto"/>
              <w:rPr>
                <w:sz w:val="20"/>
                <w:szCs w:val="20"/>
              </w:rPr>
            </w:pPr>
          </w:p>
        </w:tc>
      </w:tr>
      <w:tr w:rsidR="00B0431E" w14:paraId="38B8A0D2" w14:textId="77777777" w:rsidTr="00C90C02">
        <w:tc>
          <w:tcPr>
            <w:tcW w:w="527" w:type="dxa"/>
          </w:tcPr>
          <w:p w14:paraId="788C04B0" w14:textId="77777777" w:rsidR="00B0431E" w:rsidRDefault="00B0431E" w:rsidP="00C90C02">
            <w:pPr>
              <w:pStyle w:val="Tablecaption0"/>
              <w:spacing w:line="276" w:lineRule="auto"/>
              <w:rPr>
                <w:sz w:val="20"/>
                <w:szCs w:val="20"/>
              </w:rPr>
            </w:pPr>
            <w:r>
              <w:rPr>
                <w:sz w:val="20"/>
                <w:szCs w:val="20"/>
              </w:rPr>
              <w:t>7</w:t>
            </w:r>
          </w:p>
        </w:tc>
        <w:tc>
          <w:tcPr>
            <w:tcW w:w="2435" w:type="dxa"/>
          </w:tcPr>
          <w:p w14:paraId="2E9CCE72" w14:textId="77777777" w:rsidR="00B0431E" w:rsidRDefault="00B0431E" w:rsidP="00C90C02">
            <w:pPr>
              <w:pStyle w:val="Tablecaption0"/>
              <w:spacing w:line="276" w:lineRule="auto"/>
              <w:rPr>
                <w:sz w:val="20"/>
                <w:szCs w:val="20"/>
              </w:rPr>
            </w:pPr>
          </w:p>
        </w:tc>
        <w:tc>
          <w:tcPr>
            <w:tcW w:w="2769" w:type="dxa"/>
          </w:tcPr>
          <w:p w14:paraId="758D2151" w14:textId="77777777" w:rsidR="00B0431E" w:rsidRDefault="00B0431E" w:rsidP="00C90C02">
            <w:pPr>
              <w:pStyle w:val="Tablecaption0"/>
              <w:spacing w:line="276" w:lineRule="auto"/>
              <w:rPr>
                <w:sz w:val="20"/>
                <w:szCs w:val="20"/>
              </w:rPr>
            </w:pPr>
          </w:p>
        </w:tc>
        <w:tc>
          <w:tcPr>
            <w:tcW w:w="2104" w:type="dxa"/>
          </w:tcPr>
          <w:p w14:paraId="42441AC9" w14:textId="77777777" w:rsidR="00B0431E" w:rsidRDefault="00B0431E" w:rsidP="00C90C02">
            <w:pPr>
              <w:pStyle w:val="Tablecaption0"/>
              <w:spacing w:line="276" w:lineRule="auto"/>
              <w:rPr>
                <w:sz w:val="20"/>
                <w:szCs w:val="20"/>
              </w:rPr>
            </w:pPr>
          </w:p>
        </w:tc>
        <w:tc>
          <w:tcPr>
            <w:tcW w:w="727" w:type="dxa"/>
          </w:tcPr>
          <w:p w14:paraId="49C45C52" w14:textId="77777777" w:rsidR="00B0431E" w:rsidRDefault="00B0431E" w:rsidP="00C90C02">
            <w:pPr>
              <w:pStyle w:val="Tablecaption0"/>
              <w:spacing w:line="276" w:lineRule="auto"/>
              <w:rPr>
                <w:sz w:val="20"/>
                <w:szCs w:val="20"/>
              </w:rPr>
            </w:pPr>
          </w:p>
        </w:tc>
        <w:tc>
          <w:tcPr>
            <w:tcW w:w="990" w:type="dxa"/>
          </w:tcPr>
          <w:p w14:paraId="0D16A4B0" w14:textId="77777777" w:rsidR="00B0431E" w:rsidRDefault="00B0431E" w:rsidP="00C90C02">
            <w:pPr>
              <w:pStyle w:val="Tablecaption0"/>
              <w:spacing w:line="276" w:lineRule="auto"/>
              <w:rPr>
                <w:sz w:val="20"/>
                <w:szCs w:val="20"/>
              </w:rPr>
            </w:pPr>
          </w:p>
        </w:tc>
      </w:tr>
      <w:tr w:rsidR="00B0431E" w14:paraId="11587FE2" w14:textId="77777777" w:rsidTr="00C90C02">
        <w:tc>
          <w:tcPr>
            <w:tcW w:w="527" w:type="dxa"/>
          </w:tcPr>
          <w:p w14:paraId="1DFE6A90" w14:textId="77777777" w:rsidR="00B0431E" w:rsidRDefault="00B0431E" w:rsidP="00C90C02">
            <w:pPr>
              <w:pStyle w:val="Tablecaption0"/>
              <w:spacing w:line="276" w:lineRule="auto"/>
              <w:rPr>
                <w:sz w:val="20"/>
                <w:szCs w:val="20"/>
              </w:rPr>
            </w:pPr>
            <w:r>
              <w:rPr>
                <w:sz w:val="20"/>
                <w:szCs w:val="20"/>
              </w:rPr>
              <w:t>8</w:t>
            </w:r>
          </w:p>
        </w:tc>
        <w:tc>
          <w:tcPr>
            <w:tcW w:w="2435" w:type="dxa"/>
          </w:tcPr>
          <w:p w14:paraId="444ADAB9" w14:textId="77777777" w:rsidR="00B0431E" w:rsidRDefault="00B0431E" w:rsidP="00C90C02">
            <w:pPr>
              <w:pStyle w:val="Tablecaption0"/>
              <w:spacing w:line="276" w:lineRule="auto"/>
              <w:rPr>
                <w:sz w:val="20"/>
                <w:szCs w:val="20"/>
              </w:rPr>
            </w:pPr>
          </w:p>
        </w:tc>
        <w:tc>
          <w:tcPr>
            <w:tcW w:w="2769" w:type="dxa"/>
          </w:tcPr>
          <w:p w14:paraId="056699C5" w14:textId="77777777" w:rsidR="00B0431E" w:rsidRDefault="00B0431E" w:rsidP="00C90C02">
            <w:pPr>
              <w:pStyle w:val="Tablecaption0"/>
              <w:spacing w:line="276" w:lineRule="auto"/>
              <w:rPr>
                <w:sz w:val="20"/>
                <w:szCs w:val="20"/>
              </w:rPr>
            </w:pPr>
          </w:p>
        </w:tc>
        <w:tc>
          <w:tcPr>
            <w:tcW w:w="2104" w:type="dxa"/>
          </w:tcPr>
          <w:p w14:paraId="4C25CA5F" w14:textId="77777777" w:rsidR="00B0431E" w:rsidRDefault="00B0431E" w:rsidP="00C90C02">
            <w:pPr>
              <w:pStyle w:val="Tablecaption0"/>
              <w:spacing w:line="276" w:lineRule="auto"/>
              <w:rPr>
                <w:sz w:val="20"/>
                <w:szCs w:val="20"/>
              </w:rPr>
            </w:pPr>
          </w:p>
        </w:tc>
        <w:tc>
          <w:tcPr>
            <w:tcW w:w="727" w:type="dxa"/>
          </w:tcPr>
          <w:p w14:paraId="60D17401" w14:textId="77777777" w:rsidR="00B0431E" w:rsidRDefault="00B0431E" w:rsidP="00C90C02">
            <w:pPr>
              <w:pStyle w:val="Tablecaption0"/>
              <w:spacing w:line="276" w:lineRule="auto"/>
              <w:rPr>
                <w:sz w:val="20"/>
                <w:szCs w:val="20"/>
              </w:rPr>
            </w:pPr>
          </w:p>
        </w:tc>
        <w:tc>
          <w:tcPr>
            <w:tcW w:w="990" w:type="dxa"/>
          </w:tcPr>
          <w:p w14:paraId="5E5C2DDE" w14:textId="77777777" w:rsidR="00B0431E" w:rsidRDefault="00B0431E" w:rsidP="00C90C02">
            <w:pPr>
              <w:pStyle w:val="Tablecaption0"/>
              <w:spacing w:line="276" w:lineRule="auto"/>
              <w:rPr>
                <w:sz w:val="20"/>
                <w:szCs w:val="20"/>
              </w:rPr>
            </w:pPr>
          </w:p>
        </w:tc>
      </w:tr>
      <w:tr w:rsidR="00B0431E" w14:paraId="5198EB65" w14:textId="77777777" w:rsidTr="00C90C02">
        <w:tc>
          <w:tcPr>
            <w:tcW w:w="527" w:type="dxa"/>
          </w:tcPr>
          <w:p w14:paraId="0B2EB99A" w14:textId="77777777" w:rsidR="00B0431E" w:rsidRDefault="00B0431E" w:rsidP="00C90C02">
            <w:pPr>
              <w:pStyle w:val="Tablecaption0"/>
              <w:spacing w:line="276" w:lineRule="auto"/>
              <w:rPr>
                <w:sz w:val="20"/>
                <w:szCs w:val="20"/>
              </w:rPr>
            </w:pPr>
            <w:r>
              <w:rPr>
                <w:sz w:val="20"/>
                <w:szCs w:val="20"/>
              </w:rPr>
              <w:t>9</w:t>
            </w:r>
          </w:p>
        </w:tc>
        <w:tc>
          <w:tcPr>
            <w:tcW w:w="2435" w:type="dxa"/>
          </w:tcPr>
          <w:p w14:paraId="1A92FAC6" w14:textId="77777777" w:rsidR="00B0431E" w:rsidRDefault="00B0431E" w:rsidP="00C90C02">
            <w:pPr>
              <w:pStyle w:val="Tablecaption0"/>
              <w:spacing w:line="276" w:lineRule="auto"/>
              <w:rPr>
                <w:sz w:val="20"/>
                <w:szCs w:val="20"/>
              </w:rPr>
            </w:pPr>
          </w:p>
        </w:tc>
        <w:tc>
          <w:tcPr>
            <w:tcW w:w="2769" w:type="dxa"/>
          </w:tcPr>
          <w:p w14:paraId="2E1F6014" w14:textId="77777777" w:rsidR="00B0431E" w:rsidRDefault="00B0431E" w:rsidP="00C90C02">
            <w:pPr>
              <w:pStyle w:val="Tablecaption0"/>
              <w:spacing w:line="276" w:lineRule="auto"/>
              <w:rPr>
                <w:sz w:val="20"/>
                <w:szCs w:val="20"/>
              </w:rPr>
            </w:pPr>
          </w:p>
        </w:tc>
        <w:tc>
          <w:tcPr>
            <w:tcW w:w="2104" w:type="dxa"/>
          </w:tcPr>
          <w:p w14:paraId="04B5A541" w14:textId="77777777" w:rsidR="00B0431E" w:rsidRDefault="00B0431E" w:rsidP="00C90C02">
            <w:pPr>
              <w:pStyle w:val="Tablecaption0"/>
              <w:spacing w:line="276" w:lineRule="auto"/>
              <w:rPr>
                <w:sz w:val="20"/>
                <w:szCs w:val="20"/>
              </w:rPr>
            </w:pPr>
          </w:p>
        </w:tc>
        <w:tc>
          <w:tcPr>
            <w:tcW w:w="727" w:type="dxa"/>
          </w:tcPr>
          <w:p w14:paraId="479154C0" w14:textId="77777777" w:rsidR="00B0431E" w:rsidRDefault="00B0431E" w:rsidP="00C90C02">
            <w:pPr>
              <w:pStyle w:val="Tablecaption0"/>
              <w:spacing w:line="276" w:lineRule="auto"/>
              <w:rPr>
                <w:sz w:val="20"/>
                <w:szCs w:val="20"/>
              </w:rPr>
            </w:pPr>
          </w:p>
        </w:tc>
        <w:tc>
          <w:tcPr>
            <w:tcW w:w="990" w:type="dxa"/>
          </w:tcPr>
          <w:p w14:paraId="2D6D350C" w14:textId="77777777" w:rsidR="00B0431E" w:rsidRDefault="00B0431E" w:rsidP="00C90C02">
            <w:pPr>
              <w:pStyle w:val="Tablecaption0"/>
              <w:spacing w:line="276" w:lineRule="auto"/>
              <w:rPr>
                <w:sz w:val="20"/>
                <w:szCs w:val="20"/>
              </w:rPr>
            </w:pPr>
          </w:p>
        </w:tc>
      </w:tr>
      <w:tr w:rsidR="00B0431E" w14:paraId="5B0124F9" w14:textId="77777777" w:rsidTr="00C90C02">
        <w:tc>
          <w:tcPr>
            <w:tcW w:w="527" w:type="dxa"/>
          </w:tcPr>
          <w:p w14:paraId="728B59F4" w14:textId="77777777" w:rsidR="00B0431E" w:rsidRDefault="00B0431E" w:rsidP="00C90C02">
            <w:pPr>
              <w:pStyle w:val="Tablecaption0"/>
              <w:spacing w:line="276" w:lineRule="auto"/>
              <w:rPr>
                <w:sz w:val="20"/>
                <w:szCs w:val="20"/>
              </w:rPr>
            </w:pPr>
            <w:r>
              <w:rPr>
                <w:sz w:val="20"/>
                <w:szCs w:val="20"/>
              </w:rPr>
              <w:t>10</w:t>
            </w:r>
          </w:p>
        </w:tc>
        <w:tc>
          <w:tcPr>
            <w:tcW w:w="2435" w:type="dxa"/>
          </w:tcPr>
          <w:p w14:paraId="6706E4CB" w14:textId="77777777" w:rsidR="00B0431E" w:rsidRDefault="00B0431E" w:rsidP="00C90C02">
            <w:pPr>
              <w:pStyle w:val="Tablecaption0"/>
              <w:spacing w:line="276" w:lineRule="auto"/>
              <w:rPr>
                <w:sz w:val="20"/>
                <w:szCs w:val="20"/>
              </w:rPr>
            </w:pPr>
          </w:p>
        </w:tc>
        <w:tc>
          <w:tcPr>
            <w:tcW w:w="2769" w:type="dxa"/>
          </w:tcPr>
          <w:p w14:paraId="7E4090DE" w14:textId="77777777" w:rsidR="00B0431E" w:rsidRDefault="00B0431E" w:rsidP="00C90C02">
            <w:pPr>
              <w:pStyle w:val="Tablecaption0"/>
              <w:spacing w:line="276" w:lineRule="auto"/>
              <w:rPr>
                <w:sz w:val="20"/>
                <w:szCs w:val="20"/>
              </w:rPr>
            </w:pPr>
          </w:p>
        </w:tc>
        <w:tc>
          <w:tcPr>
            <w:tcW w:w="2104" w:type="dxa"/>
          </w:tcPr>
          <w:p w14:paraId="0E027FE0" w14:textId="77777777" w:rsidR="00B0431E" w:rsidRDefault="00B0431E" w:rsidP="00C90C02">
            <w:pPr>
              <w:pStyle w:val="Tablecaption0"/>
              <w:spacing w:line="276" w:lineRule="auto"/>
              <w:rPr>
                <w:sz w:val="20"/>
                <w:szCs w:val="20"/>
              </w:rPr>
            </w:pPr>
          </w:p>
        </w:tc>
        <w:tc>
          <w:tcPr>
            <w:tcW w:w="727" w:type="dxa"/>
          </w:tcPr>
          <w:p w14:paraId="10F06528" w14:textId="77777777" w:rsidR="00B0431E" w:rsidRDefault="00B0431E" w:rsidP="00C90C02">
            <w:pPr>
              <w:pStyle w:val="Tablecaption0"/>
              <w:spacing w:line="276" w:lineRule="auto"/>
              <w:rPr>
                <w:sz w:val="20"/>
                <w:szCs w:val="20"/>
              </w:rPr>
            </w:pPr>
          </w:p>
        </w:tc>
        <w:tc>
          <w:tcPr>
            <w:tcW w:w="990" w:type="dxa"/>
          </w:tcPr>
          <w:p w14:paraId="71656C85" w14:textId="77777777" w:rsidR="00B0431E" w:rsidRDefault="00B0431E" w:rsidP="00C90C02">
            <w:pPr>
              <w:pStyle w:val="Tablecaption0"/>
              <w:spacing w:line="276" w:lineRule="auto"/>
              <w:rPr>
                <w:sz w:val="20"/>
                <w:szCs w:val="20"/>
              </w:rPr>
            </w:pPr>
          </w:p>
        </w:tc>
      </w:tr>
      <w:tr w:rsidR="00B0431E" w14:paraId="4918F9F4" w14:textId="77777777" w:rsidTr="00C90C02">
        <w:tc>
          <w:tcPr>
            <w:tcW w:w="527" w:type="dxa"/>
          </w:tcPr>
          <w:p w14:paraId="55F44BA2" w14:textId="77777777" w:rsidR="00B0431E" w:rsidRDefault="00B0431E" w:rsidP="00C90C02">
            <w:pPr>
              <w:pStyle w:val="Tablecaption0"/>
              <w:spacing w:line="276" w:lineRule="auto"/>
              <w:rPr>
                <w:sz w:val="20"/>
                <w:szCs w:val="20"/>
              </w:rPr>
            </w:pPr>
            <w:r>
              <w:rPr>
                <w:sz w:val="20"/>
                <w:szCs w:val="20"/>
              </w:rPr>
              <w:t>11</w:t>
            </w:r>
          </w:p>
        </w:tc>
        <w:tc>
          <w:tcPr>
            <w:tcW w:w="2435" w:type="dxa"/>
          </w:tcPr>
          <w:p w14:paraId="18066444" w14:textId="77777777" w:rsidR="00B0431E" w:rsidRDefault="00B0431E" w:rsidP="00C90C02">
            <w:pPr>
              <w:pStyle w:val="Tablecaption0"/>
              <w:spacing w:line="276" w:lineRule="auto"/>
              <w:rPr>
                <w:sz w:val="20"/>
                <w:szCs w:val="20"/>
              </w:rPr>
            </w:pPr>
          </w:p>
        </w:tc>
        <w:tc>
          <w:tcPr>
            <w:tcW w:w="2769" w:type="dxa"/>
          </w:tcPr>
          <w:p w14:paraId="0851972E" w14:textId="77777777" w:rsidR="00B0431E" w:rsidRDefault="00B0431E" w:rsidP="00C90C02">
            <w:pPr>
              <w:pStyle w:val="Tablecaption0"/>
              <w:spacing w:line="276" w:lineRule="auto"/>
              <w:rPr>
                <w:sz w:val="20"/>
                <w:szCs w:val="20"/>
              </w:rPr>
            </w:pPr>
          </w:p>
        </w:tc>
        <w:tc>
          <w:tcPr>
            <w:tcW w:w="2104" w:type="dxa"/>
          </w:tcPr>
          <w:p w14:paraId="3D217E6D" w14:textId="77777777" w:rsidR="00B0431E" w:rsidRDefault="00B0431E" w:rsidP="00C90C02">
            <w:pPr>
              <w:pStyle w:val="Tablecaption0"/>
              <w:spacing w:line="276" w:lineRule="auto"/>
              <w:rPr>
                <w:sz w:val="20"/>
                <w:szCs w:val="20"/>
              </w:rPr>
            </w:pPr>
          </w:p>
        </w:tc>
        <w:tc>
          <w:tcPr>
            <w:tcW w:w="727" w:type="dxa"/>
          </w:tcPr>
          <w:p w14:paraId="48FBF6B6" w14:textId="77777777" w:rsidR="00B0431E" w:rsidRDefault="00B0431E" w:rsidP="00C90C02">
            <w:pPr>
              <w:pStyle w:val="Tablecaption0"/>
              <w:spacing w:line="276" w:lineRule="auto"/>
              <w:rPr>
                <w:sz w:val="20"/>
                <w:szCs w:val="20"/>
              </w:rPr>
            </w:pPr>
          </w:p>
        </w:tc>
        <w:tc>
          <w:tcPr>
            <w:tcW w:w="990" w:type="dxa"/>
          </w:tcPr>
          <w:p w14:paraId="0534792A" w14:textId="77777777" w:rsidR="00B0431E" w:rsidRDefault="00B0431E" w:rsidP="00C90C02">
            <w:pPr>
              <w:pStyle w:val="Tablecaption0"/>
              <w:spacing w:line="276" w:lineRule="auto"/>
              <w:rPr>
                <w:sz w:val="20"/>
                <w:szCs w:val="20"/>
              </w:rPr>
            </w:pPr>
          </w:p>
        </w:tc>
      </w:tr>
      <w:tr w:rsidR="00B0431E" w14:paraId="3E0ADA07" w14:textId="77777777" w:rsidTr="00C90C02">
        <w:tc>
          <w:tcPr>
            <w:tcW w:w="527" w:type="dxa"/>
          </w:tcPr>
          <w:p w14:paraId="5E39DA3C" w14:textId="77777777" w:rsidR="00B0431E" w:rsidRDefault="00B0431E" w:rsidP="00C90C02">
            <w:pPr>
              <w:pStyle w:val="Tablecaption0"/>
              <w:spacing w:line="276" w:lineRule="auto"/>
              <w:rPr>
                <w:sz w:val="20"/>
                <w:szCs w:val="20"/>
              </w:rPr>
            </w:pPr>
            <w:r>
              <w:rPr>
                <w:sz w:val="20"/>
                <w:szCs w:val="20"/>
              </w:rPr>
              <w:t>12</w:t>
            </w:r>
          </w:p>
        </w:tc>
        <w:tc>
          <w:tcPr>
            <w:tcW w:w="2435" w:type="dxa"/>
          </w:tcPr>
          <w:p w14:paraId="6C760C68" w14:textId="77777777" w:rsidR="00B0431E" w:rsidRDefault="00B0431E" w:rsidP="00C90C02">
            <w:pPr>
              <w:pStyle w:val="Tablecaption0"/>
              <w:spacing w:line="276" w:lineRule="auto"/>
              <w:rPr>
                <w:sz w:val="20"/>
                <w:szCs w:val="20"/>
              </w:rPr>
            </w:pPr>
          </w:p>
        </w:tc>
        <w:tc>
          <w:tcPr>
            <w:tcW w:w="2769" w:type="dxa"/>
          </w:tcPr>
          <w:p w14:paraId="7369C2E2" w14:textId="77777777" w:rsidR="00B0431E" w:rsidRDefault="00B0431E" w:rsidP="00C90C02">
            <w:pPr>
              <w:pStyle w:val="Tablecaption0"/>
              <w:spacing w:line="276" w:lineRule="auto"/>
              <w:rPr>
                <w:sz w:val="20"/>
                <w:szCs w:val="20"/>
              </w:rPr>
            </w:pPr>
          </w:p>
        </w:tc>
        <w:tc>
          <w:tcPr>
            <w:tcW w:w="2104" w:type="dxa"/>
          </w:tcPr>
          <w:p w14:paraId="3B663B28" w14:textId="77777777" w:rsidR="00B0431E" w:rsidRDefault="00B0431E" w:rsidP="00C90C02">
            <w:pPr>
              <w:pStyle w:val="Tablecaption0"/>
              <w:spacing w:line="276" w:lineRule="auto"/>
              <w:rPr>
                <w:sz w:val="20"/>
                <w:szCs w:val="20"/>
              </w:rPr>
            </w:pPr>
          </w:p>
        </w:tc>
        <w:tc>
          <w:tcPr>
            <w:tcW w:w="727" w:type="dxa"/>
          </w:tcPr>
          <w:p w14:paraId="5BF84C77" w14:textId="77777777" w:rsidR="00B0431E" w:rsidRDefault="00B0431E" w:rsidP="00C90C02">
            <w:pPr>
              <w:pStyle w:val="Tablecaption0"/>
              <w:spacing w:line="276" w:lineRule="auto"/>
              <w:rPr>
                <w:sz w:val="20"/>
                <w:szCs w:val="20"/>
              </w:rPr>
            </w:pPr>
          </w:p>
        </w:tc>
        <w:tc>
          <w:tcPr>
            <w:tcW w:w="990" w:type="dxa"/>
          </w:tcPr>
          <w:p w14:paraId="5F9A5063" w14:textId="77777777" w:rsidR="00B0431E" w:rsidRDefault="00B0431E" w:rsidP="00C90C02">
            <w:pPr>
              <w:pStyle w:val="Tablecaption0"/>
              <w:spacing w:line="276" w:lineRule="auto"/>
              <w:rPr>
                <w:sz w:val="20"/>
                <w:szCs w:val="20"/>
              </w:rPr>
            </w:pPr>
          </w:p>
        </w:tc>
      </w:tr>
      <w:tr w:rsidR="00B0431E" w14:paraId="74436237" w14:textId="77777777" w:rsidTr="00C90C02">
        <w:tc>
          <w:tcPr>
            <w:tcW w:w="527" w:type="dxa"/>
          </w:tcPr>
          <w:p w14:paraId="415B263E" w14:textId="77777777" w:rsidR="00B0431E" w:rsidRDefault="00B0431E" w:rsidP="00C90C02">
            <w:pPr>
              <w:pStyle w:val="Tablecaption0"/>
              <w:spacing w:line="276" w:lineRule="auto"/>
              <w:rPr>
                <w:sz w:val="20"/>
                <w:szCs w:val="20"/>
              </w:rPr>
            </w:pPr>
            <w:r>
              <w:rPr>
                <w:sz w:val="20"/>
                <w:szCs w:val="20"/>
              </w:rPr>
              <w:t>13</w:t>
            </w:r>
          </w:p>
        </w:tc>
        <w:tc>
          <w:tcPr>
            <w:tcW w:w="2435" w:type="dxa"/>
          </w:tcPr>
          <w:p w14:paraId="60D70159" w14:textId="77777777" w:rsidR="00B0431E" w:rsidRDefault="00B0431E" w:rsidP="00C90C02">
            <w:pPr>
              <w:pStyle w:val="Tablecaption0"/>
              <w:spacing w:line="276" w:lineRule="auto"/>
              <w:rPr>
                <w:sz w:val="20"/>
                <w:szCs w:val="20"/>
              </w:rPr>
            </w:pPr>
          </w:p>
        </w:tc>
        <w:tc>
          <w:tcPr>
            <w:tcW w:w="2769" w:type="dxa"/>
          </w:tcPr>
          <w:p w14:paraId="5AED3B06" w14:textId="77777777" w:rsidR="00B0431E" w:rsidRDefault="00B0431E" w:rsidP="00C90C02">
            <w:pPr>
              <w:pStyle w:val="Tablecaption0"/>
              <w:spacing w:line="276" w:lineRule="auto"/>
              <w:rPr>
                <w:sz w:val="20"/>
                <w:szCs w:val="20"/>
              </w:rPr>
            </w:pPr>
          </w:p>
        </w:tc>
        <w:tc>
          <w:tcPr>
            <w:tcW w:w="2104" w:type="dxa"/>
          </w:tcPr>
          <w:p w14:paraId="59FE47F8" w14:textId="77777777" w:rsidR="00B0431E" w:rsidRDefault="00B0431E" w:rsidP="00C90C02">
            <w:pPr>
              <w:pStyle w:val="Tablecaption0"/>
              <w:spacing w:line="276" w:lineRule="auto"/>
              <w:rPr>
                <w:sz w:val="20"/>
                <w:szCs w:val="20"/>
              </w:rPr>
            </w:pPr>
          </w:p>
        </w:tc>
        <w:tc>
          <w:tcPr>
            <w:tcW w:w="727" w:type="dxa"/>
          </w:tcPr>
          <w:p w14:paraId="0B1BD96D" w14:textId="77777777" w:rsidR="00B0431E" w:rsidRDefault="00B0431E" w:rsidP="00C90C02">
            <w:pPr>
              <w:pStyle w:val="Tablecaption0"/>
              <w:spacing w:line="276" w:lineRule="auto"/>
              <w:rPr>
                <w:sz w:val="20"/>
                <w:szCs w:val="20"/>
              </w:rPr>
            </w:pPr>
          </w:p>
        </w:tc>
        <w:tc>
          <w:tcPr>
            <w:tcW w:w="990" w:type="dxa"/>
          </w:tcPr>
          <w:p w14:paraId="4670E664" w14:textId="77777777" w:rsidR="00B0431E" w:rsidRDefault="00B0431E" w:rsidP="00C90C02">
            <w:pPr>
              <w:pStyle w:val="Tablecaption0"/>
              <w:spacing w:line="276" w:lineRule="auto"/>
              <w:rPr>
                <w:sz w:val="20"/>
                <w:szCs w:val="20"/>
              </w:rPr>
            </w:pPr>
          </w:p>
        </w:tc>
      </w:tr>
      <w:tr w:rsidR="00B0431E" w14:paraId="7AC104EC" w14:textId="77777777" w:rsidTr="00C90C02">
        <w:tc>
          <w:tcPr>
            <w:tcW w:w="527" w:type="dxa"/>
          </w:tcPr>
          <w:p w14:paraId="581BDAA7" w14:textId="77777777" w:rsidR="00B0431E" w:rsidRDefault="00B0431E" w:rsidP="00C90C02">
            <w:pPr>
              <w:pStyle w:val="Tablecaption0"/>
              <w:spacing w:line="276" w:lineRule="auto"/>
              <w:rPr>
                <w:sz w:val="20"/>
                <w:szCs w:val="20"/>
              </w:rPr>
            </w:pPr>
            <w:r>
              <w:rPr>
                <w:sz w:val="20"/>
                <w:szCs w:val="20"/>
              </w:rPr>
              <w:t>14</w:t>
            </w:r>
          </w:p>
        </w:tc>
        <w:tc>
          <w:tcPr>
            <w:tcW w:w="2435" w:type="dxa"/>
          </w:tcPr>
          <w:p w14:paraId="3FA0307B" w14:textId="77777777" w:rsidR="00B0431E" w:rsidRDefault="00B0431E" w:rsidP="00C90C02">
            <w:pPr>
              <w:pStyle w:val="Tablecaption0"/>
              <w:spacing w:line="276" w:lineRule="auto"/>
              <w:rPr>
                <w:sz w:val="20"/>
                <w:szCs w:val="20"/>
              </w:rPr>
            </w:pPr>
          </w:p>
        </w:tc>
        <w:tc>
          <w:tcPr>
            <w:tcW w:w="2769" w:type="dxa"/>
          </w:tcPr>
          <w:p w14:paraId="1F308336" w14:textId="77777777" w:rsidR="00B0431E" w:rsidRDefault="00B0431E" w:rsidP="00C90C02">
            <w:pPr>
              <w:pStyle w:val="Tablecaption0"/>
              <w:spacing w:line="276" w:lineRule="auto"/>
              <w:rPr>
                <w:sz w:val="20"/>
                <w:szCs w:val="20"/>
              </w:rPr>
            </w:pPr>
          </w:p>
        </w:tc>
        <w:tc>
          <w:tcPr>
            <w:tcW w:w="2104" w:type="dxa"/>
          </w:tcPr>
          <w:p w14:paraId="23267953" w14:textId="77777777" w:rsidR="00B0431E" w:rsidRDefault="00B0431E" w:rsidP="00C90C02">
            <w:pPr>
              <w:pStyle w:val="Tablecaption0"/>
              <w:spacing w:line="276" w:lineRule="auto"/>
              <w:rPr>
                <w:sz w:val="20"/>
                <w:szCs w:val="20"/>
              </w:rPr>
            </w:pPr>
          </w:p>
        </w:tc>
        <w:tc>
          <w:tcPr>
            <w:tcW w:w="727" w:type="dxa"/>
          </w:tcPr>
          <w:p w14:paraId="16091C4D" w14:textId="77777777" w:rsidR="00B0431E" w:rsidRDefault="00B0431E" w:rsidP="00C90C02">
            <w:pPr>
              <w:pStyle w:val="Tablecaption0"/>
              <w:spacing w:line="276" w:lineRule="auto"/>
              <w:rPr>
                <w:sz w:val="20"/>
                <w:szCs w:val="20"/>
              </w:rPr>
            </w:pPr>
          </w:p>
        </w:tc>
        <w:tc>
          <w:tcPr>
            <w:tcW w:w="990" w:type="dxa"/>
          </w:tcPr>
          <w:p w14:paraId="768F83D2" w14:textId="77777777" w:rsidR="00B0431E" w:rsidRDefault="00B0431E" w:rsidP="00C90C02">
            <w:pPr>
              <w:pStyle w:val="Tablecaption0"/>
              <w:spacing w:line="276" w:lineRule="auto"/>
              <w:rPr>
                <w:sz w:val="20"/>
                <w:szCs w:val="20"/>
              </w:rPr>
            </w:pPr>
          </w:p>
        </w:tc>
      </w:tr>
      <w:tr w:rsidR="00B0431E" w14:paraId="51623B0B" w14:textId="77777777" w:rsidTr="00C90C02">
        <w:tc>
          <w:tcPr>
            <w:tcW w:w="527" w:type="dxa"/>
          </w:tcPr>
          <w:p w14:paraId="59E6D8D4" w14:textId="77777777" w:rsidR="00B0431E" w:rsidRDefault="00B0431E" w:rsidP="00C90C02">
            <w:pPr>
              <w:pStyle w:val="Tablecaption0"/>
              <w:spacing w:line="276" w:lineRule="auto"/>
              <w:rPr>
                <w:sz w:val="20"/>
                <w:szCs w:val="20"/>
              </w:rPr>
            </w:pPr>
            <w:r>
              <w:rPr>
                <w:sz w:val="20"/>
                <w:szCs w:val="20"/>
              </w:rPr>
              <w:t>15</w:t>
            </w:r>
          </w:p>
        </w:tc>
        <w:tc>
          <w:tcPr>
            <w:tcW w:w="2435" w:type="dxa"/>
          </w:tcPr>
          <w:p w14:paraId="08192A0A" w14:textId="77777777" w:rsidR="00B0431E" w:rsidRDefault="00B0431E" w:rsidP="00C90C02">
            <w:pPr>
              <w:pStyle w:val="Tablecaption0"/>
              <w:spacing w:line="276" w:lineRule="auto"/>
              <w:rPr>
                <w:sz w:val="20"/>
                <w:szCs w:val="20"/>
              </w:rPr>
            </w:pPr>
          </w:p>
        </w:tc>
        <w:tc>
          <w:tcPr>
            <w:tcW w:w="2769" w:type="dxa"/>
          </w:tcPr>
          <w:p w14:paraId="523611D5" w14:textId="77777777" w:rsidR="00B0431E" w:rsidRDefault="00B0431E" w:rsidP="00C90C02">
            <w:pPr>
              <w:pStyle w:val="Tablecaption0"/>
              <w:spacing w:line="276" w:lineRule="auto"/>
              <w:rPr>
                <w:sz w:val="20"/>
                <w:szCs w:val="20"/>
              </w:rPr>
            </w:pPr>
          </w:p>
        </w:tc>
        <w:tc>
          <w:tcPr>
            <w:tcW w:w="2104" w:type="dxa"/>
          </w:tcPr>
          <w:p w14:paraId="7F56F9C8" w14:textId="77777777" w:rsidR="00B0431E" w:rsidRDefault="00B0431E" w:rsidP="00C90C02">
            <w:pPr>
              <w:pStyle w:val="Tablecaption0"/>
              <w:spacing w:line="276" w:lineRule="auto"/>
              <w:rPr>
                <w:sz w:val="20"/>
                <w:szCs w:val="20"/>
              </w:rPr>
            </w:pPr>
          </w:p>
        </w:tc>
        <w:tc>
          <w:tcPr>
            <w:tcW w:w="727" w:type="dxa"/>
          </w:tcPr>
          <w:p w14:paraId="46B972F4" w14:textId="77777777" w:rsidR="00B0431E" w:rsidRDefault="00B0431E" w:rsidP="00C90C02">
            <w:pPr>
              <w:pStyle w:val="Tablecaption0"/>
              <w:spacing w:line="276" w:lineRule="auto"/>
              <w:rPr>
                <w:sz w:val="20"/>
                <w:szCs w:val="20"/>
              </w:rPr>
            </w:pPr>
          </w:p>
        </w:tc>
        <w:tc>
          <w:tcPr>
            <w:tcW w:w="990" w:type="dxa"/>
          </w:tcPr>
          <w:p w14:paraId="537BD9E0" w14:textId="77777777" w:rsidR="00B0431E" w:rsidRDefault="00B0431E" w:rsidP="00C90C02">
            <w:pPr>
              <w:pStyle w:val="Tablecaption0"/>
              <w:spacing w:line="276" w:lineRule="auto"/>
              <w:rPr>
                <w:sz w:val="20"/>
                <w:szCs w:val="20"/>
              </w:rPr>
            </w:pPr>
          </w:p>
        </w:tc>
      </w:tr>
      <w:tr w:rsidR="00B0431E" w14:paraId="6E189F09" w14:textId="77777777" w:rsidTr="00C90C02">
        <w:tc>
          <w:tcPr>
            <w:tcW w:w="527" w:type="dxa"/>
          </w:tcPr>
          <w:p w14:paraId="407FF893" w14:textId="77777777" w:rsidR="00B0431E" w:rsidRDefault="00B0431E" w:rsidP="00C90C02">
            <w:pPr>
              <w:pStyle w:val="Tablecaption0"/>
              <w:spacing w:line="276" w:lineRule="auto"/>
              <w:rPr>
                <w:sz w:val="20"/>
                <w:szCs w:val="20"/>
              </w:rPr>
            </w:pPr>
            <w:r>
              <w:rPr>
                <w:sz w:val="20"/>
                <w:szCs w:val="20"/>
              </w:rPr>
              <w:t>16</w:t>
            </w:r>
          </w:p>
        </w:tc>
        <w:tc>
          <w:tcPr>
            <w:tcW w:w="2435" w:type="dxa"/>
          </w:tcPr>
          <w:p w14:paraId="0870089B" w14:textId="77777777" w:rsidR="00B0431E" w:rsidRDefault="00B0431E" w:rsidP="00C90C02">
            <w:pPr>
              <w:pStyle w:val="Tablecaption0"/>
              <w:spacing w:line="276" w:lineRule="auto"/>
              <w:rPr>
                <w:sz w:val="20"/>
                <w:szCs w:val="20"/>
              </w:rPr>
            </w:pPr>
          </w:p>
        </w:tc>
        <w:tc>
          <w:tcPr>
            <w:tcW w:w="2769" w:type="dxa"/>
          </w:tcPr>
          <w:p w14:paraId="1A66D024" w14:textId="77777777" w:rsidR="00B0431E" w:rsidRDefault="00B0431E" w:rsidP="00C90C02">
            <w:pPr>
              <w:pStyle w:val="Tablecaption0"/>
              <w:spacing w:line="276" w:lineRule="auto"/>
              <w:rPr>
                <w:sz w:val="20"/>
                <w:szCs w:val="20"/>
              </w:rPr>
            </w:pPr>
          </w:p>
        </w:tc>
        <w:tc>
          <w:tcPr>
            <w:tcW w:w="2104" w:type="dxa"/>
          </w:tcPr>
          <w:p w14:paraId="754BC360" w14:textId="77777777" w:rsidR="00B0431E" w:rsidRDefault="00B0431E" w:rsidP="00C90C02">
            <w:pPr>
              <w:pStyle w:val="Tablecaption0"/>
              <w:spacing w:line="276" w:lineRule="auto"/>
              <w:rPr>
                <w:sz w:val="20"/>
                <w:szCs w:val="20"/>
              </w:rPr>
            </w:pPr>
          </w:p>
        </w:tc>
        <w:tc>
          <w:tcPr>
            <w:tcW w:w="727" w:type="dxa"/>
          </w:tcPr>
          <w:p w14:paraId="769332F5" w14:textId="77777777" w:rsidR="00B0431E" w:rsidRDefault="00B0431E" w:rsidP="00C90C02">
            <w:pPr>
              <w:pStyle w:val="Tablecaption0"/>
              <w:spacing w:line="276" w:lineRule="auto"/>
              <w:rPr>
                <w:sz w:val="20"/>
                <w:szCs w:val="20"/>
              </w:rPr>
            </w:pPr>
          </w:p>
        </w:tc>
        <w:tc>
          <w:tcPr>
            <w:tcW w:w="990" w:type="dxa"/>
          </w:tcPr>
          <w:p w14:paraId="0816CF3A" w14:textId="77777777" w:rsidR="00B0431E" w:rsidRDefault="00B0431E" w:rsidP="00C90C02">
            <w:pPr>
              <w:pStyle w:val="Tablecaption0"/>
              <w:spacing w:line="276" w:lineRule="auto"/>
              <w:rPr>
                <w:sz w:val="20"/>
                <w:szCs w:val="20"/>
              </w:rPr>
            </w:pPr>
          </w:p>
        </w:tc>
      </w:tr>
      <w:tr w:rsidR="00B0431E" w14:paraId="0CCBC7C5" w14:textId="77777777" w:rsidTr="00C90C02">
        <w:tc>
          <w:tcPr>
            <w:tcW w:w="527" w:type="dxa"/>
          </w:tcPr>
          <w:p w14:paraId="419A1A99" w14:textId="77777777" w:rsidR="00B0431E" w:rsidRDefault="00B0431E" w:rsidP="00C90C02">
            <w:pPr>
              <w:pStyle w:val="Tablecaption0"/>
              <w:spacing w:line="276" w:lineRule="auto"/>
              <w:rPr>
                <w:sz w:val="20"/>
                <w:szCs w:val="20"/>
              </w:rPr>
            </w:pPr>
            <w:r>
              <w:rPr>
                <w:sz w:val="20"/>
                <w:szCs w:val="20"/>
              </w:rPr>
              <w:t>17</w:t>
            </w:r>
          </w:p>
        </w:tc>
        <w:tc>
          <w:tcPr>
            <w:tcW w:w="2435" w:type="dxa"/>
          </w:tcPr>
          <w:p w14:paraId="4FFB4303" w14:textId="77777777" w:rsidR="00B0431E" w:rsidRDefault="00B0431E" w:rsidP="00C90C02">
            <w:pPr>
              <w:pStyle w:val="Tablecaption0"/>
              <w:spacing w:line="276" w:lineRule="auto"/>
              <w:rPr>
                <w:sz w:val="20"/>
                <w:szCs w:val="20"/>
              </w:rPr>
            </w:pPr>
          </w:p>
        </w:tc>
        <w:tc>
          <w:tcPr>
            <w:tcW w:w="2769" w:type="dxa"/>
          </w:tcPr>
          <w:p w14:paraId="324250AD" w14:textId="77777777" w:rsidR="00B0431E" w:rsidRDefault="00B0431E" w:rsidP="00C90C02">
            <w:pPr>
              <w:pStyle w:val="Tablecaption0"/>
              <w:spacing w:line="276" w:lineRule="auto"/>
              <w:rPr>
                <w:sz w:val="20"/>
                <w:szCs w:val="20"/>
              </w:rPr>
            </w:pPr>
          </w:p>
        </w:tc>
        <w:tc>
          <w:tcPr>
            <w:tcW w:w="2104" w:type="dxa"/>
          </w:tcPr>
          <w:p w14:paraId="351DD4BD" w14:textId="77777777" w:rsidR="00B0431E" w:rsidRDefault="00B0431E" w:rsidP="00C90C02">
            <w:pPr>
              <w:pStyle w:val="Tablecaption0"/>
              <w:spacing w:line="276" w:lineRule="auto"/>
              <w:rPr>
                <w:sz w:val="20"/>
                <w:szCs w:val="20"/>
              </w:rPr>
            </w:pPr>
          </w:p>
        </w:tc>
        <w:tc>
          <w:tcPr>
            <w:tcW w:w="727" w:type="dxa"/>
          </w:tcPr>
          <w:p w14:paraId="547732F9" w14:textId="77777777" w:rsidR="00B0431E" w:rsidRDefault="00B0431E" w:rsidP="00C90C02">
            <w:pPr>
              <w:pStyle w:val="Tablecaption0"/>
              <w:spacing w:line="276" w:lineRule="auto"/>
              <w:rPr>
                <w:sz w:val="20"/>
                <w:szCs w:val="20"/>
              </w:rPr>
            </w:pPr>
          </w:p>
        </w:tc>
        <w:tc>
          <w:tcPr>
            <w:tcW w:w="990" w:type="dxa"/>
          </w:tcPr>
          <w:p w14:paraId="7BEB4BE7" w14:textId="77777777" w:rsidR="00B0431E" w:rsidRDefault="00B0431E" w:rsidP="00C90C02">
            <w:pPr>
              <w:pStyle w:val="Tablecaption0"/>
              <w:spacing w:line="276" w:lineRule="auto"/>
              <w:rPr>
                <w:sz w:val="20"/>
                <w:szCs w:val="20"/>
              </w:rPr>
            </w:pPr>
          </w:p>
        </w:tc>
      </w:tr>
      <w:tr w:rsidR="00B0431E" w14:paraId="4C187D6D" w14:textId="77777777" w:rsidTr="00C90C02">
        <w:tc>
          <w:tcPr>
            <w:tcW w:w="527" w:type="dxa"/>
          </w:tcPr>
          <w:p w14:paraId="00BB84F2" w14:textId="77777777" w:rsidR="00B0431E" w:rsidRDefault="00B0431E" w:rsidP="00C90C02">
            <w:pPr>
              <w:pStyle w:val="Tablecaption0"/>
              <w:spacing w:line="276" w:lineRule="auto"/>
              <w:rPr>
                <w:sz w:val="20"/>
                <w:szCs w:val="20"/>
              </w:rPr>
            </w:pPr>
            <w:r>
              <w:rPr>
                <w:sz w:val="20"/>
                <w:szCs w:val="20"/>
              </w:rPr>
              <w:t>18</w:t>
            </w:r>
          </w:p>
        </w:tc>
        <w:tc>
          <w:tcPr>
            <w:tcW w:w="2435" w:type="dxa"/>
          </w:tcPr>
          <w:p w14:paraId="34E7EA1E" w14:textId="77777777" w:rsidR="00B0431E" w:rsidRDefault="00B0431E" w:rsidP="00C90C02">
            <w:pPr>
              <w:pStyle w:val="Tablecaption0"/>
              <w:spacing w:line="276" w:lineRule="auto"/>
              <w:rPr>
                <w:sz w:val="20"/>
                <w:szCs w:val="20"/>
              </w:rPr>
            </w:pPr>
          </w:p>
        </w:tc>
        <w:tc>
          <w:tcPr>
            <w:tcW w:w="2769" w:type="dxa"/>
          </w:tcPr>
          <w:p w14:paraId="59A435C0" w14:textId="77777777" w:rsidR="00B0431E" w:rsidRDefault="00B0431E" w:rsidP="00C90C02">
            <w:pPr>
              <w:pStyle w:val="Tablecaption0"/>
              <w:spacing w:line="276" w:lineRule="auto"/>
              <w:rPr>
                <w:sz w:val="20"/>
                <w:szCs w:val="20"/>
              </w:rPr>
            </w:pPr>
          </w:p>
        </w:tc>
        <w:tc>
          <w:tcPr>
            <w:tcW w:w="2104" w:type="dxa"/>
          </w:tcPr>
          <w:p w14:paraId="0BAEDD39" w14:textId="77777777" w:rsidR="00B0431E" w:rsidRDefault="00B0431E" w:rsidP="00C90C02">
            <w:pPr>
              <w:pStyle w:val="Tablecaption0"/>
              <w:spacing w:line="276" w:lineRule="auto"/>
              <w:rPr>
                <w:sz w:val="20"/>
                <w:szCs w:val="20"/>
              </w:rPr>
            </w:pPr>
          </w:p>
        </w:tc>
        <w:tc>
          <w:tcPr>
            <w:tcW w:w="727" w:type="dxa"/>
          </w:tcPr>
          <w:p w14:paraId="4E697859" w14:textId="77777777" w:rsidR="00B0431E" w:rsidRDefault="00B0431E" w:rsidP="00C90C02">
            <w:pPr>
              <w:pStyle w:val="Tablecaption0"/>
              <w:spacing w:line="276" w:lineRule="auto"/>
              <w:rPr>
                <w:sz w:val="20"/>
                <w:szCs w:val="20"/>
              </w:rPr>
            </w:pPr>
          </w:p>
        </w:tc>
        <w:tc>
          <w:tcPr>
            <w:tcW w:w="990" w:type="dxa"/>
          </w:tcPr>
          <w:p w14:paraId="3F3AC15A" w14:textId="77777777" w:rsidR="00B0431E" w:rsidRDefault="00B0431E" w:rsidP="00C90C02">
            <w:pPr>
              <w:pStyle w:val="Tablecaption0"/>
              <w:spacing w:line="276" w:lineRule="auto"/>
              <w:rPr>
                <w:sz w:val="20"/>
                <w:szCs w:val="20"/>
              </w:rPr>
            </w:pPr>
          </w:p>
        </w:tc>
      </w:tr>
      <w:tr w:rsidR="00B0431E" w14:paraId="3C6E82E6" w14:textId="77777777" w:rsidTr="00C90C02">
        <w:tc>
          <w:tcPr>
            <w:tcW w:w="527" w:type="dxa"/>
          </w:tcPr>
          <w:p w14:paraId="62908F5E" w14:textId="77777777" w:rsidR="00B0431E" w:rsidRDefault="00B0431E" w:rsidP="00C90C02">
            <w:pPr>
              <w:pStyle w:val="Tablecaption0"/>
              <w:spacing w:line="276" w:lineRule="auto"/>
              <w:rPr>
                <w:sz w:val="20"/>
                <w:szCs w:val="20"/>
              </w:rPr>
            </w:pPr>
            <w:r>
              <w:rPr>
                <w:sz w:val="20"/>
                <w:szCs w:val="20"/>
              </w:rPr>
              <w:t>19</w:t>
            </w:r>
          </w:p>
        </w:tc>
        <w:tc>
          <w:tcPr>
            <w:tcW w:w="2435" w:type="dxa"/>
          </w:tcPr>
          <w:p w14:paraId="5ED90202" w14:textId="77777777" w:rsidR="00B0431E" w:rsidRDefault="00B0431E" w:rsidP="00C90C02">
            <w:pPr>
              <w:pStyle w:val="Tablecaption0"/>
              <w:spacing w:line="276" w:lineRule="auto"/>
              <w:rPr>
                <w:sz w:val="20"/>
                <w:szCs w:val="20"/>
              </w:rPr>
            </w:pPr>
          </w:p>
        </w:tc>
        <w:tc>
          <w:tcPr>
            <w:tcW w:w="2769" w:type="dxa"/>
          </w:tcPr>
          <w:p w14:paraId="0F55CD42" w14:textId="77777777" w:rsidR="00B0431E" w:rsidRDefault="00B0431E" w:rsidP="00C90C02">
            <w:pPr>
              <w:pStyle w:val="Tablecaption0"/>
              <w:spacing w:line="276" w:lineRule="auto"/>
              <w:rPr>
                <w:sz w:val="20"/>
                <w:szCs w:val="20"/>
              </w:rPr>
            </w:pPr>
          </w:p>
        </w:tc>
        <w:tc>
          <w:tcPr>
            <w:tcW w:w="2104" w:type="dxa"/>
          </w:tcPr>
          <w:p w14:paraId="69B0067C" w14:textId="77777777" w:rsidR="00B0431E" w:rsidRDefault="00B0431E" w:rsidP="00C90C02">
            <w:pPr>
              <w:pStyle w:val="Tablecaption0"/>
              <w:spacing w:line="276" w:lineRule="auto"/>
              <w:rPr>
                <w:sz w:val="20"/>
                <w:szCs w:val="20"/>
              </w:rPr>
            </w:pPr>
          </w:p>
        </w:tc>
        <w:tc>
          <w:tcPr>
            <w:tcW w:w="727" w:type="dxa"/>
          </w:tcPr>
          <w:p w14:paraId="20F5B504" w14:textId="77777777" w:rsidR="00B0431E" w:rsidRDefault="00B0431E" w:rsidP="00C90C02">
            <w:pPr>
              <w:pStyle w:val="Tablecaption0"/>
              <w:spacing w:line="276" w:lineRule="auto"/>
              <w:rPr>
                <w:sz w:val="20"/>
                <w:szCs w:val="20"/>
              </w:rPr>
            </w:pPr>
          </w:p>
        </w:tc>
        <w:tc>
          <w:tcPr>
            <w:tcW w:w="990" w:type="dxa"/>
          </w:tcPr>
          <w:p w14:paraId="0D2E187F" w14:textId="77777777" w:rsidR="00B0431E" w:rsidRDefault="00B0431E" w:rsidP="00C90C02">
            <w:pPr>
              <w:pStyle w:val="Tablecaption0"/>
              <w:spacing w:line="276" w:lineRule="auto"/>
              <w:rPr>
                <w:sz w:val="20"/>
                <w:szCs w:val="20"/>
              </w:rPr>
            </w:pPr>
          </w:p>
        </w:tc>
      </w:tr>
      <w:tr w:rsidR="00B0431E" w14:paraId="08161392" w14:textId="77777777" w:rsidTr="00C90C02">
        <w:tc>
          <w:tcPr>
            <w:tcW w:w="527" w:type="dxa"/>
          </w:tcPr>
          <w:p w14:paraId="76A08552" w14:textId="77777777" w:rsidR="00B0431E" w:rsidRDefault="00B0431E" w:rsidP="00C90C02">
            <w:pPr>
              <w:pStyle w:val="Tablecaption0"/>
              <w:spacing w:line="276" w:lineRule="auto"/>
              <w:rPr>
                <w:sz w:val="20"/>
                <w:szCs w:val="20"/>
              </w:rPr>
            </w:pPr>
            <w:r>
              <w:rPr>
                <w:sz w:val="20"/>
                <w:szCs w:val="20"/>
              </w:rPr>
              <w:t>20</w:t>
            </w:r>
          </w:p>
        </w:tc>
        <w:tc>
          <w:tcPr>
            <w:tcW w:w="2435" w:type="dxa"/>
          </w:tcPr>
          <w:p w14:paraId="07279DD8" w14:textId="77777777" w:rsidR="00B0431E" w:rsidRDefault="00B0431E" w:rsidP="00C90C02">
            <w:pPr>
              <w:pStyle w:val="Tablecaption0"/>
              <w:spacing w:line="276" w:lineRule="auto"/>
              <w:rPr>
                <w:sz w:val="20"/>
                <w:szCs w:val="20"/>
              </w:rPr>
            </w:pPr>
          </w:p>
        </w:tc>
        <w:tc>
          <w:tcPr>
            <w:tcW w:w="2769" w:type="dxa"/>
          </w:tcPr>
          <w:p w14:paraId="29535C05" w14:textId="77777777" w:rsidR="00B0431E" w:rsidRDefault="00B0431E" w:rsidP="00C90C02">
            <w:pPr>
              <w:pStyle w:val="Tablecaption0"/>
              <w:spacing w:line="276" w:lineRule="auto"/>
              <w:rPr>
                <w:sz w:val="20"/>
                <w:szCs w:val="20"/>
              </w:rPr>
            </w:pPr>
          </w:p>
        </w:tc>
        <w:tc>
          <w:tcPr>
            <w:tcW w:w="2104" w:type="dxa"/>
          </w:tcPr>
          <w:p w14:paraId="7DFE0427" w14:textId="77777777" w:rsidR="00B0431E" w:rsidRDefault="00B0431E" w:rsidP="00C90C02">
            <w:pPr>
              <w:pStyle w:val="Tablecaption0"/>
              <w:spacing w:line="276" w:lineRule="auto"/>
              <w:rPr>
                <w:sz w:val="20"/>
                <w:szCs w:val="20"/>
              </w:rPr>
            </w:pPr>
          </w:p>
        </w:tc>
        <w:tc>
          <w:tcPr>
            <w:tcW w:w="727" w:type="dxa"/>
          </w:tcPr>
          <w:p w14:paraId="14F2524B" w14:textId="77777777" w:rsidR="00B0431E" w:rsidRDefault="00B0431E" w:rsidP="00C90C02">
            <w:pPr>
              <w:pStyle w:val="Tablecaption0"/>
              <w:spacing w:line="276" w:lineRule="auto"/>
              <w:rPr>
                <w:sz w:val="20"/>
                <w:szCs w:val="20"/>
              </w:rPr>
            </w:pPr>
          </w:p>
        </w:tc>
        <w:tc>
          <w:tcPr>
            <w:tcW w:w="990" w:type="dxa"/>
          </w:tcPr>
          <w:p w14:paraId="2F4BC01E" w14:textId="77777777" w:rsidR="00B0431E" w:rsidRDefault="00B0431E" w:rsidP="00C90C02">
            <w:pPr>
              <w:pStyle w:val="Tablecaption0"/>
              <w:spacing w:line="276" w:lineRule="auto"/>
              <w:rPr>
                <w:sz w:val="20"/>
                <w:szCs w:val="20"/>
              </w:rPr>
            </w:pPr>
          </w:p>
        </w:tc>
      </w:tr>
    </w:tbl>
    <w:p w14:paraId="51F98541" w14:textId="77777777" w:rsidR="002428BA" w:rsidRDefault="002428BA" w:rsidP="002428BA">
      <w:pPr>
        <w:pStyle w:val="Tablecaption0"/>
        <w:spacing w:line="276" w:lineRule="auto"/>
        <w:ind w:left="180"/>
        <w:rPr>
          <w:sz w:val="20"/>
          <w:szCs w:val="20"/>
        </w:rPr>
      </w:pPr>
    </w:p>
    <w:p w14:paraId="6C79F7CF" w14:textId="77777777" w:rsidR="002428BA" w:rsidRDefault="002428BA" w:rsidP="002428BA">
      <w:pPr>
        <w:pStyle w:val="Tablecaption0"/>
        <w:spacing w:line="276" w:lineRule="auto"/>
        <w:ind w:left="180"/>
        <w:rPr>
          <w:sz w:val="20"/>
          <w:szCs w:val="20"/>
        </w:rPr>
      </w:pPr>
    </w:p>
    <w:p w14:paraId="1E24C14E" w14:textId="77777777" w:rsidR="002428BA" w:rsidRPr="000D1CCF" w:rsidRDefault="002428BA" w:rsidP="002428BA">
      <w:pPr>
        <w:pStyle w:val="Corptext"/>
        <w:spacing w:after="0"/>
        <w:ind w:left="140" w:firstLine="40"/>
        <w:jc w:val="both"/>
      </w:pPr>
      <w:proofErr w:type="spellStart"/>
      <w:r w:rsidRPr="000D1CCF">
        <w:rPr>
          <w:rFonts w:eastAsia="Arial" w:cs="Arial"/>
          <w:b/>
          <w:bCs/>
          <w:i/>
          <w:iCs/>
        </w:rPr>
        <w:t>Nota</w:t>
      </w:r>
      <w:proofErr w:type="spellEnd"/>
      <w:r w:rsidRPr="000D1CCF">
        <w:rPr>
          <w:rFonts w:eastAsia="Arial" w:cs="Arial"/>
          <w:b/>
          <w:bCs/>
          <w:i/>
          <w:iCs/>
        </w:rPr>
        <w:t xml:space="preserve">: </w:t>
      </w:r>
      <w:proofErr w:type="spellStart"/>
      <w:r w:rsidRPr="000D1CCF">
        <w:rPr>
          <w:i/>
          <w:iCs/>
        </w:rPr>
        <w:t>Specificațiile</w:t>
      </w:r>
      <w:proofErr w:type="spellEnd"/>
      <w:r w:rsidRPr="000D1CCF">
        <w:rPr>
          <w:i/>
          <w:iCs/>
        </w:rPr>
        <w:t xml:space="preserve"> </w:t>
      </w:r>
      <w:proofErr w:type="spellStart"/>
      <w:r w:rsidRPr="000D1CCF">
        <w:rPr>
          <w:i/>
          <w:iCs/>
        </w:rPr>
        <w:t>tehnice</w:t>
      </w:r>
      <w:proofErr w:type="spellEnd"/>
      <w:r w:rsidRPr="000D1CCF">
        <w:rPr>
          <w:i/>
          <w:iCs/>
        </w:rPr>
        <w:t xml:space="preserve"> care </w:t>
      </w:r>
      <w:proofErr w:type="spellStart"/>
      <w:r w:rsidRPr="000D1CCF">
        <w:rPr>
          <w:i/>
          <w:iCs/>
        </w:rPr>
        <w:t>indică</w:t>
      </w:r>
      <w:proofErr w:type="spellEnd"/>
      <w:r w:rsidRPr="000D1CCF">
        <w:rPr>
          <w:i/>
          <w:iCs/>
        </w:rPr>
        <w:t xml:space="preserve"> o </w:t>
      </w:r>
      <w:proofErr w:type="spellStart"/>
      <w:r w:rsidRPr="000D1CCF">
        <w:rPr>
          <w:i/>
          <w:iCs/>
        </w:rPr>
        <w:t>anumită</w:t>
      </w:r>
      <w:proofErr w:type="spellEnd"/>
      <w:r w:rsidRPr="000D1CCF">
        <w:rPr>
          <w:i/>
          <w:iCs/>
        </w:rPr>
        <w:t xml:space="preserve"> origine, </w:t>
      </w:r>
      <w:proofErr w:type="spellStart"/>
      <w:r w:rsidRPr="000D1CCF">
        <w:rPr>
          <w:i/>
          <w:iCs/>
        </w:rPr>
        <w:t>sursă</w:t>
      </w:r>
      <w:proofErr w:type="spellEnd"/>
      <w:r w:rsidRPr="000D1CCF">
        <w:rPr>
          <w:i/>
          <w:iCs/>
        </w:rPr>
        <w:t xml:space="preserve">, </w:t>
      </w:r>
      <w:proofErr w:type="spellStart"/>
      <w:r w:rsidRPr="000D1CCF">
        <w:rPr>
          <w:i/>
          <w:iCs/>
        </w:rPr>
        <w:t>producție</w:t>
      </w:r>
      <w:proofErr w:type="spellEnd"/>
      <w:r w:rsidRPr="000D1CCF">
        <w:rPr>
          <w:i/>
          <w:iCs/>
        </w:rPr>
        <w:t xml:space="preserve">, un </w:t>
      </w:r>
      <w:proofErr w:type="spellStart"/>
      <w:r w:rsidRPr="000D1CCF">
        <w:rPr>
          <w:i/>
          <w:iCs/>
        </w:rPr>
        <w:t>procedeu</w:t>
      </w:r>
      <w:proofErr w:type="spellEnd"/>
      <w:r w:rsidRPr="000D1CCF">
        <w:rPr>
          <w:i/>
          <w:iCs/>
        </w:rPr>
        <w:t xml:space="preserve"> special, o </w:t>
      </w:r>
      <w:proofErr w:type="spellStart"/>
      <w:r w:rsidRPr="000D1CCF">
        <w:rPr>
          <w:i/>
          <w:iCs/>
        </w:rPr>
        <w:t>marcă</w:t>
      </w:r>
      <w:proofErr w:type="spellEnd"/>
      <w:r w:rsidRPr="000D1CCF">
        <w:rPr>
          <w:i/>
          <w:iCs/>
        </w:rPr>
        <w:t xml:space="preserve"> de </w:t>
      </w:r>
      <w:proofErr w:type="spellStart"/>
      <w:r w:rsidRPr="000D1CCF">
        <w:rPr>
          <w:i/>
          <w:iCs/>
        </w:rPr>
        <w:t>fabricație</w:t>
      </w:r>
      <w:proofErr w:type="spellEnd"/>
      <w:r w:rsidRPr="000D1CCF">
        <w:rPr>
          <w:i/>
          <w:iCs/>
        </w:rPr>
        <w:t xml:space="preserve"> </w:t>
      </w:r>
      <w:proofErr w:type="spellStart"/>
      <w:r w:rsidRPr="000D1CCF">
        <w:rPr>
          <w:i/>
          <w:iCs/>
        </w:rPr>
        <w:t>sau</w:t>
      </w:r>
      <w:proofErr w:type="spellEnd"/>
      <w:r w:rsidRPr="000D1CCF">
        <w:rPr>
          <w:i/>
          <w:iCs/>
        </w:rPr>
        <w:t xml:space="preserve"> de </w:t>
      </w:r>
      <w:proofErr w:type="spellStart"/>
      <w:r w:rsidRPr="000D1CCF">
        <w:rPr>
          <w:i/>
          <w:iCs/>
        </w:rPr>
        <w:t>comerț</w:t>
      </w:r>
      <w:proofErr w:type="spellEnd"/>
      <w:r w:rsidRPr="000D1CCF">
        <w:rPr>
          <w:i/>
          <w:iCs/>
        </w:rPr>
        <w:t xml:space="preserve">, un brevet de </w:t>
      </w:r>
      <w:proofErr w:type="spellStart"/>
      <w:r w:rsidRPr="000D1CCF">
        <w:rPr>
          <w:i/>
          <w:iCs/>
        </w:rPr>
        <w:t>invenție</w:t>
      </w:r>
      <w:proofErr w:type="spellEnd"/>
      <w:r w:rsidRPr="000D1CCF">
        <w:rPr>
          <w:i/>
          <w:iCs/>
        </w:rPr>
        <w:t xml:space="preserve">, o </w:t>
      </w:r>
      <w:proofErr w:type="spellStart"/>
      <w:r w:rsidRPr="000D1CCF">
        <w:rPr>
          <w:i/>
          <w:iCs/>
        </w:rPr>
        <w:t>licență</w:t>
      </w:r>
      <w:proofErr w:type="spellEnd"/>
      <w:r w:rsidRPr="000D1CCF">
        <w:rPr>
          <w:i/>
          <w:iCs/>
        </w:rPr>
        <w:t xml:space="preserve"> de </w:t>
      </w:r>
      <w:proofErr w:type="spellStart"/>
      <w:r w:rsidRPr="000D1CCF">
        <w:rPr>
          <w:i/>
          <w:iCs/>
        </w:rPr>
        <w:t>fabricație</w:t>
      </w:r>
      <w:proofErr w:type="spellEnd"/>
      <w:r w:rsidRPr="000D1CCF">
        <w:rPr>
          <w:i/>
          <w:iCs/>
        </w:rPr>
        <w:t xml:space="preserve">, sunt </w:t>
      </w:r>
      <w:proofErr w:type="spellStart"/>
      <w:r w:rsidRPr="000D1CCF">
        <w:rPr>
          <w:i/>
          <w:iCs/>
        </w:rPr>
        <w:t>menționate</w:t>
      </w:r>
      <w:proofErr w:type="spellEnd"/>
      <w:r w:rsidRPr="000D1CCF">
        <w:rPr>
          <w:i/>
          <w:iCs/>
        </w:rPr>
        <w:t xml:space="preserve"> </w:t>
      </w:r>
      <w:proofErr w:type="spellStart"/>
      <w:r w:rsidRPr="000D1CCF">
        <w:rPr>
          <w:i/>
          <w:iCs/>
        </w:rPr>
        <w:t>doar</w:t>
      </w:r>
      <w:proofErr w:type="spellEnd"/>
      <w:r w:rsidRPr="000D1CCF">
        <w:rPr>
          <w:i/>
          <w:iCs/>
        </w:rPr>
        <w:t xml:space="preserve"> </w:t>
      </w:r>
      <w:proofErr w:type="spellStart"/>
      <w:r w:rsidRPr="000D1CCF">
        <w:rPr>
          <w:i/>
          <w:iCs/>
        </w:rPr>
        <w:t>pentru</w:t>
      </w:r>
      <w:proofErr w:type="spellEnd"/>
      <w:r w:rsidRPr="000D1CCF">
        <w:rPr>
          <w:i/>
          <w:iCs/>
        </w:rPr>
        <w:t xml:space="preserve"> </w:t>
      </w:r>
      <w:proofErr w:type="spellStart"/>
      <w:r w:rsidRPr="000D1CCF">
        <w:rPr>
          <w:i/>
          <w:iCs/>
        </w:rPr>
        <w:t>identificarea</w:t>
      </w:r>
      <w:proofErr w:type="spellEnd"/>
      <w:r w:rsidRPr="000D1CCF">
        <w:rPr>
          <w:i/>
          <w:iCs/>
        </w:rPr>
        <w:t xml:space="preserve"> cu </w:t>
      </w:r>
      <w:proofErr w:type="spellStart"/>
      <w:r w:rsidRPr="000D1CCF">
        <w:rPr>
          <w:i/>
          <w:iCs/>
        </w:rPr>
        <w:t>ușurință</w:t>
      </w:r>
      <w:proofErr w:type="spellEnd"/>
      <w:r w:rsidRPr="000D1CCF">
        <w:rPr>
          <w:i/>
          <w:iCs/>
        </w:rPr>
        <w:t xml:space="preserve"> a </w:t>
      </w:r>
      <w:proofErr w:type="spellStart"/>
      <w:r w:rsidRPr="000D1CCF">
        <w:rPr>
          <w:i/>
          <w:iCs/>
        </w:rPr>
        <w:t>tipului</w:t>
      </w:r>
      <w:proofErr w:type="spellEnd"/>
      <w:r w:rsidRPr="000D1CCF">
        <w:rPr>
          <w:i/>
          <w:iCs/>
        </w:rPr>
        <w:t xml:space="preserve"> de </w:t>
      </w:r>
      <w:proofErr w:type="spellStart"/>
      <w:r w:rsidRPr="000D1CCF">
        <w:rPr>
          <w:i/>
          <w:iCs/>
        </w:rPr>
        <w:t>produs</w:t>
      </w:r>
      <w:proofErr w:type="spellEnd"/>
      <w:r w:rsidRPr="000D1CCF">
        <w:rPr>
          <w:i/>
          <w:iCs/>
        </w:rPr>
        <w:t xml:space="preserve"> </w:t>
      </w:r>
      <w:proofErr w:type="spellStart"/>
      <w:r w:rsidRPr="000D1CCF">
        <w:rPr>
          <w:i/>
          <w:iCs/>
        </w:rPr>
        <w:t>și</w:t>
      </w:r>
      <w:proofErr w:type="spellEnd"/>
      <w:r w:rsidRPr="000D1CCF">
        <w:rPr>
          <w:i/>
          <w:iCs/>
        </w:rPr>
        <w:t xml:space="preserve"> nu au ca </w:t>
      </w:r>
      <w:proofErr w:type="spellStart"/>
      <w:r w:rsidRPr="000D1CCF">
        <w:rPr>
          <w:i/>
          <w:iCs/>
        </w:rPr>
        <w:t>efect</w:t>
      </w:r>
      <w:proofErr w:type="spellEnd"/>
      <w:r w:rsidRPr="000D1CCF">
        <w:rPr>
          <w:i/>
          <w:iCs/>
        </w:rPr>
        <w:t xml:space="preserve"> </w:t>
      </w:r>
      <w:proofErr w:type="spellStart"/>
      <w:r w:rsidRPr="000D1CCF">
        <w:rPr>
          <w:i/>
          <w:iCs/>
        </w:rPr>
        <w:t>favorizarea</w:t>
      </w:r>
      <w:proofErr w:type="spellEnd"/>
      <w:r w:rsidRPr="000D1CCF">
        <w:rPr>
          <w:i/>
          <w:iCs/>
        </w:rPr>
        <w:t xml:space="preserve"> </w:t>
      </w:r>
      <w:proofErr w:type="spellStart"/>
      <w:r w:rsidRPr="000D1CCF">
        <w:rPr>
          <w:i/>
          <w:iCs/>
        </w:rPr>
        <w:t>sau</w:t>
      </w:r>
      <w:proofErr w:type="spellEnd"/>
      <w:r w:rsidRPr="000D1CCF">
        <w:rPr>
          <w:i/>
          <w:iCs/>
        </w:rPr>
        <w:t xml:space="preserve"> </w:t>
      </w:r>
      <w:proofErr w:type="spellStart"/>
      <w:r w:rsidRPr="000D1CCF">
        <w:rPr>
          <w:i/>
          <w:iCs/>
        </w:rPr>
        <w:t>eliminarea</w:t>
      </w:r>
      <w:proofErr w:type="spellEnd"/>
      <w:r w:rsidRPr="000D1CCF">
        <w:rPr>
          <w:i/>
          <w:iCs/>
        </w:rPr>
        <w:t xml:space="preserve"> </w:t>
      </w:r>
      <w:proofErr w:type="spellStart"/>
      <w:r w:rsidRPr="000D1CCF">
        <w:rPr>
          <w:i/>
          <w:iCs/>
        </w:rPr>
        <w:t>anumitor</w:t>
      </w:r>
      <w:proofErr w:type="spellEnd"/>
      <w:r w:rsidRPr="000D1CCF">
        <w:rPr>
          <w:i/>
          <w:iCs/>
        </w:rPr>
        <w:t xml:space="preserve"> </w:t>
      </w:r>
      <w:proofErr w:type="spellStart"/>
      <w:r w:rsidRPr="000D1CCF">
        <w:rPr>
          <w:i/>
          <w:iCs/>
        </w:rPr>
        <w:t>operatori</w:t>
      </w:r>
      <w:proofErr w:type="spellEnd"/>
      <w:r w:rsidRPr="000D1CCF">
        <w:rPr>
          <w:i/>
          <w:iCs/>
        </w:rPr>
        <w:t xml:space="preserve"> economici </w:t>
      </w:r>
      <w:proofErr w:type="spellStart"/>
      <w:r w:rsidRPr="000D1CCF">
        <w:rPr>
          <w:i/>
          <w:iCs/>
        </w:rPr>
        <w:t>sau</w:t>
      </w:r>
      <w:proofErr w:type="spellEnd"/>
      <w:r w:rsidRPr="000D1CCF">
        <w:rPr>
          <w:i/>
          <w:iCs/>
        </w:rPr>
        <w:t xml:space="preserve"> </w:t>
      </w:r>
      <w:proofErr w:type="gramStart"/>
      <w:r w:rsidRPr="000D1CCF">
        <w:rPr>
          <w:i/>
          <w:iCs/>
        </w:rPr>
        <w:t>a</w:t>
      </w:r>
      <w:proofErr w:type="gramEnd"/>
      <w:r w:rsidRPr="000D1CCF">
        <w:rPr>
          <w:i/>
          <w:iCs/>
        </w:rPr>
        <w:t xml:space="preserve"> </w:t>
      </w:r>
      <w:proofErr w:type="spellStart"/>
      <w:r w:rsidRPr="000D1CCF">
        <w:rPr>
          <w:i/>
          <w:iCs/>
        </w:rPr>
        <w:t>anumitor</w:t>
      </w:r>
      <w:proofErr w:type="spellEnd"/>
      <w:r w:rsidRPr="000D1CCF">
        <w:rPr>
          <w:i/>
          <w:iCs/>
        </w:rPr>
        <w:t xml:space="preserve"> </w:t>
      </w:r>
      <w:proofErr w:type="spellStart"/>
      <w:r w:rsidRPr="000D1CCF">
        <w:rPr>
          <w:i/>
          <w:iCs/>
        </w:rPr>
        <w:t>produse</w:t>
      </w:r>
      <w:proofErr w:type="spellEnd"/>
      <w:r w:rsidRPr="000D1CCF">
        <w:rPr>
          <w:i/>
          <w:iCs/>
        </w:rPr>
        <w:t xml:space="preserve">, </w:t>
      </w:r>
      <w:proofErr w:type="spellStart"/>
      <w:r w:rsidRPr="000D1CCF">
        <w:rPr>
          <w:i/>
          <w:iCs/>
        </w:rPr>
        <w:t>aceste</w:t>
      </w:r>
      <w:proofErr w:type="spellEnd"/>
      <w:r w:rsidRPr="000D1CCF">
        <w:rPr>
          <w:i/>
          <w:iCs/>
        </w:rPr>
        <w:t xml:space="preserve"> </w:t>
      </w:r>
      <w:proofErr w:type="spellStart"/>
      <w:r w:rsidRPr="000D1CCF">
        <w:rPr>
          <w:i/>
          <w:iCs/>
        </w:rPr>
        <w:t>specificații</w:t>
      </w:r>
      <w:proofErr w:type="spellEnd"/>
      <w:r w:rsidRPr="000D1CCF">
        <w:rPr>
          <w:i/>
          <w:iCs/>
        </w:rPr>
        <w:t xml:space="preserve"> </w:t>
      </w:r>
      <w:proofErr w:type="spellStart"/>
      <w:r w:rsidRPr="000D1CCF">
        <w:rPr>
          <w:i/>
          <w:iCs/>
        </w:rPr>
        <w:t>vor</w:t>
      </w:r>
      <w:proofErr w:type="spellEnd"/>
      <w:r w:rsidRPr="000D1CCF">
        <w:rPr>
          <w:i/>
          <w:iCs/>
        </w:rPr>
        <w:t xml:space="preserve"> fi considerate ca </w:t>
      </w:r>
      <w:proofErr w:type="spellStart"/>
      <w:r w:rsidRPr="000D1CCF">
        <w:rPr>
          <w:i/>
          <w:iCs/>
        </w:rPr>
        <w:t>având</w:t>
      </w:r>
      <w:proofErr w:type="spellEnd"/>
      <w:r w:rsidRPr="000D1CCF">
        <w:rPr>
          <w:i/>
          <w:iCs/>
        </w:rPr>
        <w:t xml:space="preserve"> </w:t>
      </w:r>
      <w:proofErr w:type="spellStart"/>
      <w:r w:rsidRPr="000D1CCF">
        <w:rPr>
          <w:i/>
          <w:iCs/>
        </w:rPr>
        <w:t>mențiunea</w:t>
      </w:r>
      <w:proofErr w:type="spellEnd"/>
      <w:r w:rsidRPr="000D1CCF">
        <w:rPr>
          <w:i/>
          <w:iCs/>
        </w:rPr>
        <w:t xml:space="preserve"> de „SAU ECHIVALENT".</w:t>
      </w:r>
    </w:p>
    <w:p w14:paraId="03187F9E" w14:textId="7456581D" w:rsidR="002428BA" w:rsidRPr="000D1CCF" w:rsidRDefault="002428BA" w:rsidP="002428BA">
      <w:pPr>
        <w:pStyle w:val="Corptext"/>
        <w:spacing w:after="0"/>
        <w:ind w:left="140" w:firstLine="568"/>
        <w:jc w:val="both"/>
      </w:pPr>
      <w:r w:rsidRPr="000D1CCF">
        <w:t xml:space="preserve">La </w:t>
      </w:r>
      <w:proofErr w:type="spellStart"/>
      <w:r w:rsidRPr="000D1CCF">
        <w:t>întocmirea</w:t>
      </w:r>
      <w:proofErr w:type="spellEnd"/>
      <w:r w:rsidRPr="000D1CCF">
        <w:t xml:space="preserve"> </w:t>
      </w:r>
      <w:proofErr w:type="spellStart"/>
      <w:r w:rsidRPr="000D1CCF">
        <w:t>propunerii</w:t>
      </w:r>
      <w:proofErr w:type="spellEnd"/>
      <w:r w:rsidRPr="000D1CCF">
        <w:t xml:space="preserve"> </w:t>
      </w:r>
      <w:proofErr w:type="spellStart"/>
      <w:r w:rsidRPr="000D1CCF">
        <w:t>tehnice</w:t>
      </w:r>
      <w:proofErr w:type="spellEnd"/>
      <w:r w:rsidRPr="000D1CCF">
        <w:t xml:space="preserve"> se </w:t>
      </w:r>
      <w:proofErr w:type="spellStart"/>
      <w:r w:rsidRPr="000D1CCF">
        <w:t>va</w:t>
      </w:r>
      <w:proofErr w:type="spellEnd"/>
      <w:r w:rsidRPr="000D1CCF">
        <w:t xml:space="preserve"> </w:t>
      </w:r>
      <w:proofErr w:type="spellStart"/>
      <w:r w:rsidRPr="000D1CCF">
        <w:t>ține</w:t>
      </w:r>
      <w:proofErr w:type="spellEnd"/>
      <w:r w:rsidRPr="000D1CCF">
        <w:t xml:space="preserve"> </w:t>
      </w:r>
      <w:proofErr w:type="spellStart"/>
      <w:r w:rsidRPr="000D1CCF">
        <w:t>cont</w:t>
      </w:r>
      <w:proofErr w:type="spellEnd"/>
      <w:r w:rsidRPr="000D1CCF">
        <w:t xml:space="preserve"> de </w:t>
      </w:r>
      <w:proofErr w:type="spellStart"/>
      <w:r w:rsidRPr="000D1CCF">
        <w:t>Caietul</w:t>
      </w:r>
      <w:proofErr w:type="spellEnd"/>
      <w:r w:rsidRPr="000D1CCF">
        <w:t xml:space="preserve"> de </w:t>
      </w:r>
      <w:proofErr w:type="spellStart"/>
      <w:r w:rsidRPr="000D1CCF">
        <w:t>sarcini</w:t>
      </w:r>
      <w:proofErr w:type="spellEnd"/>
      <w:r w:rsidRPr="000D1CCF">
        <w:t xml:space="preserve">, precum </w:t>
      </w:r>
      <w:proofErr w:type="spellStart"/>
      <w:r w:rsidRPr="000D1CCF">
        <w:t>și</w:t>
      </w:r>
      <w:proofErr w:type="spellEnd"/>
      <w:r w:rsidRPr="000D1CCF">
        <w:t xml:space="preserve"> de </w:t>
      </w:r>
      <w:proofErr w:type="spellStart"/>
      <w:r w:rsidRPr="000D1CCF">
        <w:t>prevederile</w:t>
      </w:r>
      <w:proofErr w:type="spellEnd"/>
      <w:r w:rsidRPr="000D1CCF">
        <w:t xml:space="preserve"> </w:t>
      </w:r>
      <w:proofErr w:type="spellStart"/>
      <w:r w:rsidRPr="000D1CCF">
        <w:t>documentației</w:t>
      </w:r>
      <w:proofErr w:type="spellEnd"/>
      <w:r w:rsidRPr="000D1CCF">
        <w:t xml:space="preserve"> de </w:t>
      </w:r>
      <w:proofErr w:type="spellStart"/>
      <w:r w:rsidRPr="000D1CCF">
        <w:t>atribuire</w:t>
      </w:r>
      <w:proofErr w:type="spellEnd"/>
      <w:r w:rsidRPr="000D1CCF">
        <w:t xml:space="preserve">. </w:t>
      </w:r>
      <w:proofErr w:type="spellStart"/>
      <w:r w:rsidRPr="000D1CCF">
        <w:t>Ofertantul</w:t>
      </w:r>
      <w:proofErr w:type="spellEnd"/>
      <w:r w:rsidRPr="000D1CCF">
        <w:t xml:space="preserve"> are </w:t>
      </w:r>
      <w:proofErr w:type="spellStart"/>
      <w:r w:rsidRPr="000D1CCF">
        <w:t>obligația</w:t>
      </w:r>
      <w:proofErr w:type="spellEnd"/>
      <w:r w:rsidRPr="000D1CCF">
        <w:t xml:space="preserve"> de a face </w:t>
      </w:r>
      <w:proofErr w:type="spellStart"/>
      <w:r w:rsidRPr="000D1CCF">
        <w:t>dovada</w:t>
      </w:r>
      <w:proofErr w:type="spellEnd"/>
      <w:r w:rsidRPr="000D1CCF">
        <w:t xml:space="preserve"> </w:t>
      </w:r>
      <w:proofErr w:type="spellStart"/>
      <w:r w:rsidRPr="000D1CCF">
        <w:t>conformității</w:t>
      </w:r>
      <w:proofErr w:type="spellEnd"/>
      <w:r w:rsidRPr="000D1CCF">
        <w:t xml:space="preserve"> </w:t>
      </w:r>
      <w:proofErr w:type="spellStart"/>
      <w:r w:rsidRPr="000D1CCF">
        <w:t>produselor</w:t>
      </w:r>
      <w:proofErr w:type="spellEnd"/>
      <w:r w:rsidRPr="000D1CCF">
        <w:t xml:space="preserve"> </w:t>
      </w:r>
      <w:proofErr w:type="spellStart"/>
      <w:r w:rsidRPr="000D1CCF">
        <w:t>livrate</w:t>
      </w:r>
      <w:proofErr w:type="spellEnd"/>
      <w:r w:rsidRPr="000D1CCF">
        <w:t xml:space="preserve"> cu </w:t>
      </w:r>
      <w:proofErr w:type="spellStart"/>
      <w:r w:rsidRPr="000D1CCF">
        <w:t>cerințele</w:t>
      </w:r>
      <w:proofErr w:type="spellEnd"/>
      <w:r w:rsidRPr="000D1CCF">
        <w:t xml:space="preserve"> </w:t>
      </w:r>
      <w:proofErr w:type="spellStart"/>
      <w:r w:rsidRPr="000D1CCF">
        <w:t>prevăzute</w:t>
      </w:r>
      <w:proofErr w:type="spellEnd"/>
      <w:r w:rsidRPr="000D1CCF">
        <w:t xml:space="preserve"> in </w:t>
      </w:r>
      <w:proofErr w:type="spellStart"/>
      <w:r w:rsidRPr="000D1CCF">
        <w:t>Caietul</w:t>
      </w:r>
      <w:proofErr w:type="spellEnd"/>
      <w:r w:rsidRPr="000D1CCF">
        <w:t xml:space="preserve"> de </w:t>
      </w:r>
      <w:proofErr w:type="spellStart"/>
      <w:r w:rsidRPr="000D1CCF">
        <w:t>sarcini</w:t>
      </w:r>
      <w:proofErr w:type="spellEnd"/>
      <w:r w:rsidRPr="000D1CCF">
        <w:t xml:space="preserve"> </w:t>
      </w:r>
      <w:proofErr w:type="spellStart"/>
      <w:r w:rsidRPr="000D1CCF">
        <w:t>ce</w:t>
      </w:r>
      <w:proofErr w:type="spellEnd"/>
      <w:r w:rsidRPr="000D1CCF">
        <w:t xml:space="preserve"> </w:t>
      </w:r>
      <w:proofErr w:type="spellStart"/>
      <w:r w:rsidRPr="000D1CCF">
        <w:t>trebuie</w:t>
      </w:r>
      <w:proofErr w:type="spellEnd"/>
      <w:r w:rsidRPr="000D1CCF">
        <w:t xml:space="preserve"> </w:t>
      </w:r>
      <w:proofErr w:type="spellStart"/>
      <w:r w:rsidRPr="000D1CCF">
        <w:t>respectat</w:t>
      </w:r>
      <w:proofErr w:type="spellEnd"/>
      <w:r w:rsidRPr="000D1CCF">
        <w:t xml:space="preserve"> </w:t>
      </w:r>
      <w:proofErr w:type="spellStart"/>
      <w:r w:rsidRPr="000D1CCF">
        <w:t>în</w:t>
      </w:r>
      <w:proofErr w:type="spellEnd"/>
      <w:r w:rsidRPr="000D1CCF">
        <w:t xml:space="preserve"> </w:t>
      </w:r>
      <w:proofErr w:type="spellStart"/>
      <w:r w:rsidRPr="000D1CCF">
        <w:t>totalitate</w:t>
      </w:r>
      <w:proofErr w:type="spellEnd"/>
      <w:r w:rsidRPr="000D1CCF">
        <w:t>.</w:t>
      </w:r>
    </w:p>
    <w:p w14:paraId="5DE47F4D" w14:textId="77777777" w:rsidR="002428BA" w:rsidRPr="000D1CCF" w:rsidRDefault="002428BA" w:rsidP="002428BA">
      <w:pPr>
        <w:pStyle w:val="Corptext"/>
        <w:spacing w:after="0"/>
        <w:ind w:left="140" w:firstLine="568"/>
      </w:pPr>
      <w:proofErr w:type="spellStart"/>
      <w:r w:rsidRPr="000D1CCF">
        <w:lastRenderedPageBreak/>
        <w:t>Propunerea</w:t>
      </w:r>
      <w:proofErr w:type="spellEnd"/>
      <w:r w:rsidRPr="000D1CCF">
        <w:t xml:space="preserve"> </w:t>
      </w:r>
      <w:proofErr w:type="spellStart"/>
      <w:r w:rsidRPr="000D1CCF">
        <w:t>tehnică</w:t>
      </w:r>
      <w:proofErr w:type="spellEnd"/>
      <w:r w:rsidRPr="000D1CCF">
        <w:t xml:space="preserve"> se </w:t>
      </w:r>
      <w:proofErr w:type="spellStart"/>
      <w:r w:rsidRPr="000D1CCF">
        <w:t>va</w:t>
      </w:r>
      <w:proofErr w:type="spellEnd"/>
      <w:r w:rsidRPr="000D1CCF">
        <w:t xml:space="preserve"> </w:t>
      </w:r>
      <w:proofErr w:type="spellStart"/>
      <w:r w:rsidRPr="000D1CCF">
        <w:t>elabora</w:t>
      </w:r>
      <w:proofErr w:type="spellEnd"/>
      <w:r w:rsidRPr="000D1CCF">
        <w:t xml:space="preserve"> cu </w:t>
      </w:r>
      <w:proofErr w:type="spellStart"/>
      <w:r w:rsidRPr="000D1CCF">
        <w:t>respectarea</w:t>
      </w:r>
      <w:proofErr w:type="spellEnd"/>
      <w:r w:rsidRPr="000D1CCF">
        <w:t xml:space="preserve"> </w:t>
      </w:r>
      <w:proofErr w:type="spellStart"/>
      <w:r w:rsidRPr="000D1CCF">
        <w:t>specificațiilor</w:t>
      </w:r>
      <w:proofErr w:type="spellEnd"/>
      <w:r w:rsidRPr="000D1CCF">
        <w:t xml:space="preserve"> </w:t>
      </w:r>
      <w:proofErr w:type="spellStart"/>
      <w:r w:rsidRPr="000D1CCF">
        <w:t>tehnice</w:t>
      </w:r>
      <w:proofErr w:type="spellEnd"/>
      <w:r w:rsidRPr="000D1CCF">
        <w:t xml:space="preserve"> </w:t>
      </w:r>
      <w:proofErr w:type="spellStart"/>
      <w:r w:rsidRPr="000D1CCF">
        <w:t>minimale</w:t>
      </w:r>
      <w:proofErr w:type="spellEnd"/>
      <w:r w:rsidRPr="000D1CCF">
        <w:t xml:space="preserve">, </w:t>
      </w:r>
      <w:proofErr w:type="spellStart"/>
      <w:r w:rsidRPr="000D1CCF">
        <w:t>astfel</w:t>
      </w:r>
      <w:proofErr w:type="spellEnd"/>
      <w:r w:rsidRPr="000D1CCF">
        <w:t xml:space="preserve"> cum s-a </w:t>
      </w:r>
      <w:proofErr w:type="spellStart"/>
      <w:r w:rsidRPr="000D1CCF">
        <w:t>solicitat</w:t>
      </w:r>
      <w:proofErr w:type="spellEnd"/>
      <w:r w:rsidRPr="000D1CCF">
        <w:t xml:space="preserve"> </w:t>
      </w:r>
      <w:proofErr w:type="spellStart"/>
      <w:r w:rsidRPr="000D1CCF">
        <w:t>prin</w:t>
      </w:r>
      <w:proofErr w:type="spellEnd"/>
      <w:r w:rsidRPr="000D1CCF">
        <w:t xml:space="preserve"> </w:t>
      </w:r>
      <w:proofErr w:type="spellStart"/>
      <w:r w:rsidRPr="000D1CCF">
        <w:t>Caietului</w:t>
      </w:r>
      <w:proofErr w:type="spellEnd"/>
      <w:r w:rsidRPr="000D1CCF">
        <w:t xml:space="preserve"> de </w:t>
      </w:r>
      <w:proofErr w:type="spellStart"/>
      <w:r w:rsidRPr="000D1CCF">
        <w:t>sarcini</w:t>
      </w:r>
      <w:proofErr w:type="spellEnd"/>
      <w:r w:rsidRPr="000D1CCF">
        <w:t>.</w:t>
      </w:r>
    </w:p>
    <w:p w14:paraId="21F4A1F1" w14:textId="77777777" w:rsidR="002428BA" w:rsidRDefault="002428BA" w:rsidP="002428BA">
      <w:pPr>
        <w:pStyle w:val="Corptext"/>
        <w:spacing w:after="0"/>
        <w:ind w:left="140" w:firstLine="40"/>
        <w:jc w:val="both"/>
      </w:pPr>
      <w:proofErr w:type="spellStart"/>
      <w:r w:rsidRPr="000D1CCF">
        <w:t>Propunerea</w:t>
      </w:r>
      <w:proofErr w:type="spellEnd"/>
      <w:r w:rsidRPr="000D1CCF">
        <w:t xml:space="preserve"> </w:t>
      </w:r>
      <w:proofErr w:type="spellStart"/>
      <w:r w:rsidRPr="000D1CCF">
        <w:t>tehnică</w:t>
      </w:r>
      <w:proofErr w:type="spellEnd"/>
      <w:r w:rsidRPr="000D1CCF">
        <w:t xml:space="preserve"> se </w:t>
      </w:r>
      <w:proofErr w:type="spellStart"/>
      <w:r w:rsidRPr="000D1CCF">
        <w:t>va</w:t>
      </w:r>
      <w:proofErr w:type="spellEnd"/>
      <w:r w:rsidRPr="000D1CCF">
        <w:t xml:space="preserve"> </w:t>
      </w:r>
      <w:proofErr w:type="spellStart"/>
      <w:r w:rsidRPr="000D1CCF">
        <w:t>prezenta</w:t>
      </w:r>
      <w:proofErr w:type="spellEnd"/>
      <w:r w:rsidRPr="000D1CCF">
        <w:t xml:space="preserve"> </w:t>
      </w:r>
      <w:proofErr w:type="spellStart"/>
      <w:r w:rsidRPr="000D1CCF">
        <w:t>astfel</w:t>
      </w:r>
      <w:proofErr w:type="spellEnd"/>
      <w:r w:rsidRPr="000D1CCF">
        <w:t xml:space="preserve"> </w:t>
      </w:r>
      <w:proofErr w:type="spellStart"/>
      <w:r w:rsidRPr="000D1CCF">
        <w:t>încât</w:t>
      </w:r>
      <w:proofErr w:type="spellEnd"/>
      <w:r w:rsidRPr="000D1CCF">
        <w:t xml:space="preserve"> </w:t>
      </w:r>
      <w:proofErr w:type="spellStart"/>
      <w:r w:rsidRPr="000D1CCF">
        <w:t>să</w:t>
      </w:r>
      <w:proofErr w:type="spellEnd"/>
      <w:r w:rsidRPr="000D1CCF">
        <w:t xml:space="preserve"> se </w:t>
      </w:r>
      <w:proofErr w:type="spellStart"/>
      <w:r w:rsidRPr="000D1CCF">
        <w:t>asigure</w:t>
      </w:r>
      <w:proofErr w:type="spellEnd"/>
      <w:r w:rsidRPr="000D1CCF">
        <w:t xml:space="preserve"> </w:t>
      </w:r>
      <w:proofErr w:type="spellStart"/>
      <w:r w:rsidRPr="000D1CCF">
        <w:t>posibilitatea</w:t>
      </w:r>
      <w:proofErr w:type="spellEnd"/>
      <w:r w:rsidRPr="000D1CCF">
        <w:t xml:space="preserve"> </w:t>
      </w:r>
      <w:proofErr w:type="spellStart"/>
      <w:r w:rsidRPr="000D1CCF">
        <w:t>verificării</w:t>
      </w:r>
      <w:proofErr w:type="spellEnd"/>
      <w:r w:rsidRPr="000D1CCF">
        <w:t xml:space="preserve"> </w:t>
      </w:r>
      <w:proofErr w:type="spellStart"/>
      <w:r w:rsidRPr="000D1CCF">
        <w:t>corespondenței</w:t>
      </w:r>
      <w:proofErr w:type="spellEnd"/>
      <w:r w:rsidRPr="000D1CCF">
        <w:t xml:space="preserve"> </w:t>
      </w:r>
      <w:proofErr w:type="spellStart"/>
      <w:r w:rsidRPr="000D1CCF">
        <w:t>propunerii</w:t>
      </w:r>
      <w:proofErr w:type="spellEnd"/>
      <w:r w:rsidRPr="000D1CCF">
        <w:t xml:space="preserve"> </w:t>
      </w:r>
      <w:proofErr w:type="spellStart"/>
      <w:r w:rsidRPr="000D1CCF">
        <w:t>tehnice</w:t>
      </w:r>
      <w:proofErr w:type="spellEnd"/>
      <w:r w:rsidRPr="000D1CCF">
        <w:t xml:space="preserve"> cu </w:t>
      </w:r>
      <w:proofErr w:type="spellStart"/>
      <w:r w:rsidRPr="000D1CCF">
        <w:t>specificațiile</w:t>
      </w:r>
      <w:proofErr w:type="spellEnd"/>
      <w:r w:rsidRPr="000D1CCF">
        <w:t xml:space="preserve"> </w:t>
      </w:r>
      <w:proofErr w:type="spellStart"/>
      <w:r w:rsidRPr="000D1CCF">
        <w:t>tehnice</w:t>
      </w:r>
      <w:proofErr w:type="spellEnd"/>
      <w:r w:rsidRPr="000D1CCF">
        <w:t xml:space="preserve"> </w:t>
      </w:r>
      <w:proofErr w:type="spellStart"/>
      <w:r w:rsidRPr="000D1CCF">
        <w:t>prevăzute</w:t>
      </w:r>
      <w:proofErr w:type="spellEnd"/>
      <w:r w:rsidRPr="000D1CCF">
        <w:t xml:space="preserve"> </w:t>
      </w:r>
      <w:proofErr w:type="spellStart"/>
      <w:r w:rsidRPr="000D1CCF">
        <w:t>în</w:t>
      </w:r>
      <w:proofErr w:type="spellEnd"/>
      <w:r w:rsidRPr="000D1CCF">
        <w:t xml:space="preserve"> </w:t>
      </w:r>
      <w:proofErr w:type="spellStart"/>
      <w:r w:rsidRPr="000D1CCF">
        <w:t>Caietul</w:t>
      </w:r>
      <w:proofErr w:type="spellEnd"/>
      <w:r w:rsidRPr="000D1CCF">
        <w:t xml:space="preserve"> de </w:t>
      </w:r>
      <w:proofErr w:type="spellStart"/>
      <w:r w:rsidRPr="000D1CCF">
        <w:t>sarcini</w:t>
      </w:r>
      <w:proofErr w:type="spellEnd"/>
      <w:r w:rsidRPr="000D1CCF">
        <w:t xml:space="preserve">. </w:t>
      </w:r>
      <w:proofErr w:type="spellStart"/>
      <w:r w:rsidRPr="000D1CCF">
        <w:t>Oferta</w:t>
      </w:r>
      <w:proofErr w:type="spellEnd"/>
      <w:r w:rsidRPr="000D1CCF">
        <w:t xml:space="preserve"> </w:t>
      </w:r>
      <w:proofErr w:type="spellStart"/>
      <w:r w:rsidRPr="000D1CCF">
        <w:t>tehnică</w:t>
      </w:r>
      <w:proofErr w:type="spellEnd"/>
      <w:r w:rsidRPr="000D1CCF">
        <w:t xml:space="preserve">, </w:t>
      </w:r>
      <w:proofErr w:type="spellStart"/>
      <w:r w:rsidRPr="000D1CCF">
        <w:t>pentru</w:t>
      </w:r>
      <w:proofErr w:type="spellEnd"/>
      <w:r w:rsidRPr="000D1CCF">
        <w:t xml:space="preserve"> a fi </w:t>
      </w:r>
      <w:proofErr w:type="spellStart"/>
      <w:r w:rsidRPr="000D1CCF">
        <w:t>considerată</w:t>
      </w:r>
      <w:proofErr w:type="spellEnd"/>
      <w:r w:rsidRPr="000D1CCF">
        <w:t xml:space="preserve"> </w:t>
      </w:r>
      <w:proofErr w:type="spellStart"/>
      <w:r w:rsidRPr="000D1CCF">
        <w:t>conformă</w:t>
      </w:r>
      <w:proofErr w:type="spellEnd"/>
      <w:r w:rsidRPr="000D1CCF">
        <w:t xml:space="preserve"> </w:t>
      </w:r>
      <w:proofErr w:type="spellStart"/>
      <w:r w:rsidRPr="000D1CCF">
        <w:t>trebuie</w:t>
      </w:r>
      <w:proofErr w:type="spellEnd"/>
      <w:r w:rsidRPr="000D1CCF">
        <w:t xml:space="preserve"> </w:t>
      </w:r>
      <w:proofErr w:type="spellStart"/>
      <w:r w:rsidRPr="000D1CCF">
        <w:t>sa</w:t>
      </w:r>
      <w:proofErr w:type="spellEnd"/>
      <w:r w:rsidRPr="000D1CCF">
        <w:t xml:space="preserve"> </w:t>
      </w:r>
      <w:proofErr w:type="spellStart"/>
      <w:r w:rsidRPr="000D1CCF">
        <w:t>îndeplinească</w:t>
      </w:r>
      <w:proofErr w:type="spellEnd"/>
      <w:r w:rsidRPr="000D1CCF">
        <w:t xml:space="preserve"> </w:t>
      </w:r>
      <w:proofErr w:type="spellStart"/>
      <w:r w:rsidRPr="000D1CCF">
        <w:t>cerințele</w:t>
      </w:r>
      <w:proofErr w:type="spellEnd"/>
      <w:r w:rsidRPr="000D1CCF">
        <w:t xml:space="preserve"> </w:t>
      </w:r>
      <w:proofErr w:type="spellStart"/>
      <w:r w:rsidRPr="000D1CCF">
        <w:t>minime</w:t>
      </w:r>
      <w:proofErr w:type="spellEnd"/>
      <w:r w:rsidRPr="000D1CCF">
        <w:t xml:space="preserve"> </w:t>
      </w:r>
      <w:proofErr w:type="spellStart"/>
      <w:r w:rsidRPr="000D1CCF">
        <w:t>prevăzute</w:t>
      </w:r>
      <w:proofErr w:type="spellEnd"/>
      <w:r w:rsidRPr="000D1CCF">
        <w:t xml:space="preserve"> </w:t>
      </w:r>
      <w:proofErr w:type="spellStart"/>
      <w:r w:rsidRPr="000D1CCF">
        <w:t>în</w:t>
      </w:r>
      <w:proofErr w:type="spellEnd"/>
      <w:r w:rsidRPr="000D1CCF">
        <w:t xml:space="preserve"> </w:t>
      </w:r>
      <w:proofErr w:type="spellStart"/>
      <w:r w:rsidRPr="000D1CCF">
        <w:t>Caietul</w:t>
      </w:r>
      <w:proofErr w:type="spellEnd"/>
      <w:r w:rsidRPr="000D1CCF">
        <w:t xml:space="preserve"> de </w:t>
      </w:r>
      <w:proofErr w:type="spellStart"/>
      <w:r w:rsidRPr="000D1CCF">
        <w:t>sarcini</w:t>
      </w:r>
      <w:proofErr w:type="spellEnd"/>
      <w:r w:rsidRPr="000D1CCF">
        <w:t>.</w:t>
      </w:r>
    </w:p>
    <w:p w14:paraId="360A2385" w14:textId="77777777" w:rsidR="00C90C02" w:rsidRPr="000D1CCF" w:rsidRDefault="00C90C02" w:rsidP="002428BA">
      <w:pPr>
        <w:pStyle w:val="Corptext"/>
        <w:spacing w:after="0"/>
        <w:ind w:left="140" w:firstLine="40"/>
        <w:jc w:val="both"/>
      </w:pPr>
    </w:p>
    <w:p w14:paraId="40F5536C" w14:textId="77777777" w:rsidR="002428BA" w:rsidRPr="000D1CCF" w:rsidRDefault="002428BA" w:rsidP="002428BA">
      <w:pPr>
        <w:pStyle w:val="Heading30"/>
        <w:keepNext/>
        <w:keepLines/>
        <w:spacing w:after="0" w:line="276" w:lineRule="auto"/>
        <w:ind w:firstLine="140"/>
        <w:rPr>
          <w:sz w:val="20"/>
          <w:szCs w:val="20"/>
        </w:rPr>
      </w:pPr>
      <w:bookmarkStart w:id="14" w:name="bookmark491"/>
      <w:bookmarkStart w:id="15" w:name="bookmark492"/>
      <w:bookmarkStart w:id="16" w:name="bookmark493"/>
      <w:proofErr w:type="spellStart"/>
      <w:r w:rsidRPr="000D1CCF">
        <w:rPr>
          <w:sz w:val="20"/>
          <w:szCs w:val="20"/>
        </w:rPr>
        <w:t>Propunerea</w:t>
      </w:r>
      <w:proofErr w:type="spellEnd"/>
      <w:r w:rsidRPr="000D1CCF">
        <w:rPr>
          <w:sz w:val="20"/>
          <w:szCs w:val="20"/>
        </w:rPr>
        <w:t xml:space="preserve"> </w:t>
      </w:r>
      <w:proofErr w:type="spellStart"/>
      <w:r w:rsidRPr="000D1CCF">
        <w:rPr>
          <w:sz w:val="20"/>
          <w:szCs w:val="20"/>
        </w:rPr>
        <w:t>tehnică</w:t>
      </w:r>
      <w:proofErr w:type="spellEnd"/>
      <w:r w:rsidRPr="000D1CCF">
        <w:rPr>
          <w:sz w:val="20"/>
          <w:szCs w:val="20"/>
        </w:rPr>
        <w:t xml:space="preserve"> </w:t>
      </w:r>
      <w:proofErr w:type="spellStart"/>
      <w:r w:rsidRPr="000D1CCF">
        <w:rPr>
          <w:sz w:val="20"/>
          <w:szCs w:val="20"/>
        </w:rPr>
        <w:t>va</w:t>
      </w:r>
      <w:proofErr w:type="spellEnd"/>
      <w:r w:rsidRPr="000D1CCF">
        <w:rPr>
          <w:sz w:val="20"/>
          <w:szCs w:val="20"/>
        </w:rPr>
        <w:t xml:space="preserve"> </w:t>
      </w:r>
      <w:proofErr w:type="spellStart"/>
      <w:r w:rsidRPr="000D1CCF">
        <w:rPr>
          <w:sz w:val="20"/>
          <w:szCs w:val="20"/>
        </w:rPr>
        <w:t>conține</w:t>
      </w:r>
      <w:proofErr w:type="spellEnd"/>
      <w:r w:rsidRPr="000D1CCF">
        <w:rPr>
          <w:sz w:val="20"/>
          <w:szCs w:val="20"/>
        </w:rPr>
        <w:t>:</w:t>
      </w:r>
      <w:bookmarkEnd w:id="14"/>
      <w:bookmarkEnd w:id="15"/>
      <w:bookmarkEnd w:id="16"/>
    </w:p>
    <w:p w14:paraId="1E8E2AE8" w14:textId="77777777" w:rsidR="002428BA" w:rsidRPr="000D1CCF" w:rsidRDefault="002428BA" w:rsidP="002428BA">
      <w:pPr>
        <w:pStyle w:val="Corptext"/>
        <w:widowControl w:val="0"/>
        <w:numPr>
          <w:ilvl w:val="0"/>
          <w:numId w:val="17"/>
        </w:numPr>
        <w:tabs>
          <w:tab w:val="left" w:pos="431"/>
        </w:tabs>
        <w:spacing w:after="0"/>
        <w:ind w:firstLine="140"/>
      </w:pPr>
      <w:bookmarkStart w:id="17" w:name="bookmark494"/>
      <w:bookmarkEnd w:id="17"/>
      <w:proofErr w:type="spellStart"/>
      <w:r w:rsidRPr="000D1CCF">
        <w:t>Descrierea</w:t>
      </w:r>
      <w:proofErr w:type="spellEnd"/>
      <w:r w:rsidRPr="000D1CCF">
        <w:t xml:space="preserve"> </w:t>
      </w:r>
      <w:proofErr w:type="spellStart"/>
      <w:r w:rsidRPr="000D1CCF">
        <w:t>detaliată</w:t>
      </w:r>
      <w:proofErr w:type="spellEnd"/>
      <w:r w:rsidRPr="000D1CCF">
        <w:t xml:space="preserve"> a </w:t>
      </w:r>
      <w:proofErr w:type="spellStart"/>
      <w:r w:rsidRPr="000D1CCF">
        <w:t>produselor</w:t>
      </w:r>
      <w:proofErr w:type="spellEnd"/>
      <w:r w:rsidRPr="000D1CCF">
        <w:t xml:space="preserve"> </w:t>
      </w:r>
      <w:proofErr w:type="spellStart"/>
      <w:r w:rsidRPr="000D1CCF">
        <w:t>ce</w:t>
      </w:r>
      <w:proofErr w:type="spellEnd"/>
      <w:r w:rsidRPr="000D1CCF">
        <w:t xml:space="preserve"> </w:t>
      </w:r>
      <w:proofErr w:type="spellStart"/>
      <w:r w:rsidRPr="000D1CCF">
        <w:t>vor</w:t>
      </w:r>
      <w:proofErr w:type="spellEnd"/>
      <w:r w:rsidRPr="000D1CCF">
        <w:t xml:space="preserve"> fi </w:t>
      </w:r>
      <w:proofErr w:type="spellStart"/>
      <w:r w:rsidRPr="000D1CCF">
        <w:t>livrate</w:t>
      </w:r>
      <w:proofErr w:type="spellEnd"/>
      <w:r w:rsidRPr="000D1CCF">
        <w:t>.</w:t>
      </w:r>
    </w:p>
    <w:p w14:paraId="5128C856" w14:textId="29CCEB2D" w:rsidR="002428BA" w:rsidRDefault="002428BA" w:rsidP="00C90C02">
      <w:pPr>
        <w:pStyle w:val="Corptext"/>
        <w:widowControl w:val="0"/>
        <w:numPr>
          <w:ilvl w:val="0"/>
          <w:numId w:val="17"/>
        </w:numPr>
        <w:tabs>
          <w:tab w:val="left" w:pos="453"/>
        </w:tabs>
        <w:spacing w:after="0"/>
        <w:ind w:left="140" w:firstLine="40"/>
        <w:jc w:val="both"/>
      </w:pPr>
      <w:bookmarkStart w:id="18" w:name="bookmark495"/>
      <w:bookmarkEnd w:id="18"/>
      <w:proofErr w:type="spellStart"/>
      <w:r w:rsidRPr="000D1CCF">
        <w:t>Termenul</w:t>
      </w:r>
      <w:proofErr w:type="spellEnd"/>
      <w:r w:rsidRPr="000D1CCF">
        <w:t xml:space="preserve"> de </w:t>
      </w:r>
      <w:proofErr w:type="spellStart"/>
      <w:r w:rsidRPr="000D1CCF">
        <w:t>livrare</w:t>
      </w:r>
      <w:proofErr w:type="spellEnd"/>
      <w:r w:rsidRPr="000D1CCF">
        <w:t xml:space="preserve"> a </w:t>
      </w:r>
      <w:proofErr w:type="spellStart"/>
      <w:r w:rsidRPr="000D1CCF">
        <w:t>produselor</w:t>
      </w:r>
      <w:proofErr w:type="spellEnd"/>
      <w:r w:rsidRPr="000D1CCF">
        <w:t xml:space="preserve">, se </w:t>
      </w:r>
      <w:proofErr w:type="spellStart"/>
      <w:r w:rsidRPr="000D1CCF">
        <w:t>va</w:t>
      </w:r>
      <w:proofErr w:type="spellEnd"/>
      <w:r w:rsidRPr="000D1CCF">
        <w:t xml:space="preserve"> </w:t>
      </w:r>
      <w:proofErr w:type="spellStart"/>
      <w:r w:rsidRPr="000D1CCF">
        <w:t>exprima</w:t>
      </w:r>
      <w:proofErr w:type="spellEnd"/>
      <w:r w:rsidRPr="000D1CCF">
        <w:t xml:space="preserve"> </w:t>
      </w:r>
      <w:proofErr w:type="spellStart"/>
      <w:r w:rsidRPr="000D1CCF">
        <w:t>în</w:t>
      </w:r>
      <w:proofErr w:type="spellEnd"/>
      <w:r w:rsidRPr="000D1CCF">
        <w:t xml:space="preserve"> </w:t>
      </w:r>
      <w:proofErr w:type="spellStart"/>
      <w:r w:rsidRPr="000D1CCF">
        <w:t>număr</w:t>
      </w:r>
      <w:proofErr w:type="spellEnd"/>
      <w:r w:rsidRPr="000D1CCF">
        <w:t xml:space="preserve"> de </w:t>
      </w:r>
      <w:proofErr w:type="spellStart"/>
      <w:r w:rsidRPr="000D1CCF">
        <w:t>zile</w:t>
      </w:r>
      <w:proofErr w:type="spellEnd"/>
      <w:r w:rsidRPr="000D1CCF">
        <w:t xml:space="preserve"> </w:t>
      </w:r>
      <w:proofErr w:type="spellStart"/>
      <w:r w:rsidRPr="000D1CCF">
        <w:t>calendaristice</w:t>
      </w:r>
      <w:proofErr w:type="spellEnd"/>
      <w:r w:rsidRPr="000D1CCF">
        <w:t xml:space="preserve">, </w:t>
      </w:r>
      <w:proofErr w:type="spellStart"/>
      <w:r w:rsidRPr="000D1CCF">
        <w:t>într</w:t>
      </w:r>
      <w:proofErr w:type="spellEnd"/>
      <w:r w:rsidRPr="000D1CCF">
        <w:t xml:space="preserve">-un mod realist, </w:t>
      </w:r>
      <w:proofErr w:type="spellStart"/>
      <w:r w:rsidRPr="000D1CCF">
        <w:t>ținând</w:t>
      </w:r>
      <w:proofErr w:type="spellEnd"/>
      <w:r w:rsidRPr="000D1CCF">
        <w:t xml:space="preserve"> </w:t>
      </w:r>
      <w:proofErr w:type="spellStart"/>
      <w:r w:rsidRPr="000D1CCF">
        <w:t>cont</w:t>
      </w:r>
      <w:proofErr w:type="spellEnd"/>
      <w:r w:rsidRPr="000D1CCF">
        <w:t xml:space="preserve"> de </w:t>
      </w:r>
      <w:proofErr w:type="spellStart"/>
      <w:r w:rsidRPr="000D1CCF">
        <w:t>resursele</w:t>
      </w:r>
      <w:proofErr w:type="spellEnd"/>
      <w:r w:rsidRPr="000D1CCF">
        <w:t xml:space="preserve"> </w:t>
      </w:r>
      <w:proofErr w:type="spellStart"/>
      <w:r w:rsidRPr="000D1CCF">
        <w:t>materiale</w:t>
      </w:r>
      <w:proofErr w:type="spellEnd"/>
      <w:r w:rsidRPr="000D1CCF">
        <w:t xml:space="preserve">, </w:t>
      </w:r>
      <w:proofErr w:type="spellStart"/>
      <w:r w:rsidRPr="000D1CCF">
        <w:t>umane</w:t>
      </w:r>
      <w:proofErr w:type="spellEnd"/>
      <w:r w:rsidRPr="000D1CCF">
        <w:t xml:space="preserve"> </w:t>
      </w:r>
      <w:proofErr w:type="spellStart"/>
      <w:r w:rsidRPr="000D1CCF">
        <w:t>și</w:t>
      </w:r>
      <w:proofErr w:type="spellEnd"/>
      <w:r w:rsidRPr="000D1CCF">
        <w:t xml:space="preserve"> </w:t>
      </w:r>
      <w:proofErr w:type="spellStart"/>
      <w:r w:rsidRPr="000D1CCF">
        <w:t>tehnice</w:t>
      </w:r>
      <w:proofErr w:type="spellEnd"/>
      <w:r w:rsidRPr="000D1CCF">
        <w:t xml:space="preserve"> </w:t>
      </w:r>
      <w:proofErr w:type="spellStart"/>
      <w:r w:rsidRPr="000D1CCF">
        <w:t>și</w:t>
      </w:r>
      <w:proofErr w:type="spellEnd"/>
      <w:r w:rsidRPr="000D1CCF">
        <w:t xml:space="preserve"> de </w:t>
      </w:r>
      <w:proofErr w:type="spellStart"/>
      <w:r w:rsidRPr="000D1CCF">
        <w:t>contractele</w:t>
      </w:r>
      <w:proofErr w:type="spellEnd"/>
      <w:r w:rsidRPr="000D1CCF">
        <w:t xml:space="preserve"> </w:t>
      </w:r>
      <w:proofErr w:type="spellStart"/>
      <w:r w:rsidRPr="000D1CCF">
        <w:t>aflate</w:t>
      </w:r>
      <w:proofErr w:type="spellEnd"/>
      <w:r w:rsidRPr="000D1CCF">
        <w:t xml:space="preserve"> </w:t>
      </w:r>
      <w:proofErr w:type="spellStart"/>
      <w:r w:rsidRPr="000D1CCF">
        <w:t>în</w:t>
      </w:r>
      <w:proofErr w:type="spellEnd"/>
      <w:r w:rsidRPr="000D1CCF">
        <w:t xml:space="preserve"> </w:t>
      </w:r>
      <w:proofErr w:type="spellStart"/>
      <w:r w:rsidRPr="000D1CCF">
        <w:t>derulare</w:t>
      </w:r>
      <w:proofErr w:type="spellEnd"/>
      <w:r w:rsidRPr="000D1CCF">
        <w:t xml:space="preserve"> </w:t>
      </w:r>
      <w:bookmarkStart w:id="19" w:name="bookmark496"/>
      <w:bookmarkEnd w:id="19"/>
    </w:p>
    <w:p w14:paraId="3566E6EE" w14:textId="77777777" w:rsidR="00C90C02" w:rsidRPr="000D1CCF" w:rsidRDefault="00C90C02" w:rsidP="00C90C02">
      <w:pPr>
        <w:pStyle w:val="Corptext"/>
        <w:widowControl w:val="0"/>
        <w:tabs>
          <w:tab w:val="left" w:pos="453"/>
        </w:tabs>
        <w:spacing w:after="0"/>
        <w:ind w:left="180"/>
        <w:jc w:val="both"/>
      </w:pPr>
    </w:p>
    <w:p w14:paraId="249A65FB" w14:textId="77777777" w:rsidR="002428BA" w:rsidRPr="000D1CCF" w:rsidRDefault="002428BA" w:rsidP="00C90C02">
      <w:pPr>
        <w:pStyle w:val="Corptext"/>
        <w:spacing w:after="0"/>
        <w:jc w:val="both"/>
      </w:pPr>
      <w:r w:rsidRPr="000D1CCF">
        <w:t xml:space="preserve">Se </w:t>
      </w:r>
      <w:proofErr w:type="spellStart"/>
      <w:r w:rsidRPr="000D1CCF">
        <w:t>vor</w:t>
      </w:r>
      <w:proofErr w:type="spellEnd"/>
      <w:r w:rsidRPr="000D1CCF">
        <w:t xml:space="preserve"> </w:t>
      </w:r>
      <w:proofErr w:type="spellStart"/>
      <w:r w:rsidRPr="000D1CCF">
        <w:t>respecta</w:t>
      </w:r>
      <w:proofErr w:type="spellEnd"/>
      <w:r w:rsidRPr="000D1CCF">
        <w:t xml:space="preserve"> </w:t>
      </w:r>
      <w:proofErr w:type="spellStart"/>
      <w:r w:rsidRPr="000D1CCF">
        <w:t>condițiile</w:t>
      </w:r>
      <w:proofErr w:type="spellEnd"/>
      <w:r w:rsidRPr="000D1CCF">
        <w:t xml:space="preserve"> de </w:t>
      </w:r>
      <w:proofErr w:type="spellStart"/>
      <w:r w:rsidRPr="000D1CCF">
        <w:t>mediu</w:t>
      </w:r>
      <w:proofErr w:type="spellEnd"/>
      <w:r w:rsidRPr="000D1CCF">
        <w:t xml:space="preserve">, social </w:t>
      </w:r>
      <w:proofErr w:type="spellStart"/>
      <w:r w:rsidRPr="000D1CCF">
        <w:t>și</w:t>
      </w:r>
      <w:proofErr w:type="spellEnd"/>
      <w:r w:rsidRPr="000D1CCF">
        <w:t xml:space="preserve"> cu </w:t>
      </w:r>
      <w:proofErr w:type="spellStart"/>
      <w:r w:rsidRPr="000D1CCF">
        <w:t>privire</w:t>
      </w:r>
      <w:proofErr w:type="spellEnd"/>
      <w:r w:rsidRPr="000D1CCF">
        <w:t xml:space="preserve"> la </w:t>
      </w:r>
      <w:proofErr w:type="spellStart"/>
      <w:r w:rsidRPr="000D1CCF">
        <w:t>relațiile</w:t>
      </w:r>
      <w:proofErr w:type="spellEnd"/>
      <w:r w:rsidRPr="000D1CCF">
        <w:t xml:space="preserve"> de </w:t>
      </w:r>
      <w:proofErr w:type="spellStart"/>
      <w:r w:rsidRPr="000D1CCF">
        <w:t>muncă</w:t>
      </w:r>
      <w:proofErr w:type="spellEnd"/>
      <w:r w:rsidRPr="000D1CCF">
        <w:t xml:space="preserve"> pe </w:t>
      </w:r>
      <w:proofErr w:type="spellStart"/>
      <w:r w:rsidRPr="000D1CCF">
        <w:t>toată</w:t>
      </w:r>
      <w:proofErr w:type="spellEnd"/>
      <w:r w:rsidRPr="000D1CCF">
        <w:t xml:space="preserve"> </w:t>
      </w:r>
      <w:proofErr w:type="spellStart"/>
      <w:r w:rsidRPr="000D1CCF">
        <w:t>durata</w:t>
      </w:r>
      <w:proofErr w:type="spellEnd"/>
      <w:r w:rsidRPr="000D1CCF">
        <w:t xml:space="preserve"> de </w:t>
      </w:r>
      <w:proofErr w:type="spellStart"/>
      <w:r w:rsidRPr="000D1CCF">
        <w:t>îndeplinire</w:t>
      </w:r>
      <w:proofErr w:type="spellEnd"/>
      <w:r w:rsidRPr="000D1CCF">
        <w:t xml:space="preserve"> a </w:t>
      </w:r>
      <w:proofErr w:type="spellStart"/>
      <w:r w:rsidRPr="000D1CCF">
        <w:t>contractului</w:t>
      </w:r>
      <w:proofErr w:type="spellEnd"/>
      <w:r w:rsidRPr="000D1CCF">
        <w:t xml:space="preserve"> de </w:t>
      </w:r>
      <w:proofErr w:type="spellStart"/>
      <w:r w:rsidRPr="000D1CCF">
        <w:t>furnizare</w:t>
      </w:r>
      <w:proofErr w:type="spellEnd"/>
      <w:r w:rsidRPr="000D1CCF">
        <w:t xml:space="preserve">. Se </w:t>
      </w:r>
      <w:proofErr w:type="spellStart"/>
      <w:r w:rsidRPr="000D1CCF">
        <w:t>va</w:t>
      </w:r>
      <w:proofErr w:type="spellEnd"/>
      <w:r w:rsidRPr="000D1CCF">
        <w:t xml:space="preserve"> </w:t>
      </w:r>
      <w:proofErr w:type="spellStart"/>
      <w:r w:rsidRPr="000D1CCF">
        <w:t>prezenta</w:t>
      </w:r>
      <w:proofErr w:type="spellEnd"/>
      <w:r w:rsidRPr="000D1CCF">
        <w:t xml:space="preserve"> o </w:t>
      </w:r>
      <w:proofErr w:type="spellStart"/>
      <w:r w:rsidRPr="000D1CCF">
        <w:t>declarație</w:t>
      </w:r>
      <w:proofErr w:type="spellEnd"/>
      <w:r w:rsidRPr="000D1CCF">
        <w:t xml:space="preserve"> pe </w:t>
      </w:r>
      <w:proofErr w:type="spellStart"/>
      <w:r w:rsidRPr="000D1CCF">
        <w:t>proprie</w:t>
      </w:r>
      <w:proofErr w:type="spellEnd"/>
      <w:r w:rsidRPr="000D1CCF">
        <w:t xml:space="preserve"> </w:t>
      </w:r>
      <w:proofErr w:type="spellStart"/>
      <w:r w:rsidRPr="000D1CCF">
        <w:t>răspundere</w:t>
      </w:r>
      <w:proofErr w:type="spellEnd"/>
      <w:r w:rsidRPr="000D1CCF">
        <w:t xml:space="preserve"> </w:t>
      </w:r>
      <w:proofErr w:type="spellStart"/>
      <w:r w:rsidRPr="000D1CCF">
        <w:t>în</w:t>
      </w:r>
      <w:proofErr w:type="spellEnd"/>
      <w:r w:rsidRPr="000D1CCF">
        <w:t xml:space="preserve"> </w:t>
      </w:r>
      <w:proofErr w:type="spellStart"/>
      <w:r w:rsidRPr="000D1CCF">
        <w:t>acest</w:t>
      </w:r>
      <w:proofErr w:type="spellEnd"/>
      <w:r w:rsidRPr="000D1CCF">
        <w:t xml:space="preserve"> </w:t>
      </w:r>
      <w:proofErr w:type="spellStart"/>
      <w:r w:rsidRPr="000D1CCF">
        <w:t>sens</w:t>
      </w:r>
      <w:proofErr w:type="spellEnd"/>
      <w:r w:rsidRPr="000D1CCF">
        <w:t xml:space="preserve"> (Formular nr. 9].</w:t>
      </w:r>
    </w:p>
    <w:p w14:paraId="524726BF" w14:textId="77777777" w:rsidR="002428BA" w:rsidRPr="000D1CCF" w:rsidRDefault="002428BA" w:rsidP="00C90C02">
      <w:pPr>
        <w:pStyle w:val="Corptext"/>
        <w:spacing w:after="0"/>
        <w:jc w:val="both"/>
      </w:pPr>
      <w:proofErr w:type="spellStart"/>
      <w:r w:rsidRPr="000D1CCF">
        <w:t>Informații</w:t>
      </w:r>
      <w:proofErr w:type="spellEnd"/>
      <w:r w:rsidRPr="000D1CCF">
        <w:t xml:space="preserve"> </w:t>
      </w:r>
      <w:proofErr w:type="spellStart"/>
      <w:r w:rsidRPr="000D1CCF">
        <w:t>detaliate</w:t>
      </w:r>
      <w:proofErr w:type="spellEnd"/>
      <w:r w:rsidRPr="000D1CCF">
        <w:t xml:space="preserve"> </w:t>
      </w:r>
      <w:proofErr w:type="spellStart"/>
      <w:r w:rsidRPr="000D1CCF">
        <w:t>privind</w:t>
      </w:r>
      <w:proofErr w:type="spellEnd"/>
      <w:r w:rsidRPr="000D1CCF">
        <w:t xml:space="preserve"> </w:t>
      </w:r>
      <w:proofErr w:type="spellStart"/>
      <w:r w:rsidRPr="000D1CCF">
        <w:t>reglementările</w:t>
      </w:r>
      <w:proofErr w:type="spellEnd"/>
      <w:r w:rsidRPr="000D1CCF">
        <w:t xml:space="preserve"> care sunt </w:t>
      </w:r>
      <w:proofErr w:type="spellStart"/>
      <w:r w:rsidRPr="000D1CCF">
        <w:t>în</w:t>
      </w:r>
      <w:proofErr w:type="spellEnd"/>
      <w:r w:rsidRPr="000D1CCF">
        <w:t xml:space="preserve"> </w:t>
      </w:r>
      <w:proofErr w:type="spellStart"/>
      <w:r w:rsidRPr="000D1CCF">
        <w:t>vigoare</w:t>
      </w:r>
      <w:proofErr w:type="spellEnd"/>
      <w:r w:rsidRPr="000D1CCF">
        <w:t xml:space="preserve"> la </w:t>
      </w:r>
      <w:proofErr w:type="spellStart"/>
      <w:r w:rsidRPr="000D1CCF">
        <w:t>nivel</w:t>
      </w:r>
      <w:proofErr w:type="spellEnd"/>
      <w:r w:rsidRPr="000D1CCF">
        <w:t xml:space="preserve"> </w:t>
      </w:r>
      <w:proofErr w:type="spellStart"/>
      <w:r w:rsidRPr="000D1CCF">
        <w:t>național</w:t>
      </w:r>
      <w:proofErr w:type="spellEnd"/>
      <w:r w:rsidRPr="000D1CCF">
        <w:t xml:space="preserve"> </w:t>
      </w:r>
      <w:proofErr w:type="spellStart"/>
      <w:r w:rsidRPr="000D1CCF">
        <w:t>și</w:t>
      </w:r>
      <w:proofErr w:type="spellEnd"/>
      <w:r w:rsidRPr="000D1CCF">
        <w:t xml:space="preserve"> se </w:t>
      </w:r>
      <w:proofErr w:type="spellStart"/>
      <w:r w:rsidRPr="000D1CCF">
        <w:t>referă</w:t>
      </w:r>
      <w:proofErr w:type="spellEnd"/>
      <w:r w:rsidRPr="000D1CCF">
        <w:t xml:space="preserve"> la </w:t>
      </w:r>
      <w:proofErr w:type="spellStart"/>
      <w:r w:rsidRPr="000D1CCF">
        <w:t>condițiile</w:t>
      </w:r>
      <w:proofErr w:type="spellEnd"/>
      <w:r w:rsidRPr="000D1CCF">
        <w:t xml:space="preserve"> de </w:t>
      </w:r>
      <w:proofErr w:type="spellStart"/>
      <w:r w:rsidRPr="000D1CCF">
        <w:t>muncă</w:t>
      </w:r>
      <w:proofErr w:type="spellEnd"/>
      <w:r w:rsidRPr="000D1CCF">
        <w:t xml:space="preserve"> </w:t>
      </w:r>
      <w:proofErr w:type="spellStart"/>
      <w:r w:rsidRPr="000D1CCF">
        <w:t>și</w:t>
      </w:r>
      <w:proofErr w:type="spellEnd"/>
      <w:r w:rsidRPr="000D1CCF">
        <w:t xml:space="preserve"> </w:t>
      </w:r>
      <w:proofErr w:type="spellStart"/>
      <w:r w:rsidRPr="000D1CCF">
        <w:t>protecția</w:t>
      </w:r>
      <w:proofErr w:type="spellEnd"/>
      <w:r w:rsidRPr="000D1CCF">
        <w:t xml:space="preserve"> </w:t>
      </w:r>
      <w:proofErr w:type="spellStart"/>
      <w:r w:rsidRPr="000D1CCF">
        <w:t>muncii</w:t>
      </w:r>
      <w:proofErr w:type="spellEnd"/>
      <w:r w:rsidRPr="000D1CCF">
        <w:t xml:space="preserve">, </w:t>
      </w:r>
      <w:proofErr w:type="spellStart"/>
      <w:r w:rsidRPr="000D1CCF">
        <w:t>securității</w:t>
      </w:r>
      <w:proofErr w:type="spellEnd"/>
      <w:r w:rsidRPr="000D1CCF">
        <w:t xml:space="preserve"> </w:t>
      </w:r>
      <w:proofErr w:type="spellStart"/>
      <w:r w:rsidRPr="000D1CCF">
        <w:t>și</w:t>
      </w:r>
      <w:proofErr w:type="spellEnd"/>
      <w:r w:rsidRPr="000D1CCF">
        <w:t xml:space="preserve"> </w:t>
      </w:r>
      <w:proofErr w:type="spellStart"/>
      <w:r w:rsidRPr="000D1CCF">
        <w:t>sănătății</w:t>
      </w:r>
      <w:proofErr w:type="spellEnd"/>
      <w:r w:rsidRPr="000D1CCF">
        <w:t xml:space="preserve"> </w:t>
      </w:r>
      <w:proofErr w:type="spellStart"/>
      <w:r w:rsidRPr="000D1CCF">
        <w:t>în</w:t>
      </w:r>
      <w:proofErr w:type="spellEnd"/>
      <w:r w:rsidRPr="000D1CCF">
        <w:t xml:space="preserve"> </w:t>
      </w:r>
      <w:proofErr w:type="spellStart"/>
      <w:r w:rsidRPr="000D1CCF">
        <w:t>muncă</w:t>
      </w:r>
      <w:proofErr w:type="spellEnd"/>
      <w:r w:rsidRPr="000D1CCF">
        <w:t xml:space="preserve">, se pot </w:t>
      </w:r>
      <w:proofErr w:type="spellStart"/>
      <w:r w:rsidRPr="000D1CCF">
        <w:t>obține</w:t>
      </w:r>
      <w:proofErr w:type="spellEnd"/>
      <w:r w:rsidRPr="000D1CCF">
        <w:t xml:space="preserve"> de la </w:t>
      </w:r>
      <w:proofErr w:type="spellStart"/>
      <w:r w:rsidRPr="000D1CCF">
        <w:t>Inspecția</w:t>
      </w:r>
      <w:proofErr w:type="spellEnd"/>
      <w:r w:rsidRPr="000D1CCF">
        <w:t xml:space="preserve"> </w:t>
      </w:r>
      <w:proofErr w:type="spellStart"/>
      <w:r w:rsidRPr="000D1CCF">
        <w:t>Muncii</w:t>
      </w:r>
      <w:proofErr w:type="spellEnd"/>
      <w:r w:rsidRPr="000D1CCF">
        <w:t xml:space="preserve"> </w:t>
      </w:r>
      <w:proofErr w:type="spellStart"/>
      <w:r w:rsidRPr="000D1CCF">
        <w:t>sau</w:t>
      </w:r>
      <w:proofErr w:type="spellEnd"/>
      <w:r w:rsidRPr="000D1CCF">
        <w:t xml:space="preserve"> de pe site-ul: </w:t>
      </w:r>
      <w:hyperlink r:id="rId12" w:history="1">
        <w:r w:rsidRPr="000D1CCF">
          <w:t>http://www.inspectmun.ro/Iegislatie/legislatie.html</w:t>
        </w:r>
      </w:hyperlink>
      <w:r w:rsidRPr="000D1CCF">
        <w:t xml:space="preserve">. </w:t>
      </w:r>
      <w:proofErr w:type="spellStart"/>
      <w:r w:rsidRPr="000D1CCF">
        <w:t>în</w:t>
      </w:r>
      <w:proofErr w:type="spellEnd"/>
      <w:r w:rsidRPr="000D1CCF">
        <w:t xml:space="preserve"> </w:t>
      </w:r>
      <w:proofErr w:type="spellStart"/>
      <w:r w:rsidRPr="000D1CCF">
        <w:t>cazul</w:t>
      </w:r>
      <w:proofErr w:type="spellEnd"/>
      <w:r w:rsidRPr="000D1CCF">
        <w:t xml:space="preserve"> </w:t>
      </w:r>
      <w:proofErr w:type="spellStart"/>
      <w:r w:rsidRPr="000D1CCF">
        <w:t>unei</w:t>
      </w:r>
      <w:proofErr w:type="spellEnd"/>
      <w:r w:rsidRPr="000D1CCF">
        <w:t xml:space="preserve"> </w:t>
      </w:r>
      <w:proofErr w:type="spellStart"/>
      <w:r w:rsidRPr="000D1CCF">
        <w:t>asocieri</w:t>
      </w:r>
      <w:proofErr w:type="spellEnd"/>
      <w:r w:rsidRPr="000D1CCF">
        <w:t xml:space="preserve">, </w:t>
      </w:r>
      <w:proofErr w:type="spellStart"/>
      <w:r w:rsidRPr="000D1CCF">
        <w:t>această</w:t>
      </w:r>
      <w:proofErr w:type="spellEnd"/>
      <w:r w:rsidRPr="000D1CCF">
        <w:t xml:space="preserve"> </w:t>
      </w:r>
      <w:proofErr w:type="spellStart"/>
      <w:r w:rsidRPr="000D1CCF">
        <w:t>declarație</w:t>
      </w:r>
      <w:proofErr w:type="spellEnd"/>
      <w:r w:rsidRPr="000D1CCF">
        <w:t xml:space="preserve"> </w:t>
      </w:r>
      <w:proofErr w:type="spellStart"/>
      <w:r w:rsidRPr="000D1CCF">
        <w:t>va</w:t>
      </w:r>
      <w:proofErr w:type="spellEnd"/>
      <w:r w:rsidRPr="000D1CCF">
        <w:t xml:space="preserve"> fi </w:t>
      </w:r>
      <w:proofErr w:type="spellStart"/>
      <w:r w:rsidRPr="000D1CCF">
        <w:t>prezentată</w:t>
      </w:r>
      <w:proofErr w:type="spellEnd"/>
      <w:r w:rsidRPr="000D1CCF">
        <w:t xml:space="preserve"> </w:t>
      </w:r>
      <w:proofErr w:type="spellStart"/>
      <w:r w:rsidRPr="000D1CCF">
        <w:t>în</w:t>
      </w:r>
      <w:proofErr w:type="spellEnd"/>
      <w:r w:rsidRPr="000D1CCF">
        <w:t xml:space="preserve"> </w:t>
      </w:r>
      <w:proofErr w:type="spellStart"/>
      <w:r w:rsidRPr="000D1CCF">
        <w:t>numele</w:t>
      </w:r>
      <w:proofErr w:type="spellEnd"/>
      <w:r w:rsidRPr="000D1CCF">
        <w:t xml:space="preserve"> </w:t>
      </w:r>
      <w:proofErr w:type="spellStart"/>
      <w:r w:rsidRPr="000D1CCF">
        <w:t>asocierii</w:t>
      </w:r>
      <w:proofErr w:type="spellEnd"/>
      <w:r w:rsidRPr="000D1CCF">
        <w:t xml:space="preserve"> de </w:t>
      </w:r>
      <w:proofErr w:type="spellStart"/>
      <w:r w:rsidRPr="000D1CCF">
        <w:t>către</w:t>
      </w:r>
      <w:proofErr w:type="spellEnd"/>
      <w:r w:rsidRPr="000D1CCF">
        <w:t xml:space="preserve"> </w:t>
      </w:r>
      <w:proofErr w:type="spellStart"/>
      <w:r w:rsidRPr="000D1CCF">
        <w:t>Asociatul</w:t>
      </w:r>
      <w:proofErr w:type="spellEnd"/>
      <w:r w:rsidRPr="000D1CCF">
        <w:t xml:space="preserve"> </w:t>
      </w:r>
      <w:proofErr w:type="spellStart"/>
      <w:r w:rsidRPr="000D1CCF">
        <w:t>desemnat</w:t>
      </w:r>
      <w:proofErr w:type="spellEnd"/>
      <w:r w:rsidRPr="000D1CCF">
        <w:t xml:space="preserve"> </w:t>
      </w:r>
      <w:proofErr w:type="spellStart"/>
      <w:r w:rsidRPr="000D1CCF">
        <w:t>lider</w:t>
      </w:r>
      <w:proofErr w:type="spellEnd"/>
      <w:r w:rsidRPr="000D1CCF">
        <w:t>.</w:t>
      </w:r>
    </w:p>
    <w:p w14:paraId="0EA6620E" w14:textId="77777777" w:rsidR="002428BA" w:rsidRPr="000D1CCF" w:rsidRDefault="002428BA" w:rsidP="00C90C02">
      <w:pPr>
        <w:pStyle w:val="Corptext"/>
        <w:spacing w:after="0"/>
      </w:pPr>
      <w:proofErr w:type="spellStart"/>
      <w:r w:rsidRPr="000D1CCF">
        <w:t>Informații</w:t>
      </w:r>
      <w:proofErr w:type="spellEnd"/>
      <w:r w:rsidRPr="000D1CCF">
        <w:t xml:space="preserve"> </w:t>
      </w:r>
      <w:proofErr w:type="spellStart"/>
      <w:r w:rsidRPr="000D1CCF">
        <w:t>privind</w:t>
      </w:r>
      <w:proofErr w:type="spellEnd"/>
      <w:r w:rsidRPr="000D1CCF">
        <w:t xml:space="preserve"> </w:t>
      </w:r>
      <w:proofErr w:type="spellStart"/>
      <w:r w:rsidRPr="000D1CCF">
        <w:t>reglementările</w:t>
      </w:r>
      <w:proofErr w:type="spellEnd"/>
      <w:r w:rsidRPr="000D1CCF">
        <w:t xml:space="preserve"> care sunt </w:t>
      </w:r>
      <w:proofErr w:type="spellStart"/>
      <w:r w:rsidRPr="000D1CCF">
        <w:t>în</w:t>
      </w:r>
      <w:proofErr w:type="spellEnd"/>
      <w:r w:rsidRPr="000D1CCF">
        <w:t xml:space="preserve"> </w:t>
      </w:r>
      <w:proofErr w:type="spellStart"/>
      <w:r w:rsidRPr="000D1CCF">
        <w:t>vigoare</w:t>
      </w:r>
      <w:proofErr w:type="spellEnd"/>
      <w:r w:rsidRPr="000D1CCF">
        <w:t xml:space="preserve"> la </w:t>
      </w:r>
      <w:proofErr w:type="spellStart"/>
      <w:r w:rsidRPr="000D1CCF">
        <w:t>nivel</w:t>
      </w:r>
      <w:proofErr w:type="spellEnd"/>
      <w:r w:rsidRPr="000D1CCF">
        <w:t xml:space="preserve"> </w:t>
      </w:r>
      <w:proofErr w:type="spellStart"/>
      <w:r w:rsidRPr="000D1CCF">
        <w:t>național</w:t>
      </w:r>
      <w:proofErr w:type="spellEnd"/>
      <w:r w:rsidRPr="000D1CCF">
        <w:t xml:space="preserve"> </w:t>
      </w:r>
      <w:proofErr w:type="spellStart"/>
      <w:r w:rsidRPr="000D1CCF">
        <w:t>și</w:t>
      </w:r>
      <w:proofErr w:type="spellEnd"/>
      <w:r w:rsidRPr="000D1CCF">
        <w:t xml:space="preserve"> se </w:t>
      </w:r>
      <w:proofErr w:type="spellStart"/>
      <w:r w:rsidRPr="000D1CCF">
        <w:t>referă</w:t>
      </w:r>
      <w:proofErr w:type="spellEnd"/>
      <w:r w:rsidRPr="000D1CCF">
        <w:t xml:space="preserve"> la </w:t>
      </w:r>
      <w:proofErr w:type="spellStart"/>
      <w:r w:rsidRPr="000D1CCF">
        <w:t>condițiile</w:t>
      </w:r>
      <w:proofErr w:type="spellEnd"/>
      <w:r w:rsidRPr="000D1CCF">
        <w:t xml:space="preserve"> de </w:t>
      </w:r>
      <w:proofErr w:type="spellStart"/>
      <w:r w:rsidRPr="000D1CCF">
        <w:t>mediu</w:t>
      </w:r>
      <w:proofErr w:type="spellEnd"/>
      <w:r w:rsidRPr="000D1CCF">
        <w:t xml:space="preserve">, se pot </w:t>
      </w:r>
      <w:proofErr w:type="spellStart"/>
      <w:r w:rsidRPr="000D1CCF">
        <w:t>obține</w:t>
      </w:r>
      <w:proofErr w:type="spellEnd"/>
      <w:r w:rsidRPr="000D1CCF">
        <w:t xml:space="preserve"> de la </w:t>
      </w:r>
      <w:proofErr w:type="spellStart"/>
      <w:r w:rsidRPr="000D1CCF">
        <w:t>Agenția</w:t>
      </w:r>
      <w:proofErr w:type="spellEnd"/>
      <w:r w:rsidRPr="000D1CCF">
        <w:t xml:space="preserve"> </w:t>
      </w:r>
      <w:proofErr w:type="spellStart"/>
      <w:r w:rsidRPr="000D1CCF">
        <w:t>Națională</w:t>
      </w:r>
      <w:proofErr w:type="spellEnd"/>
      <w:r w:rsidRPr="000D1CCF">
        <w:t xml:space="preserve"> </w:t>
      </w:r>
      <w:proofErr w:type="spellStart"/>
      <w:r w:rsidRPr="000D1CCF">
        <w:t>pentru</w:t>
      </w:r>
      <w:proofErr w:type="spellEnd"/>
      <w:r w:rsidRPr="000D1CCF">
        <w:t xml:space="preserve"> </w:t>
      </w:r>
      <w:proofErr w:type="spellStart"/>
      <w:r w:rsidRPr="000D1CCF">
        <w:t>Protecția</w:t>
      </w:r>
      <w:proofErr w:type="spellEnd"/>
      <w:r w:rsidRPr="000D1CCF">
        <w:t xml:space="preserve"> </w:t>
      </w:r>
      <w:proofErr w:type="spellStart"/>
      <w:r w:rsidRPr="000D1CCF">
        <w:t>Mediului</w:t>
      </w:r>
      <w:proofErr w:type="spellEnd"/>
      <w:r w:rsidRPr="000D1CCF">
        <w:t xml:space="preserve"> </w:t>
      </w:r>
      <w:proofErr w:type="spellStart"/>
      <w:r w:rsidRPr="000D1CCF">
        <w:t>sau</w:t>
      </w:r>
      <w:proofErr w:type="spellEnd"/>
      <w:r w:rsidRPr="000D1CCF">
        <w:t xml:space="preserve"> de pe site-ul: </w:t>
      </w:r>
      <w:hyperlink r:id="rId13" w:history="1">
        <w:r w:rsidRPr="000D1CCF">
          <w:rPr>
            <w:b/>
            <w:bCs/>
            <w:u w:val="single"/>
          </w:rPr>
          <w:t>http://www.anpm.ro/web/guest/legislatie</w:t>
        </w:r>
      </w:hyperlink>
      <w:r w:rsidRPr="000D1CCF">
        <w:rPr>
          <w:b/>
          <w:bCs/>
        </w:rPr>
        <w:t>.</w:t>
      </w:r>
    </w:p>
    <w:p w14:paraId="200C5F72" w14:textId="77777777" w:rsidR="002428BA" w:rsidRDefault="002428BA" w:rsidP="00C90C02">
      <w:pPr>
        <w:pStyle w:val="Corptext"/>
        <w:spacing w:after="0"/>
      </w:pPr>
      <w:proofErr w:type="spellStart"/>
      <w:r w:rsidRPr="000D1CCF">
        <w:t>În</w:t>
      </w:r>
      <w:proofErr w:type="spellEnd"/>
      <w:r w:rsidRPr="000D1CCF">
        <w:t xml:space="preserve"> </w:t>
      </w:r>
      <w:proofErr w:type="spellStart"/>
      <w:r w:rsidRPr="000D1CCF">
        <w:t>cazul</w:t>
      </w:r>
      <w:proofErr w:type="spellEnd"/>
      <w:r w:rsidRPr="000D1CCF">
        <w:t xml:space="preserve"> </w:t>
      </w:r>
      <w:proofErr w:type="spellStart"/>
      <w:r w:rsidRPr="000D1CCF">
        <w:t>în</w:t>
      </w:r>
      <w:proofErr w:type="spellEnd"/>
      <w:r w:rsidRPr="000D1CCF">
        <w:t xml:space="preserve"> care </w:t>
      </w:r>
      <w:proofErr w:type="spellStart"/>
      <w:r w:rsidRPr="000D1CCF">
        <w:t>conținutul</w:t>
      </w:r>
      <w:proofErr w:type="spellEnd"/>
      <w:r w:rsidRPr="000D1CCF">
        <w:t xml:space="preserve"> </w:t>
      </w:r>
      <w:proofErr w:type="spellStart"/>
      <w:r w:rsidRPr="000D1CCF">
        <w:t>ofertei</w:t>
      </w:r>
      <w:proofErr w:type="spellEnd"/>
      <w:r w:rsidRPr="000D1CCF">
        <w:t xml:space="preserve"> </w:t>
      </w:r>
      <w:proofErr w:type="spellStart"/>
      <w:r w:rsidRPr="000D1CCF">
        <w:t>tehnice</w:t>
      </w:r>
      <w:proofErr w:type="spellEnd"/>
      <w:r w:rsidRPr="000D1CCF">
        <w:t xml:space="preserve"> nu </w:t>
      </w:r>
      <w:proofErr w:type="spellStart"/>
      <w:r w:rsidRPr="000D1CCF">
        <w:t>este</w:t>
      </w:r>
      <w:proofErr w:type="spellEnd"/>
      <w:r w:rsidRPr="000D1CCF">
        <w:t xml:space="preserve"> </w:t>
      </w:r>
      <w:proofErr w:type="spellStart"/>
      <w:r w:rsidRPr="000D1CCF">
        <w:t>în</w:t>
      </w:r>
      <w:proofErr w:type="spellEnd"/>
      <w:r w:rsidRPr="000D1CCF">
        <w:t xml:space="preserve"> </w:t>
      </w:r>
      <w:proofErr w:type="spellStart"/>
      <w:r w:rsidRPr="000D1CCF">
        <w:t>conformitate</w:t>
      </w:r>
      <w:proofErr w:type="spellEnd"/>
      <w:r w:rsidRPr="000D1CCF">
        <w:t xml:space="preserve"> cu </w:t>
      </w:r>
      <w:proofErr w:type="spellStart"/>
      <w:r w:rsidRPr="000D1CCF">
        <w:t>cerințele</w:t>
      </w:r>
      <w:proofErr w:type="spellEnd"/>
      <w:r w:rsidRPr="000D1CCF">
        <w:t xml:space="preserve"> </w:t>
      </w:r>
      <w:proofErr w:type="spellStart"/>
      <w:r w:rsidRPr="000D1CCF">
        <w:t>mai</w:t>
      </w:r>
      <w:proofErr w:type="spellEnd"/>
      <w:r w:rsidRPr="000D1CCF">
        <w:t xml:space="preserve"> sus, precum </w:t>
      </w:r>
      <w:proofErr w:type="spellStart"/>
      <w:r w:rsidRPr="000D1CCF">
        <w:t>și</w:t>
      </w:r>
      <w:proofErr w:type="spellEnd"/>
      <w:r w:rsidRPr="000D1CCF">
        <w:t xml:space="preserve"> cu </w:t>
      </w:r>
      <w:proofErr w:type="spellStart"/>
      <w:r w:rsidRPr="000D1CCF">
        <w:t>prevederile</w:t>
      </w:r>
      <w:proofErr w:type="spellEnd"/>
      <w:r w:rsidRPr="000D1CCF">
        <w:t xml:space="preserve"> </w:t>
      </w:r>
      <w:proofErr w:type="spellStart"/>
      <w:r w:rsidRPr="000D1CCF">
        <w:t>Caietului</w:t>
      </w:r>
      <w:proofErr w:type="spellEnd"/>
      <w:r w:rsidRPr="000D1CCF">
        <w:t xml:space="preserve"> de </w:t>
      </w:r>
      <w:proofErr w:type="spellStart"/>
      <w:r w:rsidRPr="000D1CCF">
        <w:t>sarcini</w:t>
      </w:r>
      <w:proofErr w:type="spellEnd"/>
      <w:r w:rsidRPr="000D1CCF">
        <w:t xml:space="preserve">, </w:t>
      </w:r>
      <w:proofErr w:type="spellStart"/>
      <w:r w:rsidRPr="000D1CCF">
        <w:t>oferta</w:t>
      </w:r>
      <w:proofErr w:type="spellEnd"/>
      <w:r w:rsidRPr="000D1CCF">
        <w:t xml:space="preserve"> </w:t>
      </w:r>
      <w:proofErr w:type="spellStart"/>
      <w:r w:rsidRPr="000D1CCF">
        <w:t>va</w:t>
      </w:r>
      <w:proofErr w:type="spellEnd"/>
      <w:r w:rsidRPr="000D1CCF">
        <w:t xml:space="preserve"> fi </w:t>
      </w:r>
      <w:proofErr w:type="spellStart"/>
      <w:r w:rsidRPr="000D1CCF">
        <w:t>declarata</w:t>
      </w:r>
      <w:proofErr w:type="spellEnd"/>
      <w:r w:rsidRPr="000D1CCF">
        <w:t xml:space="preserve"> NECONFORMA.</w:t>
      </w:r>
    </w:p>
    <w:p w14:paraId="63116168" w14:textId="77777777" w:rsidR="00C90C02" w:rsidRDefault="00C90C02" w:rsidP="00C90C02">
      <w:pPr>
        <w:pStyle w:val="Corptext"/>
        <w:spacing w:after="0"/>
      </w:pPr>
    </w:p>
    <w:p w14:paraId="2CD2CC51" w14:textId="77777777" w:rsidR="00C90C02" w:rsidRPr="000D1CCF" w:rsidRDefault="00C90C02" w:rsidP="00C90C02">
      <w:pPr>
        <w:pStyle w:val="Corptext"/>
        <w:spacing w:after="0"/>
      </w:pPr>
    </w:p>
    <w:p w14:paraId="15B66046" w14:textId="77777777" w:rsidR="002428BA" w:rsidRPr="000D1CCF" w:rsidRDefault="002428BA" w:rsidP="002428BA">
      <w:pPr>
        <w:pStyle w:val="Corptext"/>
        <w:tabs>
          <w:tab w:val="left" w:leader="underscore" w:pos="1994"/>
          <w:tab w:val="left" w:leader="underscore" w:pos="2606"/>
          <w:tab w:val="left" w:leader="underscore" w:pos="3218"/>
        </w:tabs>
        <w:spacing w:after="0"/>
        <w:ind w:firstLine="1000"/>
      </w:pPr>
      <w:r w:rsidRPr="000D1CCF">
        <w:t>Data</w:t>
      </w:r>
      <w:r w:rsidRPr="000D1CCF">
        <w:tab/>
        <w:t>/</w:t>
      </w:r>
      <w:r w:rsidRPr="000D1CCF">
        <w:tab/>
        <w:t>/</w:t>
      </w:r>
      <w:r w:rsidRPr="000D1CCF">
        <w:tab/>
      </w:r>
    </w:p>
    <w:p w14:paraId="10981854" w14:textId="77777777" w:rsidR="002428BA" w:rsidRPr="000D1CCF" w:rsidRDefault="002428BA" w:rsidP="002428BA">
      <w:pPr>
        <w:pStyle w:val="Corptext"/>
        <w:spacing w:after="0"/>
        <w:ind w:firstLine="260"/>
        <w:jc w:val="both"/>
      </w:pPr>
      <w:r w:rsidRPr="000D1CCF">
        <w:tab/>
      </w:r>
      <w:r w:rsidRPr="000D1CCF">
        <w:rPr>
          <w:i/>
          <w:iCs/>
        </w:rPr>
        <w:t>(</w:t>
      </w:r>
      <w:proofErr w:type="spellStart"/>
      <w:proofErr w:type="gramStart"/>
      <w:r w:rsidRPr="000D1CCF">
        <w:rPr>
          <w:i/>
          <w:iCs/>
        </w:rPr>
        <w:t>nume</w:t>
      </w:r>
      <w:proofErr w:type="spellEnd"/>
      <w:proofErr w:type="gramEnd"/>
      <w:r w:rsidRPr="000D1CCF">
        <w:rPr>
          <w:i/>
          <w:iCs/>
        </w:rPr>
        <w:t xml:space="preserve">, </w:t>
      </w:r>
      <w:proofErr w:type="spellStart"/>
      <w:r w:rsidRPr="000D1CCF">
        <w:rPr>
          <w:i/>
          <w:iCs/>
        </w:rPr>
        <w:t>prenume</w:t>
      </w:r>
      <w:proofErr w:type="spellEnd"/>
      <w:r w:rsidRPr="000D1CCF">
        <w:rPr>
          <w:i/>
          <w:iCs/>
        </w:rPr>
        <w:t xml:space="preserve"> </w:t>
      </w:r>
      <w:proofErr w:type="spellStart"/>
      <w:r w:rsidRPr="000D1CCF">
        <w:rPr>
          <w:i/>
          <w:iCs/>
        </w:rPr>
        <w:t>și</w:t>
      </w:r>
      <w:proofErr w:type="spellEnd"/>
      <w:r w:rsidRPr="000D1CCF">
        <w:rPr>
          <w:i/>
          <w:iCs/>
        </w:rPr>
        <w:t xml:space="preserve"> </w:t>
      </w:r>
      <w:proofErr w:type="spellStart"/>
      <w:r w:rsidRPr="000D1CCF">
        <w:rPr>
          <w:i/>
          <w:iCs/>
        </w:rPr>
        <w:t>semnătură</w:t>
      </w:r>
      <w:proofErr w:type="spellEnd"/>
      <w:r w:rsidRPr="000D1CCF">
        <w:rPr>
          <w:i/>
          <w:iCs/>
        </w:rPr>
        <w:t>},</w:t>
      </w:r>
    </w:p>
    <w:p w14:paraId="35E9F927" w14:textId="77777777" w:rsidR="002428BA" w:rsidRPr="000D1CCF" w:rsidRDefault="002428BA" w:rsidP="002428BA">
      <w:pPr>
        <w:pStyle w:val="Corptext"/>
        <w:spacing w:after="0"/>
        <w:ind w:left="1540"/>
      </w:pPr>
      <w:r w:rsidRPr="000D1CCF">
        <w:rPr>
          <w:i/>
          <w:iCs/>
        </w:rPr>
        <w:t>L.S.</w:t>
      </w:r>
    </w:p>
    <w:p w14:paraId="6C080E34" w14:textId="77777777" w:rsidR="002428BA" w:rsidRPr="000D1CCF" w:rsidRDefault="002428BA" w:rsidP="002428BA">
      <w:pPr>
        <w:pStyle w:val="Corptext"/>
        <w:tabs>
          <w:tab w:val="left" w:leader="dot" w:pos="3813"/>
        </w:tabs>
        <w:spacing w:after="0"/>
        <w:ind w:firstLine="220"/>
        <w:jc w:val="both"/>
      </w:pPr>
      <w:proofErr w:type="spellStart"/>
      <w:r w:rsidRPr="000D1CCF">
        <w:t>în</w:t>
      </w:r>
      <w:proofErr w:type="spellEnd"/>
      <w:r w:rsidRPr="000D1CCF">
        <w:t xml:space="preserve"> </w:t>
      </w:r>
      <w:proofErr w:type="spellStart"/>
      <w:r w:rsidRPr="000D1CCF">
        <w:t>calitate</w:t>
      </w:r>
      <w:proofErr w:type="spellEnd"/>
      <w:r w:rsidRPr="000D1CCF">
        <w:t xml:space="preserve"> de</w:t>
      </w:r>
      <w:r w:rsidRPr="000D1CCF">
        <w:tab/>
        <w:t xml:space="preserve">legal </w:t>
      </w:r>
      <w:proofErr w:type="spellStart"/>
      <w:r w:rsidRPr="000D1CCF">
        <w:t>autorizat</w:t>
      </w:r>
      <w:proofErr w:type="spellEnd"/>
      <w:r w:rsidRPr="000D1CCF">
        <w:t xml:space="preserve"> </w:t>
      </w:r>
      <w:proofErr w:type="spellStart"/>
      <w:r w:rsidRPr="000D1CCF">
        <w:t>să</w:t>
      </w:r>
      <w:proofErr w:type="spellEnd"/>
      <w:r w:rsidRPr="000D1CCF">
        <w:t xml:space="preserve"> </w:t>
      </w:r>
      <w:proofErr w:type="spellStart"/>
      <w:r w:rsidRPr="000D1CCF">
        <w:t>semnez</w:t>
      </w:r>
      <w:proofErr w:type="spellEnd"/>
      <w:r w:rsidRPr="000D1CCF">
        <w:t xml:space="preserve"> </w:t>
      </w:r>
      <w:proofErr w:type="spellStart"/>
      <w:r w:rsidRPr="000D1CCF">
        <w:t>oferta</w:t>
      </w:r>
      <w:proofErr w:type="spellEnd"/>
      <w:r w:rsidRPr="000D1CCF">
        <w:t xml:space="preserve"> </w:t>
      </w:r>
      <w:proofErr w:type="spellStart"/>
      <w:r w:rsidRPr="000D1CCF">
        <w:t>pentru</w:t>
      </w:r>
      <w:proofErr w:type="spellEnd"/>
      <w:r w:rsidRPr="000D1CCF">
        <w:t xml:space="preserve"> </w:t>
      </w:r>
      <w:proofErr w:type="spellStart"/>
      <w:r w:rsidRPr="000D1CCF">
        <w:t>și</w:t>
      </w:r>
      <w:proofErr w:type="spellEnd"/>
      <w:r w:rsidRPr="000D1CCF">
        <w:t xml:space="preserve"> </w:t>
      </w:r>
      <w:proofErr w:type="spellStart"/>
      <w:r w:rsidRPr="000D1CCF">
        <w:t>în</w:t>
      </w:r>
      <w:proofErr w:type="spellEnd"/>
      <w:r w:rsidRPr="000D1CCF">
        <w:t xml:space="preserve"> </w:t>
      </w:r>
      <w:proofErr w:type="spellStart"/>
      <w:r w:rsidRPr="000D1CCF">
        <w:t>numele</w:t>
      </w:r>
      <w:proofErr w:type="spellEnd"/>
    </w:p>
    <w:p w14:paraId="0C15D435" w14:textId="0C934C8A" w:rsidR="002428BA" w:rsidRPr="000D1CCF" w:rsidRDefault="002428BA" w:rsidP="002428BA">
      <w:pPr>
        <w:pStyle w:val="Corptext"/>
        <w:tabs>
          <w:tab w:val="right" w:leader="dot" w:pos="5102"/>
          <w:tab w:val="left" w:pos="5309"/>
        </w:tabs>
        <w:spacing w:after="0"/>
        <w:ind w:firstLine="220"/>
        <w:jc w:val="both"/>
        <w:sectPr w:rsidR="002428BA" w:rsidRPr="000D1CCF" w:rsidSect="00C90C02">
          <w:headerReference w:type="default" r:id="rId14"/>
          <w:pgSz w:w="11900" w:h="16840"/>
          <w:pgMar w:top="568" w:right="701" w:bottom="851" w:left="906" w:header="0" w:footer="3" w:gutter="0"/>
          <w:cols w:space="720"/>
          <w:noEndnote/>
          <w:titlePg/>
          <w:docGrid w:linePitch="360"/>
        </w:sectPr>
      </w:pPr>
      <w:r w:rsidRPr="000D1CCF">
        <w:tab/>
        <w:t>(</w:t>
      </w:r>
      <w:proofErr w:type="spellStart"/>
      <w:r w:rsidRPr="000D1CCF">
        <w:t>denumir</w:t>
      </w:r>
      <w:r w:rsidR="00E00181">
        <w:t>ea</w:t>
      </w:r>
      <w:proofErr w:type="spellEnd"/>
      <w:r w:rsidR="00E00181">
        <w:t>/</w:t>
      </w:r>
      <w:proofErr w:type="spellStart"/>
      <w:r w:rsidR="00E00181">
        <w:t>numele</w:t>
      </w:r>
      <w:proofErr w:type="spellEnd"/>
      <w:r w:rsidR="00E00181">
        <w:tab/>
      </w:r>
      <w:proofErr w:type="spellStart"/>
      <w:r w:rsidR="00E00181">
        <w:t>operatorului</w:t>
      </w:r>
      <w:proofErr w:type="spellEnd"/>
      <w:r w:rsidR="00E00181">
        <w:t xml:space="preserve"> economic)</w:t>
      </w:r>
    </w:p>
    <w:p w14:paraId="18300C71" w14:textId="77777777" w:rsidR="00E00181" w:rsidRPr="00B036AE" w:rsidRDefault="00E00181" w:rsidP="00E00181">
      <w:pPr>
        <w:widowControl w:val="0"/>
        <w:suppressAutoHyphens/>
        <w:spacing w:after="0" w:line="240" w:lineRule="auto"/>
        <w:jc w:val="right"/>
        <w:rPr>
          <w:rFonts w:ascii="Times New Roman" w:eastAsia="Times New Roman" w:hAnsi="Times New Roman"/>
          <w:b/>
          <w:bCs/>
          <w:sz w:val="20"/>
          <w:szCs w:val="20"/>
          <w:lang w:eastAsia="ro-RO"/>
        </w:rPr>
      </w:pPr>
    </w:p>
    <w:p w14:paraId="065A0A85" w14:textId="1BF2C956" w:rsidR="00E00181" w:rsidRPr="00B036AE" w:rsidRDefault="00E00181" w:rsidP="00E00181">
      <w:pPr>
        <w:widowControl w:val="0"/>
        <w:suppressAutoHyphens/>
        <w:spacing w:after="0" w:line="240" w:lineRule="auto"/>
        <w:jc w:val="right"/>
        <w:rPr>
          <w:rFonts w:ascii="Times New Roman" w:eastAsia="Lucida Sans Unicode" w:hAnsi="Times New Roman"/>
          <w:kern w:val="1"/>
          <w:sz w:val="20"/>
          <w:szCs w:val="20"/>
          <w:lang w:eastAsia="hi-IN" w:bidi="hi-IN"/>
        </w:rPr>
      </w:pPr>
      <w:proofErr w:type="spellStart"/>
      <w:r w:rsidRPr="00B036AE">
        <w:rPr>
          <w:rFonts w:ascii="Times New Roman" w:eastAsia="Times New Roman" w:hAnsi="Times New Roman"/>
          <w:b/>
          <w:bCs/>
          <w:sz w:val="20"/>
          <w:szCs w:val="20"/>
          <w:lang w:eastAsia="ro-RO"/>
        </w:rPr>
        <w:t>Formularul</w:t>
      </w:r>
      <w:proofErr w:type="spellEnd"/>
      <w:r w:rsidRPr="00B036AE">
        <w:rPr>
          <w:rFonts w:ascii="Times New Roman" w:eastAsia="Times New Roman" w:hAnsi="Times New Roman"/>
          <w:b/>
          <w:bCs/>
          <w:sz w:val="20"/>
          <w:szCs w:val="20"/>
          <w:lang w:eastAsia="ro-RO"/>
        </w:rPr>
        <w:t xml:space="preserve"> nr. 1</w:t>
      </w:r>
    </w:p>
    <w:p w14:paraId="47523E06" w14:textId="77777777" w:rsidR="00E00181" w:rsidRPr="00B036AE" w:rsidRDefault="00E00181" w:rsidP="00E00181">
      <w:pPr>
        <w:suppressAutoHyphens/>
        <w:spacing w:after="0" w:line="240" w:lineRule="auto"/>
        <w:jc w:val="both"/>
        <w:rPr>
          <w:rFonts w:ascii="Times New Roman" w:hAnsi="Times New Roman"/>
          <w:sz w:val="20"/>
          <w:szCs w:val="20"/>
          <w:highlight w:val="yellow"/>
          <w:lang w:val="pt-PT" w:eastAsia="zh-CN"/>
        </w:rPr>
      </w:pPr>
    </w:p>
    <w:p w14:paraId="39223E60" w14:textId="77777777" w:rsidR="00E00181" w:rsidRPr="00B036AE" w:rsidRDefault="00E00181" w:rsidP="00E00181">
      <w:pPr>
        <w:suppressAutoHyphens/>
        <w:spacing w:after="0" w:line="240" w:lineRule="auto"/>
        <w:jc w:val="both"/>
        <w:rPr>
          <w:rFonts w:ascii="Times New Roman" w:hAnsi="Times New Roman"/>
          <w:sz w:val="20"/>
          <w:szCs w:val="20"/>
          <w:lang w:val="pt-PT" w:eastAsia="zh-CN"/>
        </w:rPr>
      </w:pPr>
    </w:p>
    <w:p w14:paraId="71BFCCAD" w14:textId="77777777" w:rsidR="00E00181" w:rsidRPr="00B036AE" w:rsidRDefault="00E00181" w:rsidP="00E00181">
      <w:pPr>
        <w:suppressAutoHyphens/>
        <w:spacing w:after="0" w:line="240" w:lineRule="auto"/>
        <w:jc w:val="both"/>
        <w:rPr>
          <w:rFonts w:ascii="Times New Roman" w:hAnsi="Times New Roman"/>
          <w:sz w:val="20"/>
          <w:szCs w:val="20"/>
          <w:lang w:val="pt-PT"/>
        </w:rPr>
      </w:pPr>
      <w:r w:rsidRPr="00B036AE">
        <w:rPr>
          <w:rFonts w:ascii="Times New Roman" w:hAnsi="Times New Roman"/>
          <w:sz w:val="20"/>
          <w:szCs w:val="20"/>
          <w:lang w:val="pt-PT"/>
        </w:rPr>
        <w:t xml:space="preserve">Operator economic </w:t>
      </w:r>
    </w:p>
    <w:p w14:paraId="661C06F3" w14:textId="77777777" w:rsidR="00E00181" w:rsidRPr="00B036AE" w:rsidRDefault="00E00181" w:rsidP="00E00181">
      <w:pPr>
        <w:suppressAutoHyphens/>
        <w:spacing w:after="0" w:line="240" w:lineRule="auto"/>
        <w:jc w:val="both"/>
        <w:rPr>
          <w:rFonts w:ascii="Times New Roman" w:hAnsi="Times New Roman"/>
          <w:sz w:val="20"/>
          <w:szCs w:val="20"/>
          <w:lang w:val="pt-PT"/>
        </w:rPr>
      </w:pPr>
      <w:r w:rsidRPr="00B036AE">
        <w:rPr>
          <w:rFonts w:ascii="Times New Roman" w:hAnsi="Times New Roman"/>
          <w:sz w:val="20"/>
          <w:szCs w:val="20"/>
          <w:lang w:val="pt-PT"/>
        </w:rPr>
        <w:t xml:space="preserve">................. (denumirea) </w:t>
      </w:r>
    </w:p>
    <w:p w14:paraId="5C438D17" w14:textId="77777777" w:rsidR="00E00181" w:rsidRPr="00B036AE" w:rsidRDefault="00E00181" w:rsidP="00E00181">
      <w:pPr>
        <w:suppressAutoHyphens/>
        <w:spacing w:after="0" w:line="240" w:lineRule="auto"/>
        <w:jc w:val="both"/>
        <w:rPr>
          <w:rFonts w:ascii="Times New Roman" w:hAnsi="Times New Roman"/>
          <w:sz w:val="20"/>
          <w:szCs w:val="20"/>
          <w:lang w:val="pt-PT"/>
        </w:rPr>
      </w:pPr>
    </w:p>
    <w:p w14:paraId="26888C04" w14:textId="77777777" w:rsidR="00E00181" w:rsidRPr="00B036AE" w:rsidRDefault="00E00181" w:rsidP="00E00181">
      <w:pPr>
        <w:suppressAutoHyphens/>
        <w:spacing w:after="0" w:line="240" w:lineRule="auto"/>
        <w:jc w:val="center"/>
        <w:rPr>
          <w:rFonts w:ascii="Times New Roman" w:hAnsi="Times New Roman"/>
          <w:b/>
          <w:bCs/>
          <w:sz w:val="20"/>
          <w:szCs w:val="20"/>
          <w:lang w:val="pt-PT"/>
        </w:rPr>
      </w:pPr>
      <w:r w:rsidRPr="00B036AE">
        <w:rPr>
          <w:rFonts w:ascii="Times New Roman" w:hAnsi="Times New Roman"/>
          <w:b/>
          <w:bCs/>
          <w:sz w:val="20"/>
          <w:szCs w:val="20"/>
          <w:lang w:val="pt-PT"/>
        </w:rPr>
        <w:t>Declaraţie privind neîncadrarea în prevederile art. 164 din Legea nr. 98/2016</w:t>
      </w:r>
    </w:p>
    <w:p w14:paraId="5F703511" w14:textId="77777777" w:rsidR="00E00181" w:rsidRPr="00B036AE" w:rsidRDefault="00E00181" w:rsidP="00E00181">
      <w:pPr>
        <w:suppressAutoHyphens/>
        <w:spacing w:after="0" w:line="240" w:lineRule="auto"/>
        <w:jc w:val="both"/>
        <w:rPr>
          <w:rFonts w:ascii="Times New Roman" w:hAnsi="Times New Roman"/>
          <w:sz w:val="20"/>
          <w:szCs w:val="20"/>
          <w:lang w:val="pt-PT"/>
        </w:rPr>
      </w:pPr>
    </w:p>
    <w:p w14:paraId="6EB0AF2E" w14:textId="77777777" w:rsidR="00E00181" w:rsidRPr="00B036AE" w:rsidRDefault="00E00181" w:rsidP="00E00181">
      <w:pPr>
        <w:suppressAutoHyphens/>
        <w:spacing w:after="0" w:line="240" w:lineRule="auto"/>
        <w:jc w:val="both"/>
        <w:rPr>
          <w:rFonts w:ascii="Times New Roman" w:hAnsi="Times New Roman"/>
          <w:sz w:val="20"/>
          <w:szCs w:val="20"/>
          <w:lang w:val="pt-PT"/>
        </w:rPr>
      </w:pPr>
    </w:p>
    <w:p w14:paraId="0B3D6808" w14:textId="77777777" w:rsidR="00E00181" w:rsidRPr="00B036AE" w:rsidRDefault="00E00181" w:rsidP="00E00181">
      <w:pPr>
        <w:suppressAutoHyphens/>
        <w:spacing w:after="0" w:line="240" w:lineRule="auto"/>
        <w:ind w:firstLine="720"/>
        <w:jc w:val="both"/>
        <w:rPr>
          <w:rFonts w:ascii="Times New Roman" w:hAnsi="Times New Roman"/>
          <w:sz w:val="20"/>
          <w:szCs w:val="20"/>
          <w:lang w:val="pt-PT"/>
        </w:rPr>
      </w:pPr>
      <w:r w:rsidRPr="00B036AE">
        <w:rPr>
          <w:rFonts w:ascii="Times New Roman" w:hAnsi="Times New Roman"/>
          <w:sz w:val="20"/>
          <w:szCs w:val="20"/>
          <w:lang w:val="pt-PT"/>
        </w:rPr>
        <w:t xml:space="preserve">Subsemnatul, ................................................................................................., reprezentant împuternicit al .................................................................................. (denumirea operatorului economic), în calitate de candidat/ofertant/ofertant asociat/terţ susţinător al candidatului/ofertantului ..................................., declar pe propria răspundere, sub sancţiunea excluderii din procedura de achiziţie publică şi sub sancţiunile aplicabile faptei de fals în acte publice, că nu mă aflu în situaţia prevăzută la art. 164 din Legea 98/2016 privind achizițiile publice, respectiv în ultimii 5 ani nu am fost condamnat prin hotărâre definitivă a unei instanţe judecătoreşti pentru participarea la activităţi ale unei organizaţii criminale, pentru corupţie, infracţiuni împotriva intereselor financiare ale Uniunii Europene, acte de terorism, traficul şi exploatarea persoanelor vulnerabile, fraudă şi/sau spălare de bani. </w:t>
      </w:r>
    </w:p>
    <w:p w14:paraId="4DCCB92C" w14:textId="77777777" w:rsidR="00E00181" w:rsidRPr="00B036AE" w:rsidRDefault="00E00181" w:rsidP="00E00181">
      <w:pPr>
        <w:suppressAutoHyphens/>
        <w:spacing w:after="0" w:line="240" w:lineRule="auto"/>
        <w:ind w:firstLine="720"/>
        <w:jc w:val="both"/>
        <w:rPr>
          <w:rFonts w:ascii="Times New Roman" w:hAnsi="Times New Roman"/>
          <w:sz w:val="20"/>
          <w:szCs w:val="20"/>
          <w:lang w:val="pt-PT"/>
        </w:rPr>
      </w:pPr>
      <w:r w:rsidRPr="00B036AE">
        <w:rPr>
          <w:rFonts w:ascii="Times New Roman" w:hAnsi="Times New Roman"/>
          <w:sz w:val="20"/>
          <w:szCs w:val="20"/>
          <w:lang w:val="pt-PT"/>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Înţeleg că în cazul în care această declaraţie nu este conformă cu realitatea sunt pasibil de încălcarea prevederilor legislaţiei penale privind falsul în declaraţii. </w:t>
      </w:r>
    </w:p>
    <w:p w14:paraId="41E8A4A7" w14:textId="77777777" w:rsidR="00E00181" w:rsidRPr="00B036AE" w:rsidRDefault="00E00181" w:rsidP="00E00181">
      <w:pPr>
        <w:suppressAutoHyphens/>
        <w:spacing w:after="0" w:line="240" w:lineRule="auto"/>
        <w:ind w:firstLine="720"/>
        <w:jc w:val="both"/>
        <w:rPr>
          <w:rFonts w:ascii="Times New Roman" w:hAnsi="Times New Roman"/>
          <w:sz w:val="20"/>
          <w:szCs w:val="20"/>
          <w:lang w:val="pt-PT"/>
        </w:rPr>
      </w:pPr>
      <w:r w:rsidRPr="00B036AE">
        <w:rPr>
          <w:rFonts w:ascii="Times New Roman" w:hAnsi="Times New Roman"/>
          <w:sz w:val="20"/>
          <w:szCs w:val="20"/>
          <w:lang w:val="pt-PT"/>
        </w:rPr>
        <w:t xml:space="preserve">Totodată, declar că am luat cunoştinţă de prevederile art. 326 "Falsul în declaraţii" din Codul penal referitor la: "Declararea necorespunzătoare a adevărului, făcută unui organ sau instituţii de stat ori unei alte unităţi (...) în vederea producerii unei consecinţe juridice, pentru sine sau pentru altul, atunci când, potrivit legii ori împrejurărilor, declaraţia făcută serveşte pentru producerea acelei consecinţe, se pedepseşte cu închisoare de la 3 luni la 2 ani sau cu amendă." </w:t>
      </w:r>
    </w:p>
    <w:p w14:paraId="15016214" w14:textId="77777777" w:rsidR="00E00181" w:rsidRPr="00B036AE" w:rsidRDefault="00E00181" w:rsidP="00E00181">
      <w:pPr>
        <w:suppressAutoHyphens/>
        <w:spacing w:after="0" w:line="240" w:lineRule="auto"/>
        <w:ind w:firstLine="720"/>
        <w:jc w:val="both"/>
        <w:rPr>
          <w:rFonts w:ascii="Times New Roman" w:hAnsi="Times New Roman"/>
          <w:sz w:val="20"/>
          <w:szCs w:val="20"/>
          <w:lang w:val="pt-PT"/>
        </w:rPr>
      </w:pPr>
    </w:p>
    <w:p w14:paraId="711C50B6" w14:textId="77777777" w:rsidR="00E00181" w:rsidRPr="00B036AE" w:rsidRDefault="00E00181" w:rsidP="00E00181">
      <w:pPr>
        <w:suppressAutoHyphens/>
        <w:spacing w:after="0" w:line="240" w:lineRule="auto"/>
        <w:ind w:firstLine="720"/>
        <w:jc w:val="both"/>
        <w:rPr>
          <w:rFonts w:ascii="Times New Roman" w:hAnsi="Times New Roman"/>
          <w:sz w:val="20"/>
          <w:szCs w:val="20"/>
          <w:lang w:val="it-IT"/>
        </w:rPr>
      </w:pPr>
      <w:r w:rsidRPr="00B036AE">
        <w:rPr>
          <w:rFonts w:ascii="Times New Roman" w:hAnsi="Times New Roman"/>
          <w:sz w:val="20"/>
          <w:szCs w:val="20"/>
          <w:lang w:val="it-IT"/>
        </w:rPr>
        <w:t xml:space="preserve">Semnătura ofertantului sau a reprezentantului ofertantului ................. </w:t>
      </w:r>
    </w:p>
    <w:p w14:paraId="66513FD7" w14:textId="77777777" w:rsidR="00E00181" w:rsidRPr="00B036AE" w:rsidRDefault="00E00181" w:rsidP="00E00181">
      <w:pPr>
        <w:suppressAutoHyphens/>
        <w:spacing w:after="0" w:line="240" w:lineRule="auto"/>
        <w:ind w:firstLine="720"/>
        <w:jc w:val="both"/>
        <w:rPr>
          <w:rFonts w:ascii="Times New Roman" w:hAnsi="Times New Roman"/>
          <w:sz w:val="20"/>
          <w:szCs w:val="20"/>
          <w:lang w:val="it-IT"/>
        </w:rPr>
      </w:pPr>
      <w:r w:rsidRPr="00B036AE">
        <w:rPr>
          <w:rFonts w:ascii="Times New Roman" w:hAnsi="Times New Roman"/>
          <w:sz w:val="20"/>
          <w:szCs w:val="20"/>
          <w:lang w:val="it-IT"/>
        </w:rPr>
        <w:t xml:space="preserve">Numele şi prenumele semnatarului ................. </w:t>
      </w:r>
    </w:p>
    <w:p w14:paraId="560B0055" w14:textId="77777777" w:rsidR="00E00181" w:rsidRPr="00B036AE" w:rsidRDefault="00E00181" w:rsidP="00E00181">
      <w:pPr>
        <w:suppressAutoHyphens/>
        <w:spacing w:after="0" w:line="240" w:lineRule="auto"/>
        <w:ind w:firstLine="720"/>
        <w:jc w:val="both"/>
        <w:rPr>
          <w:rFonts w:ascii="Times New Roman" w:hAnsi="Times New Roman"/>
          <w:sz w:val="20"/>
          <w:szCs w:val="20"/>
          <w:lang w:val="it-IT"/>
        </w:rPr>
      </w:pPr>
      <w:r w:rsidRPr="00B036AE">
        <w:rPr>
          <w:rFonts w:ascii="Times New Roman" w:hAnsi="Times New Roman"/>
          <w:sz w:val="20"/>
          <w:szCs w:val="20"/>
          <w:lang w:val="it-IT"/>
        </w:rPr>
        <w:t xml:space="preserve">Capacitate de semnătură ................. </w:t>
      </w:r>
    </w:p>
    <w:p w14:paraId="7F18A5ED" w14:textId="1AE37B02" w:rsidR="00E00181" w:rsidRPr="00B036AE" w:rsidRDefault="00E00181" w:rsidP="00E00181">
      <w:pPr>
        <w:suppressAutoHyphens/>
        <w:spacing w:after="0" w:line="240" w:lineRule="auto"/>
        <w:ind w:firstLine="720"/>
        <w:jc w:val="both"/>
        <w:rPr>
          <w:rFonts w:ascii="Times New Roman" w:hAnsi="Times New Roman"/>
          <w:sz w:val="20"/>
          <w:szCs w:val="20"/>
          <w:lang w:val="it-IT"/>
        </w:rPr>
      </w:pPr>
      <w:r w:rsidRPr="00B036AE">
        <w:rPr>
          <w:rFonts w:ascii="Times New Roman" w:hAnsi="Times New Roman"/>
          <w:sz w:val="20"/>
          <w:szCs w:val="20"/>
          <w:lang w:val="it-IT"/>
        </w:rPr>
        <w:t xml:space="preserve">Data .................: </w:t>
      </w:r>
    </w:p>
    <w:p w14:paraId="6FA26843"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4486B339"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7E96664C"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6ADF7495"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19886574"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20A8C738"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05EF6C0A"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4D10740E"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0B410E50"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59CEC2A4"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6C0DF487"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6E6ACEE9"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1290A1D4"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519D0C1E"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10E6CD64"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01623DCA"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30E9144C" w14:textId="77777777" w:rsidR="00E00181" w:rsidRDefault="00E00181" w:rsidP="00E00181">
      <w:pPr>
        <w:suppressAutoHyphens/>
        <w:spacing w:after="0" w:line="240" w:lineRule="auto"/>
        <w:jc w:val="both"/>
        <w:rPr>
          <w:rFonts w:ascii="Times New Roman" w:hAnsi="Times New Roman"/>
          <w:sz w:val="20"/>
          <w:szCs w:val="20"/>
          <w:lang w:val="it-IT" w:eastAsia="zh-CN"/>
        </w:rPr>
      </w:pPr>
    </w:p>
    <w:p w14:paraId="16ADB6C6" w14:textId="77777777" w:rsidR="00C53E2D" w:rsidRDefault="00C53E2D" w:rsidP="00E00181">
      <w:pPr>
        <w:suppressAutoHyphens/>
        <w:spacing w:after="0" w:line="240" w:lineRule="auto"/>
        <w:jc w:val="both"/>
        <w:rPr>
          <w:rFonts w:ascii="Times New Roman" w:hAnsi="Times New Roman"/>
          <w:sz w:val="20"/>
          <w:szCs w:val="20"/>
          <w:lang w:val="it-IT" w:eastAsia="zh-CN"/>
        </w:rPr>
      </w:pPr>
    </w:p>
    <w:p w14:paraId="21498A85" w14:textId="77777777" w:rsidR="00C53E2D" w:rsidRDefault="00C53E2D" w:rsidP="00E00181">
      <w:pPr>
        <w:suppressAutoHyphens/>
        <w:spacing w:after="0" w:line="240" w:lineRule="auto"/>
        <w:jc w:val="both"/>
        <w:rPr>
          <w:rFonts w:ascii="Times New Roman" w:hAnsi="Times New Roman"/>
          <w:sz w:val="20"/>
          <w:szCs w:val="20"/>
          <w:lang w:val="it-IT" w:eastAsia="zh-CN"/>
        </w:rPr>
      </w:pPr>
    </w:p>
    <w:p w14:paraId="1D53D9D3" w14:textId="77777777" w:rsidR="00C53E2D" w:rsidRDefault="00C53E2D" w:rsidP="00E00181">
      <w:pPr>
        <w:suppressAutoHyphens/>
        <w:spacing w:after="0" w:line="240" w:lineRule="auto"/>
        <w:jc w:val="both"/>
        <w:rPr>
          <w:rFonts w:ascii="Times New Roman" w:hAnsi="Times New Roman"/>
          <w:sz w:val="20"/>
          <w:szCs w:val="20"/>
          <w:lang w:val="it-IT" w:eastAsia="zh-CN"/>
        </w:rPr>
      </w:pPr>
    </w:p>
    <w:p w14:paraId="34D82E66" w14:textId="77777777" w:rsidR="00C53E2D" w:rsidRDefault="00C53E2D" w:rsidP="00E00181">
      <w:pPr>
        <w:suppressAutoHyphens/>
        <w:spacing w:after="0" w:line="240" w:lineRule="auto"/>
        <w:jc w:val="both"/>
        <w:rPr>
          <w:rFonts w:ascii="Times New Roman" w:hAnsi="Times New Roman"/>
          <w:sz w:val="20"/>
          <w:szCs w:val="20"/>
          <w:lang w:val="it-IT" w:eastAsia="zh-CN"/>
        </w:rPr>
      </w:pPr>
    </w:p>
    <w:p w14:paraId="6478C21D" w14:textId="77777777" w:rsidR="00C53E2D" w:rsidRDefault="00C53E2D" w:rsidP="00E00181">
      <w:pPr>
        <w:suppressAutoHyphens/>
        <w:spacing w:after="0" w:line="240" w:lineRule="auto"/>
        <w:jc w:val="both"/>
        <w:rPr>
          <w:rFonts w:ascii="Times New Roman" w:hAnsi="Times New Roman"/>
          <w:sz w:val="20"/>
          <w:szCs w:val="20"/>
          <w:lang w:val="it-IT" w:eastAsia="zh-CN"/>
        </w:rPr>
      </w:pPr>
    </w:p>
    <w:p w14:paraId="07BBC22F" w14:textId="77777777" w:rsidR="00C53E2D" w:rsidRDefault="00C53E2D" w:rsidP="00E00181">
      <w:pPr>
        <w:suppressAutoHyphens/>
        <w:spacing w:after="0" w:line="240" w:lineRule="auto"/>
        <w:jc w:val="both"/>
        <w:rPr>
          <w:rFonts w:ascii="Times New Roman" w:hAnsi="Times New Roman"/>
          <w:sz w:val="20"/>
          <w:szCs w:val="20"/>
          <w:lang w:val="it-IT" w:eastAsia="zh-CN"/>
        </w:rPr>
      </w:pPr>
    </w:p>
    <w:p w14:paraId="49152AEA" w14:textId="77777777" w:rsidR="00C53E2D" w:rsidRDefault="00C53E2D" w:rsidP="00E00181">
      <w:pPr>
        <w:suppressAutoHyphens/>
        <w:spacing w:after="0" w:line="240" w:lineRule="auto"/>
        <w:jc w:val="both"/>
        <w:rPr>
          <w:rFonts w:ascii="Times New Roman" w:hAnsi="Times New Roman"/>
          <w:sz w:val="20"/>
          <w:szCs w:val="20"/>
          <w:lang w:val="it-IT" w:eastAsia="zh-CN"/>
        </w:rPr>
      </w:pPr>
    </w:p>
    <w:p w14:paraId="4C1C226E" w14:textId="77777777" w:rsidR="00C53E2D" w:rsidRPr="00B036AE" w:rsidRDefault="00C53E2D" w:rsidP="00E00181">
      <w:pPr>
        <w:suppressAutoHyphens/>
        <w:spacing w:after="0" w:line="240" w:lineRule="auto"/>
        <w:jc w:val="both"/>
        <w:rPr>
          <w:rFonts w:ascii="Times New Roman" w:hAnsi="Times New Roman"/>
          <w:sz w:val="20"/>
          <w:szCs w:val="20"/>
          <w:lang w:val="it-IT" w:eastAsia="zh-CN"/>
        </w:rPr>
      </w:pPr>
    </w:p>
    <w:p w14:paraId="78BC7E00"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723ABBE6"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p>
    <w:p w14:paraId="52474C62" w14:textId="77777777" w:rsidR="00E00181" w:rsidRPr="00B036AE" w:rsidRDefault="00E00181" w:rsidP="00E00181">
      <w:pPr>
        <w:suppressAutoHyphens/>
        <w:spacing w:after="0" w:line="240" w:lineRule="auto"/>
        <w:jc w:val="both"/>
        <w:rPr>
          <w:rFonts w:ascii="Times New Roman" w:hAnsi="Times New Roman"/>
          <w:sz w:val="20"/>
          <w:szCs w:val="20"/>
          <w:highlight w:val="yellow"/>
          <w:lang w:val="it-IT" w:eastAsia="zh-CN"/>
        </w:rPr>
      </w:pPr>
    </w:p>
    <w:p w14:paraId="144A1FC0" w14:textId="77777777" w:rsidR="00E00181" w:rsidRPr="00B036AE" w:rsidRDefault="00E00181" w:rsidP="00E00181">
      <w:pPr>
        <w:suppressAutoHyphens/>
        <w:spacing w:after="0" w:line="240" w:lineRule="auto"/>
        <w:jc w:val="both"/>
        <w:rPr>
          <w:rFonts w:ascii="Times New Roman" w:hAnsi="Times New Roman"/>
          <w:sz w:val="20"/>
          <w:szCs w:val="20"/>
          <w:highlight w:val="yellow"/>
          <w:lang w:val="it-IT" w:eastAsia="zh-CN"/>
        </w:rPr>
      </w:pPr>
    </w:p>
    <w:p w14:paraId="7AB0BB8C" w14:textId="77777777" w:rsidR="00E00181" w:rsidRPr="00B036AE" w:rsidRDefault="00E00181" w:rsidP="00E00181">
      <w:pPr>
        <w:suppressAutoHyphens/>
        <w:spacing w:after="0" w:line="240" w:lineRule="auto"/>
        <w:jc w:val="both"/>
        <w:rPr>
          <w:rFonts w:ascii="Times New Roman" w:hAnsi="Times New Roman"/>
          <w:sz w:val="20"/>
          <w:szCs w:val="20"/>
          <w:highlight w:val="yellow"/>
          <w:lang w:val="it-IT" w:eastAsia="zh-CN"/>
        </w:rPr>
      </w:pPr>
    </w:p>
    <w:p w14:paraId="6917EFE7" w14:textId="77777777" w:rsidR="00E00181" w:rsidRPr="00B036AE" w:rsidRDefault="00E00181" w:rsidP="00E00181">
      <w:pPr>
        <w:suppressAutoHyphens/>
        <w:spacing w:after="0" w:line="240" w:lineRule="auto"/>
        <w:jc w:val="both"/>
        <w:rPr>
          <w:rFonts w:ascii="Times New Roman" w:hAnsi="Times New Roman"/>
          <w:sz w:val="20"/>
          <w:szCs w:val="20"/>
          <w:highlight w:val="yellow"/>
          <w:lang w:val="it-IT" w:eastAsia="zh-CN"/>
        </w:rPr>
      </w:pPr>
    </w:p>
    <w:p w14:paraId="565B6F79" w14:textId="77777777" w:rsidR="00E00181" w:rsidRPr="00B036AE" w:rsidRDefault="00E00181" w:rsidP="00E00181">
      <w:pPr>
        <w:suppressAutoHyphens/>
        <w:spacing w:after="0" w:line="240" w:lineRule="auto"/>
        <w:jc w:val="both"/>
        <w:rPr>
          <w:rFonts w:ascii="Times New Roman" w:hAnsi="Times New Roman"/>
          <w:sz w:val="20"/>
          <w:szCs w:val="20"/>
          <w:highlight w:val="yellow"/>
          <w:lang w:val="it-IT" w:eastAsia="zh-CN"/>
        </w:rPr>
      </w:pPr>
    </w:p>
    <w:p w14:paraId="0CD046C8" w14:textId="77777777" w:rsidR="00E00181" w:rsidRPr="00B036AE" w:rsidRDefault="00E00181" w:rsidP="00E00181">
      <w:pPr>
        <w:spacing w:after="0" w:line="240" w:lineRule="auto"/>
        <w:ind w:right="963"/>
        <w:rPr>
          <w:rFonts w:ascii="Times New Roman" w:hAnsi="Times New Roman"/>
          <w:sz w:val="20"/>
          <w:szCs w:val="20"/>
          <w:highlight w:val="yellow"/>
        </w:rPr>
      </w:pPr>
    </w:p>
    <w:p w14:paraId="2D38279F" w14:textId="77777777" w:rsidR="00E00181" w:rsidRPr="00B036AE" w:rsidRDefault="00E00181" w:rsidP="00E00181">
      <w:pPr>
        <w:spacing w:after="0" w:line="240" w:lineRule="auto"/>
        <w:ind w:right="963"/>
        <w:rPr>
          <w:rFonts w:ascii="Times New Roman" w:hAnsi="Times New Roman"/>
          <w:sz w:val="20"/>
          <w:szCs w:val="20"/>
          <w:highlight w:val="yellow"/>
        </w:rPr>
      </w:pPr>
    </w:p>
    <w:p w14:paraId="5E54C4BE" w14:textId="77777777" w:rsidR="00E00181" w:rsidRPr="00B036AE" w:rsidRDefault="00E00181" w:rsidP="00E00181">
      <w:pPr>
        <w:spacing w:after="0" w:line="240" w:lineRule="auto"/>
        <w:ind w:right="963"/>
        <w:rPr>
          <w:rFonts w:ascii="Times New Roman" w:hAnsi="Times New Roman"/>
          <w:sz w:val="20"/>
          <w:szCs w:val="20"/>
          <w:highlight w:val="yellow"/>
        </w:rPr>
      </w:pPr>
    </w:p>
    <w:p w14:paraId="750C9FE3" w14:textId="77777777" w:rsidR="00E00181" w:rsidRPr="00B036AE" w:rsidRDefault="00E00181" w:rsidP="00E00181">
      <w:pPr>
        <w:spacing w:after="0" w:line="240" w:lineRule="auto"/>
        <w:ind w:right="963"/>
        <w:rPr>
          <w:rFonts w:ascii="Times New Roman" w:hAnsi="Times New Roman"/>
          <w:sz w:val="20"/>
          <w:szCs w:val="20"/>
          <w:highlight w:val="yellow"/>
        </w:rPr>
      </w:pPr>
    </w:p>
    <w:p w14:paraId="005EB2C4" w14:textId="77777777" w:rsidR="00E00181" w:rsidRPr="00B036AE" w:rsidRDefault="00E00181" w:rsidP="00E00181">
      <w:pPr>
        <w:spacing w:after="0" w:line="240" w:lineRule="auto"/>
        <w:ind w:right="963"/>
        <w:rPr>
          <w:rFonts w:ascii="Times New Roman" w:hAnsi="Times New Roman"/>
          <w:sz w:val="20"/>
          <w:szCs w:val="20"/>
          <w:highlight w:val="yellow"/>
        </w:rPr>
      </w:pPr>
    </w:p>
    <w:p w14:paraId="585E317F" w14:textId="219EA28C" w:rsidR="00E00181" w:rsidRPr="00B036AE" w:rsidRDefault="00E00181" w:rsidP="00E00181">
      <w:pPr>
        <w:spacing w:after="0" w:line="240" w:lineRule="auto"/>
        <w:ind w:right="963"/>
        <w:jc w:val="right"/>
        <w:rPr>
          <w:rFonts w:ascii="Times New Roman" w:hAnsi="Times New Roman"/>
          <w:sz w:val="20"/>
          <w:szCs w:val="20"/>
          <w:highlight w:val="yellow"/>
        </w:rPr>
      </w:pPr>
      <w:proofErr w:type="spellStart"/>
      <w:r>
        <w:rPr>
          <w:rFonts w:ascii="Times New Roman" w:eastAsia="Times New Roman" w:hAnsi="Times New Roman"/>
          <w:b/>
          <w:bCs/>
          <w:sz w:val="20"/>
          <w:szCs w:val="20"/>
          <w:lang w:eastAsia="ro-RO"/>
        </w:rPr>
        <w:lastRenderedPageBreak/>
        <w:t>Formularul</w:t>
      </w:r>
      <w:proofErr w:type="spellEnd"/>
      <w:r>
        <w:rPr>
          <w:rFonts w:ascii="Times New Roman" w:eastAsia="Times New Roman" w:hAnsi="Times New Roman"/>
          <w:b/>
          <w:bCs/>
          <w:sz w:val="20"/>
          <w:szCs w:val="20"/>
          <w:lang w:eastAsia="ro-RO"/>
        </w:rPr>
        <w:t xml:space="preserve"> nr. 2</w:t>
      </w:r>
    </w:p>
    <w:p w14:paraId="309DB532" w14:textId="77777777" w:rsidR="00E00181" w:rsidRPr="00B036AE" w:rsidRDefault="00E00181" w:rsidP="00E00181">
      <w:pPr>
        <w:spacing w:after="0" w:line="240" w:lineRule="auto"/>
        <w:ind w:right="963"/>
        <w:rPr>
          <w:rFonts w:ascii="Times New Roman" w:hAnsi="Times New Roman"/>
          <w:b/>
          <w:sz w:val="20"/>
          <w:szCs w:val="20"/>
        </w:rPr>
      </w:pPr>
      <w:r w:rsidRPr="00B036AE">
        <w:rPr>
          <w:rFonts w:ascii="Times New Roman" w:hAnsi="Times New Roman"/>
          <w:sz w:val="20"/>
          <w:szCs w:val="20"/>
        </w:rPr>
        <w:t>OPERATORUL ECONOMIC</w:t>
      </w:r>
      <w:r w:rsidRPr="00B036AE">
        <w:rPr>
          <w:rFonts w:ascii="Times New Roman" w:hAnsi="Times New Roman"/>
          <w:b/>
          <w:sz w:val="20"/>
          <w:szCs w:val="20"/>
        </w:rPr>
        <w:t xml:space="preserve">                           </w:t>
      </w:r>
    </w:p>
    <w:p w14:paraId="1B2BD617" w14:textId="77777777" w:rsidR="00E00181" w:rsidRPr="00B036AE" w:rsidRDefault="00E00181" w:rsidP="00E00181">
      <w:pPr>
        <w:suppressAutoHyphens/>
        <w:spacing w:after="120" w:line="100" w:lineRule="atLeast"/>
        <w:jc w:val="both"/>
        <w:rPr>
          <w:rFonts w:ascii="Times New Roman" w:eastAsia="Times New Roman" w:hAnsi="Times New Roman"/>
          <w:sz w:val="20"/>
          <w:szCs w:val="20"/>
        </w:rPr>
      </w:pPr>
      <w:r w:rsidRPr="00B036AE">
        <w:rPr>
          <w:rFonts w:ascii="Times New Roman" w:eastAsia="Times New Roman" w:hAnsi="Times New Roman"/>
          <w:sz w:val="20"/>
          <w:szCs w:val="20"/>
        </w:rPr>
        <w:t>____________________</w:t>
      </w:r>
    </w:p>
    <w:p w14:paraId="7BC0F74F" w14:textId="77777777" w:rsidR="00E00181" w:rsidRPr="00B036AE" w:rsidRDefault="00E00181" w:rsidP="00E00181">
      <w:pPr>
        <w:suppressAutoHyphens/>
        <w:spacing w:after="120" w:line="100" w:lineRule="atLeast"/>
        <w:jc w:val="both"/>
        <w:rPr>
          <w:rFonts w:ascii="Times New Roman" w:eastAsia="Times New Roman" w:hAnsi="Times New Roman"/>
          <w:sz w:val="20"/>
          <w:szCs w:val="20"/>
        </w:rPr>
      </w:pPr>
      <w:r w:rsidRPr="00B036AE">
        <w:rPr>
          <w:rFonts w:ascii="Times New Roman" w:eastAsia="Times New Roman" w:hAnsi="Times New Roman"/>
          <w:sz w:val="20"/>
          <w:szCs w:val="20"/>
        </w:rPr>
        <w:t xml:space="preserve">  </w:t>
      </w:r>
      <w:r w:rsidRPr="00B036AE">
        <w:rPr>
          <w:rFonts w:ascii="Times New Roman" w:eastAsia="Times New Roman" w:hAnsi="Times New Roman"/>
          <w:i/>
          <w:iCs/>
          <w:sz w:val="20"/>
          <w:szCs w:val="20"/>
        </w:rPr>
        <w:t>(</w:t>
      </w:r>
      <w:proofErr w:type="spellStart"/>
      <w:r w:rsidRPr="00B036AE">
        <w:rPr>
          <w:rFonts w:ascii="Times New Roman" w:eastAsia="Times New Roman" w:hAnsi="Times New Roman"/>
          <w:i/>
          <w:iCs/>
          <w:sz w:val="20"/>
          <w:szCs w:val="20"/>
        </w:rPr>
        <w:t>denumirea</w:t>
      </w:r>
      <w:proofErr w:type="spellEnd"/>
      <w:r w:rsidRPr="00B036AE">
        <w:rPr>
          <w:rFonts w:ascii="Times New Roman" w:eastAsia="Times New Roman" w:hAnsi="Times New Roman"/>
          <w:i/>
          <w:iCs/>
          <w:sz w:val="20"/>
          <w:szCs w:val="20"/>
        </w:rPr>
        <w:t>/</w:t>
      </w:r>
      <w:proofErr w:type="spellStart"/>
      <w:r w:rsidRPr="00B036AE">
        <w:rPr>
          <w:rFonts w:ascii="Times New Roman" w:eastAsia="Times New Roman" w:hAnsi="Times New Roman"/>
          <w:i/>
          <w:iCs/>
          <w:sz w:val="20"/>
          <w:szCs w:val="20"/>
        </w:rPr>
        <w:t>numele</w:t>
      </w:r>
      <w:proofErr w:type="spellEnd"/>
      <w:r w:rsidRPr="00B036AE">
        <w:rPr>
          <w:rFonts w:ascii="Times New Roman" w:eastAsia="Times New Roman" w:hAnsi="Times New Roman"/>
          <w:i/>
          <w:iCs/>
          <w:sz w:val="20"/>
          <w:szCs w:val="20"/>
        </w:rPr>
        <w:t>)</w:t>
      </w:r>
    </w:p>
    <w:p w14:paraId="34DC926D" w14:textId="77777777" w:rsidR="00E00181" w:rsidRPr="00B036AE" w:rsidRDefault="00E00181" w:rsidP="00E00181">
      <w:pPr>
        <w:keepLines/>
        <w:tabs>
          <w:tab w:val="left" w:pos="720"/>
        </w:tabs>
        <w:suppressAutoHyphens/>
        <w:spacing w:after="0" w:line="100" w:lineRule="atLeast"/>
        <w:jc w:val="center"/>
        <w:outlineLvl w:val="1"/>
        <w:rPr>
          <w:rFonts w:ascii="Times New Roman" w:eastAsia="Times New Roman" w:hAnsi="Times New Roman"/>
          <w:b/>
          <w:bCs/>
          <w:sz w:val="20"/>
          <w:szCs w:val="20"/>
        </w:rPr>
      </w:pPr>
    </w:p>
    <w:p w14:paraId="0CEA3BD6" w14:textId="77777777" w:rsidR="00E00181" w:rsidRPr="00B036AE" w:rsidRDefault="00E00181" w:rsidP="00E00181">
      <w:pPr>
        <w:keepLines/>
        <w:tabs>
          <w:tab w:val="left" w:pos="720"/>
        </w:tabs>
        <w:suppressAutoHyphens/>
        <w:spacing w:after="0" w:line="100" w:lineRule="atLeast"/>
        <w:jc w:val="center"/>
        <w:outlineLvl w:val="1"/>
        <w:rPr>
          <w:rFonts w:ascii="Times New Roman" w:eastAsia="Times New Roman" w:hAnsi="Times New Roman"/>
          <w:b/>
          <w:bCs/>
          <w:sz w:val="20"/>
          <w:szCs w:val="20"/>
        </w:rPr>
      </w:pPr>
      <w:r w:rsidRPr="00B036AE">
        <w:rPr>
          <w:rFonts w:ascii="Times New Roman" w:eastAsia="Times New Roman" w:hAnsi="Times New Roman"/>
          <w:b/>
          <w:bCs/>
          <w:sz w:val="20"/>
          <w:szCs w:val="20"/>
        </w:rPr>
        <w:t xml:space="preserve">DECLARAŢIE </w:t>
      </w:r>
    </w:p>
    <w:p w14:paraId="11064B39" w14:textId="77777777" w:rsidR="00E00181" w:rsidRPr="00B036AE" w:rsidRDefault="00E00181" w:rsidP="00E00181">
      <w:pPr>
        <w:suppressAutoHyphens/>
        <w:spacing w:after="0" w:line="240" w:lineRule="auto"/>
        <w:jc w:val="center"/>
        <w:rPr>
          <w:rFonts w:ascii="Times New Roman" w:eastAsia="Times New Roman" w:hAnsi="Times New Roman"/>
          <w:b/>
          <w:sz w:val="20"/>
          <w:szCs w:val="20"/>
          <w:lang w:eastAsia="zh-CN"/>
        </w:rPr>
      </w:pPr>
      <w:proofErr w:type="spellStart"/>
      <w:r w:rsidRPr="00B036AE">
        <w:rPr>
          <w:rFonts w:ascii="Times New Roman" w:eastAsia="Times New Roman" w:hAnsi="Times New Roman"/>
          <w:b/>
          <w:sz w:val="20"/>
          <w:szCs w:val="20"/>
          <w:lang w:eastAsia="zh-CN"/>
        </w:rPr>
        <w:t>privind</w:t>
      </w:r>
      <w:proofErr w:type="spellEnd"/>
      <w:r w:rsidRPr="00B036AE">
        <w:rPr>
          <w:rFonts w:ascii="Times New Roman" w:eastAsia="Times New Roman" w:hAnsi="Times New Roman"/>
          <w:b/>
          <w:sz w:val="20"/>
          <w:szCs w:val="20"/>
          <w:lang w:eastAsia="zh-CN"/>
        </w:rPr>
        <w:t xml:space="preserve"> </w:t>
      </w:r>
      <w:proofErr w:type="spellStart"/>
      <w:r w:rsidRPr="00B036AE">
        <w:rPr>
          <w:rFonts w:ascii="Times New Roman" w:eastAsia="Times New Roman" w:hAnsi="Times New Roman"/>
          <w:b/>
          <w:sz w:val="20"/>
          <w:szCs w:val="20"/>
          <w:lang w:eastAsia="zh-CN"/>
        </w:rPr>
        <w:t>neîncadrarea</w:t>
      </w:r>
      <w:proofErr w:type="spellEnd"/>
      <w:r w:rsidRPr="00B036AE">
        <w:rPr>
          <w:rFonts w:ascii="Times New Roman" w:eastAsia="Times New Roman" w:hAnsi="Times New Roman"/>
          <w:b/>
          <w:sz w:val="20"/>
          <w:szCs w:val="20"/>
          <w:lang w:eastAsia="zh-CN"/>
        </w:rPr>
        <w:t xml:space="preserve"> </w:t>
      </w:r>
      <w:proofErr w:type="spellStart"/>
      <w:r w:rsidRPr="00B036AE">
        <w:rPr>
          <w:rFonts w:ascii="Times New Roman" w:eastAsia="Times New Roman" w:hAnsi="Times New Roman"/>
          <w:b/>
          <w:sz w:val="20"/>
          <w:szCs w:val="20"/>
          <w:lang w:eastAsia="zh-CN"/>
        </w:rPr>
        <w:t>în</w:t>
      </w:r>
      <w:proofErr w:type="spellEnd"/>
      <w:r w:rsidRPr="00B036AE">
        <w:rPr>
          <w:rFonts w:ascii="Times New Roman" w:eastAsia="Times New Roman" w:hAnsi="Times New Roman"/>
          <w:b/>
          <w:sz w:val="20"/>
          <w:szCs w:val="20"/>
          <w:lang w:eastAsia="zh-CN"/>
        </w:rPr>
        <w:t xml:space="preserve"> </w:t>
      </w:r>
      <w:proofErr w:type="spellStart"/>
      <w:r w:rsidRPr="00B036AE">
        <w:rPr>
          <w:rFonts w:ascii="Times New Roman" w:eastAsia="Times New Roman" w:hAnsi="Times New Roman"/>
          <w:b/>
          <w:sz w:val="20"/>
          <w:szCs w:val="20"/>
          <w:lang w:eastAsia="zh-CN"/>
        </w:rPr>
        <w:t>prevederile</w:t>
      </w:r>
      <w:proofErr w:type="spellEnd"/>
      <w:r w:rsidRPr="00B036AE">
        <w:rPr>
          <w:rFonts w:ascii="Times New Roman" w:eastAsia="Times New Roman" w:hAnsi="Times New Roman"/>
          <w:b/>
          <w:sz w:val="20"/>
          <w:szCs w:val="20"/>
          <w:lang w:eastAsia="zh-CN"/>
        </w:rPr>
        <w:t xml:space="preserve"> art. 165</w:t>
      </w:r>
    </w:p>
    <w:p w14:paraId="39809250" w14:textId="77777777" w:rsidR="00E00181" w:rsidRPr="00B036AE" w:rsidRDefault="00E00181" w:rsidP="00E00181">
      <w:pPr>
        <w:suppressAutoHyphens/>
        <w:spacing w:after="0" w:line="240" w:lineRule="auto"/>
        <w:jc w:val="center"/>
        <w:rPr>
          <w:rFonts w:ascii="Times New Roman" w:eastAsia="Times New Roman" w:hAnsi="Times New Roman"/>
          <w:b/>
          <w:sz w:val="20"/>
          <w:szCs w:val="20"/>
          <w:lang w:eastAsia="zh-CN"/>
        </w:rPr>
      </w:pPr>
      <w:r w:rsidRPr="00B036AE">
        <w:rPr>
          <w:rFonts w:ascii="Times New Roman" w:eastAsia="Times New Roman" w:hAnsi="Times New Roman"/>
          <w:b/>
          <w:sz w:val="20"/>
          <w:szCs w:val="20"/>
          <w:lang w:eastAsia="zh-CN"/>
        </w:rPr>
        <w:t xml:space="preserve"> din </w:t>
      </w:r>
      <w:proofErr w:type="spellStart"/>
      <w:r w:rsidRPr="00B036AE">
        <w:rPr>
          <w:rFonts w:ascii="Times New Roman" w:eastAsia="Times New Roman" w:hAnsi="Times New Roman"/>
          <w:b/>
          <w:sz w:val="20"/>
          <w:szCs w:val="20"/>
          <w:lang w:eastAsia="zh-CN"/>
        </w:rPr>
        <w:t>Legea</w:t>
      </w:r>
      <w:proofErr w:type="spellEnd"/>
      <w:r w:rsidRPr="00B036AE">
        <w:rPr>
          <w:rFonts w:ascii="Times New Roman" w:eastAsia="Times New Roman" w:hAnsi="Times New Roman"/>
          <w:b/>
          <w:sz w:val="20"/>
          <w:szCs w:val="20"/>
          <w:lang w:eastAsia="zh-CN"/>
        </w:rPr>
        <w:t xml:space="preserve"> 98/2016</w:t>
      </w:r>
    </w:p>
    <w:p w14:paraId="1479E147" w14:textId="77777777" w:rsidR="00E00181" w:rsidRPr="00B036AE" w:rsidRDefault="00E00181" w:rsidP="00E00181">
      <w:pPr>
        <w:suppressAutoHyphens/>
        <w:spacing w:after="0" w:line="240" w:lineRule="auto"/>
        <w:jc w:val="center"/>
        <w:rPr>
          <w:rFonts w:ascii="Times New Roman" w:eastAsia="Times New Roman" w:hAnsi="Times New Roman"/>
          <w:b/>
          <w:sz w:val="20"/>
          <w:szCs w:val="20"/>
          <w:lang w:eastAsia="zh-CN"/>
        </w:rPr>
      </w:pPr>
    </w:p>
    <w:p w14:paraId="22C42EF2" w14:textId="1D402225" w:rsidR="00E00181" w:rsidRPr="00B036AE" w:rsidRDefault="00E00181" w:rsidP="00E00181">
      <w:pPr>
        <w:spacing w:after="0" w:line="240" w:lineRule="auto"/>
        <w:jc w:val="both"/>
        <w:rPr>
          <w:rFonts w:ascii="Times New Roman" w:hAnsi="Times New Roman"/>
          <w:sz w:val="20"/>
          <w:szCs w:val="20"/>
        </w:rPr>
      </w:pPr>
      <w:r w:rsidRPr="00B036AE">
        <w:rPr>
          <w:rFonts w:ascii="Times New Roman" w:hAnsi="Times New Roman"/>
          <w:sz w:val="20"/>
          <w:szCs w:val="20"/>
        </w:rPr>
        <w:t>Subsemnatul(a)............................................................... [</w:t>
      </w:r>
      <w:r w:rsidRPr="00B036AE">
        <w:rPr>
          <w:rFonts w:ascii="Times New Roman" w:hAnsi="Times New Roman"/>
          <w:i/>
          <w:sz w:val="20"/>
          <w:szCs w:val="20"/>
        </w:rPr>
        <w:t xml:space="preserve">se </w:t>
      </w:r>
      <w:proofErr w:type="spellStart"/>
      <w:r w:rsidRPr="00B036AE">
        <w:rPr>
          <w:rFonts w:ascii="Times New Roman" w:hAnsi="Times New Roman"/>
          <w:i/>
          <w:sz w:val="20"/>
          <w:szCs w:val="20"/>
        </w:rPr>
        <w:t>inserează</w:t>
      </w:r>
      <w:proofErr w:type="spellEnd"/>
      <w:r w:rsidRPr="00B036AE">
        <w:rPr>
          <w:rFonts w:ascii="Times New Roman" w:hAnsi="Times New Roman"/>
          <w:i/>
          <w:sz w:val="20"/>
          <w:szCs w:val="20"/>
        </w:rPr>
        <w:t xml:space="preserve"> </w:t>
      </w:r>
      <w:proofErr w:type="spellStart"/>
      <w:r w:rsidRPr="00B036AE">
        <w:rPr>
          <w:rFonts w:ascii="Times New Roman" w:hAnsi="Times New Roman"/>
          <w:i/>
          <w:sz w:val="20"/>
          <w:szCs w:val="20"/>
        </w:rPr>
        <w:t>numele</w:t>
      </w:r>
      <w:proofErr w:type="spellEnd"/>
      <w:r w:rsidRPr="00B036AE">
        <w:rPr>
          <w:rFonts w:ascii="Times New Roman" w:hAnsi="Times New Roman"/>
          <w:i/>
          <w:sz w:val="20"/>
          <w:szCs w:val="20"/>
        </w:rPr>
        <w:t xml:space="preserve"> </w:t>
      </w:r>
      <w:proofErr w:type="spellStart"/>
      <w:r w:rsidRPr="00B036AE">
        <w:rPr>
          <w:rFonts w:ascii="Times New Roman" w:hAnsi="Times New Roman"/>
          <w:i/>
          <w:sz w:val="20"/>
          <w:szCs w:val="20"/>
        </w:rPr>
        <w:t>operatorului</w:t>
      </w:r>
      <w:proofErr w:type="spellEnd"/>
      <w:r w:rsidRPr="00B036AE">
        <w:rPr>
          <w:rFonts w:ascii="Times New Roman" w:hAnsi="Times New Roman"/>
          <w:i/>
          <w:sz w:val="20"/>
          <w:szCs w:val="20"/>
        </w:rPr>
        <w:t xml:space="preserve"> economic </w:t>
      </w:r>
      <w:proofErr w:type="spellStart"/>
      <w:r w:rsidRPr="00B036AE">
        <w:rPr>
          <w:rFonts w:ascii="Times New Roman" w:hAnsi="Times New Roman"/>
          <w:i/>
          <w:sz w:val="20"/>
          <w:szCs w:val="20"/>
        </w:rPr>
        <w:t>persoana</w:t>
      </w:r>
      <w:proofErr w:type="spellEnd"/>
      <w:r w:rsidRPr="00B036AE">
        <w:rPr>
          <w:rFonts w:ascii="Times New Roman" w:hAnsi="Times New Roman"/>
          <w:i/>
          <w:sz w:val="20"/>
          <w:szCs w:val="20"/>
        </w:rPr>
        <w:t xml:space="preserve"> </w:t>
      </w:r>
      <w:proofErr w:type="spellStart"/>
      <w:r w:rsidRPr="00B036AE">
        <w:rPr>
          <w:rFonts w:ascii="Times New Roman" w:hAnsi="Times New Roman"/>
          <w:i/>
          <w:sz w:val="20"/>
          <w:szCs w:val="20"/>
        </w:rPr>
        <w:t>juridică</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în</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calitate</w:t>
      </w:r>
      <w:proofErr w:type="spellEnd"/>
      <w:r w:rsidRPr="00B036AE">
        <w:rPr>
          <w:rFonts w:ascii="Times New Roman" w:hAnsi="Times New Roman"/>
          <w:sz w:val="20"/>
          <w:szCs w:val="20"/>
        </w:rPr>
        <w:t xml:space="preserve"> de </w:t>
      </w:r>
      <w:proofErr w:type="spellStart"/>
      <w:r w:rsidRPr="00B036AE">
        <w:rPr>
          <w:rFonts w:ascii="Times New Roman" w:hAnsi="Times New Roman"/>
          <w:sz w:val="20"/>
          <w:szCs w:val="20"/>
        </w:rPr>
        <w:t>ofertant</w:t>
      </w:r>
      <w:proofErr w:type="spellEnd"/>
      <w:r w:rsidRPr="00B036AE">
        <w:rPr>
          <w:rFonts w:ascii="Times New Roman" w:hAnsi="Times New Roman"/>
          <w:sz w:val="20"/>
          <w:szCs w:val="20"/>
        </w:rPr>
        <w:t xml:space="preserve"> la </w:t>
      </w:r>
      <w:proofErr w:type="spellStart"/>
      <w:r w:rsidRPr="00B036AE">
        <w:rPr>
          <w:rFonts w:ascii="Times New Roman" w:hAnsi="Times New Roman"/>
          <w:sz w:val="20"/>
          <w:szCs w:val="20"/>
        </w:rPr>
        <w:t>procedura</w:t>
      </w:r>
      <w:proofErr w:type="spellEnd"/>
      <w:r w:rsidRPr="00B036AE">
        <w:rPr>
          <w:rFonts w:ascii="Times New Roman" w:hAnsi="Times New Roman"/>
          <w:sz w:val="20"/>
          <w:szCs w:val="20"/>
        </w:rPr>
        <w:t xml:space="preserve"> de </w:t>
      </w:r>
      <w:proofErr w:type="spellStart"/>
      <w:r w:rsidR="003C62B1">
        <w:rPr>
          <w:rFonts w:ascii="Times New Roman" w:hAnsi="Times New Roman"/>
          <w:b/>
          <w:sz w:val="20"/>
          <w:szCs w:val="20"/>
        </w:rPr>
        <w:t>Achiziție</w:t>
      </w:r>
      <w:proofErr w:type="spellEnd"/>
      <w:r w:rsidR="003C62B1">
        <w:rPr>
          <w:rFonts w:ascii="Times New Roman" w:hAnsi="Times New Roman"/>
          <w:b/>
          <w:sz w:val="20"/>
          <w:szCs w:val="20"/>
        </w:rPr>
        <w:t xml:space="preserve"> </w:t>
      </w:r>
      <w:proofErr w:type="spellStart"/>
      <w:r w:rsidR="003C62B1">
        <w:rPr>
          <w:rFonts w:ascii="Times New Roman" w:hAnsi="Times New Roman"/>
          <w:b/>
          <w:sz w:val="20"/>
          <w:szCs w:val="20"/>
        </w:rPr>
        <w:t>directă</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pentru</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achiziția</w:t>
      </w:r>
      <w:proofErr w:type="spellEnd"/>
      <w:r w:rsidRPr="00B036AE">
        <w:rPr>
          <w:rFonts w:ascii="Times New Roman" w:hAnsi="Times New Roman"/>
          <w:sz w:val="20"/>
          <w:szCs w:val="20"/>
        </w:rPr>
        <w:t xml:space="preserve"> de </w:t>
      </w:r>
      <w:proofErr w:type="spellStart"/>
      <w:r w:rsidR="003C62B1">
        <w:rPr>
          <w:rFonts w:ascii="Times New Roman" w:hAnsi="Times New Roman"/>
          <w:b/>
          <w:sz w:val="20"/>
          <w:szCs w:val="20"/>
        </w:rPr>
        <w:t>articole</w:t>
      </w:r>
      <w:proofErr w:type="spellEnd"/>
      <w:r w:rsidR="003C62B1">
        <w:rPr>
          <w:rFonts w:ascii="Times New Roman" w:hAnsi="Times New Roman"/>
          <w:b/>
          <w:sz w:val="20"/>
          <w:szCs w:val="20"/>
        </w:rPr>
        <w:t xml:space="preserve"> de </w:t>
      </w:r>
      <w:proofErr w:type="spellStart"/>
      <w:r w:rsidR="003C62B1">
        <w:rPr>
          <w:rFonts w:ascii="Times New Roman" w:hAnsi="Times New Roman"/>
          <w:b/>
          <w:sz w:val="20"/>
          <w:szCs w:val="20"/>
        </w:rPr>
        <w:t>îmbrăcăminre</w:t>
      </w:r>
      <w:proofErr w:type="spellEnd"/>
      <w:r w:rsidR="003C62B1">
        <w:rPr>
          <w:rFonts w:ascii="Times New Roman" w:hAnsi="Times New Roman"/>
          <w:b/>
          <w:sz w:val="20"/>
          <w:szCs w:val="20"/>
        </w:rPr>
        <w:t xml:space="preserve">, </w:t>
      </w:r>
      <w:proofErr w:type="spellStart"/>
      <w:r w:rsidR="003C62B1">
        <w:rPr>
          <w:rFonts w:ascii="Times New Roman" w:hAnsi="Times New Roman"/>
          <w:b/>
          <w:sz w:val="20"/>
          <w:szCs w:val="20"/>
        </w:rPr>
        <w:t>încălțăminte</w:t>
      </w:r>
      <w:proofErr w:type="spellEnd"/>
      <w:r w:rsidR="003C62B1">
        <w:rPr>
          <w:rFonts w:ascii="Times New Roman" w:hAnsi="Times New Roman"/>
          <w:b/>
          <w:sz w:val="20"/>
          <w:szCs w:val="20"/>
        </w:rPr>
        <w:t xml:space="preserve"> </w:t>
      </w:r>
      <w:proofErr w:type="spellStart"/>
      <w:r w:rsidR="003C62B1">
        <w:rPr>
          <w:rFonts w:ascii="Times New Roman" w:hAnsi="Times New Roman"/>
          <w:b/>
          <w:sz w:val="20"/>
          <w:szCs w:val="20"/>
        </w:rPr>
        <w:t>și</w:t>
      </w:r>
      <w:proofErr w:type="spellEnd"/>
      <w:r w:rsidR="003C62B1">
        <w:rPr>
          <w:rFonts w:ascii="Times New Roman" w:hAnsi="Times New Roman"/>
          <w:b/>
          <w:sz w:val="20"/>
          <w:szCs w:val="20"/>
        </w:rPr>
        <w:t xml:space="preserve"> </w:t>
      </w:r>
      <w:proofErr w:type="spellStart"/>
      <w:r w:rsidR="003C62B1">
        <w:rPr>
          <w:rFonts w:ascii="Times New Roman" w:hAnsi="Times New Roman"/>
          <w:b/>
          <w:sz w:val="20"/>
          <w:szCs w:val="20"/>
        </w:rPr>
        <w:t>rechizite</w:t>
      </w:r>
      <w:proofErr w:type="spellEnd"/>
      <w:r w:rsidR="003C62B1">
        <w:rPr>
          <w:rFonts w:ascii="Times New Roman" w:hAnsi="Times New Roman"/>
          <w:b/>
          <w:sz w:val="20"/>
          <w:szCs w:val="20"/>
        </w:rPr>
        <w:t xml:space="preserve"> </w:t>
      </w:r>
      <w:proofErr w:type="spellStart"/>
      <w:r w:rsidR="003C62B1">
        <w:rPr>
          <w:rFonts w:ascii="Times New Roman" w:hAnsi="Times New Roman"/>
          <w:b/>
          <w:sz w:val="20"/>
          <w:szCs w:val="20"/>
        </w:rPr>
        <w:t>școlare</w:t>
      </w:r>
      <w:proofErr w:type="spellEnd"/>
      <w:r w:rsidRPr="00B036AE">
        <w:rPr>
          <w:rFonts w:ascii="Times New Roman" w:hAnsi="Times New Roman"/>
          <w:sz w:val="20"/>
          <w:szCs w:val="20"/>
        </w:rPr>
        <w:t xml:space="preserve">, </w:t>
      </w:r>
      <w:r w:rsidRPr="00B036AE">
        <w:rPr>
          <w:rFonts w:ascii="Times New Roman" w:hAnsi="Times New Roman"/>
          <w:b/>
          <w:sz w:val="20"/>
          <w:szCs w:val="20"/>
        </w:rPr>
        <w:t xml:space="preserve">cod CPV </w:t>
      </w:r>
      <w:r w:rsidR="003C62B1" w:rsidRPr="003C62B1">
        <w:rPr>
          <w:rFonts w:ascii="Times New Roman" w:hAnsi="Times New Roman"/>
          <w:b/>
          <w:sz w:val="20"/>
          <w:szCs w:val="20"/>
        </w:rPr>
        <w:t xml:space="preserve">18300000-2 </w:t>
      </w:r>
      <w:proofErr w:type="spellStart"/>
      <w:r w:rsidR="003C62B1" w:rsidRPr="003C62B1">
        <w:rPr>
          <w:rFonts w:ascii="Times New Roman" w:hAnsi="Times New Roman"/>
          <w:b/>
          <w:sz w:val="20"/>
          <w:szCs w:val="20"/>
        </w:rPr>
        <w:t>Articole</w:t>
      </w:r>
      <w:proofErr w:type="spellEnd"/>
      <w:r w:rsidR="003C62B1" w:rsidRPr="003C62B1">
        <w:rPr>
          <w:rFonts w:ascii="Times New Roman" w:hAnsi="Times New Roman"/>
          <w:b/>
          <w:sz w:val="20"/>
          <w:szCs w:val="20"/>
        </w:rPr>
        <w:t xml:space="preserve"> de </w:t>
      </w:r>
      <w:proofErr w:type="spellStart"/>
      <w:r w:rsidR="003C62B1" w:rsidRPr="003C62B1">
        <w:rPr>
          <w:rFonts w:ascii="Times New Roman" w:hAnsi="Times New Roman"/>
          <w:b/>
          <w:sz w:val="20"/>
          <w:szCs w:val="20"/>
        </w:rPr>
        <w:t>imbracaminte</w:t>
      </w:r>
      <w:proofErr w:type="spellEnd"/>
      <w:r w:rsidR="003C62B1" w:rsidRPr="003C62B1">
        <w:rPr>
          <w:rFonts w:ascii="Times New Roman" w:hAnsi="Times New Roman"/>
          <w:b/>
          <w:sz w:val="20"/>
          <w:szCs w:val="20"/>
        </w:rPr>
        <w:t xml:space="preserve"> (Rev.2)</w:t>
      </w:r>
      <w:r w:rsidRPr="00B036AE">
        <w:rPr>
          <w:rFonts w:ascii="Times New Roman" w:hAnsi="Times New Roman"/>
          <w:sz w:val="20"/>
          <w:szCs w:val="20"/>
        </w:rPr>
        <w:t xml:space="preserve">, la data de </w:t>
      </w:r>
      <w:r w:rsidRPr="00B036AE">
        <w:rPr>
          <w:rFonts w:ascii="Times New Roman" w:hAnsi="Times New Roman"/>
          <w:b/>
          <w:sz w:val="20"/>
          <w:szCs w:val="20"/>
        </w:rPr>
        <w:t>.............................</w:t>
      </w:r>
      <w:r w:rsidRPr="00B036AE">
        <w:rPr>
          <w:rFonts w:ascii="Times New Roman" w:hAnsi="Times New Roman"/>
          <w:sz w:val="20"/>
          <w:szCs w:val="20"/>
        </w:rPr>
        <w:t xml:space="preserve">, </w:t>
      </w:r>
      <w:proofErr w:type="spellStart"/>
      <w:r w:rsidRPr="00B036AE">
        <w:rPr>
          <w:rFonts w:ascii="Times New Roman" w:hAnsi="Times New Roman"/>
          <w:sz w:val="20"/>
          <w:szCs w:val="20"/>
        </w:rPr>
        <w:t>organizată</w:t>
      </w:r>
      <w:proofErr w:type="spellEnd"/>
      <w:r w:rsidRPr="00B036AE">
        <w:rPr>
          <w:rFonts w:ascii="Times New Roman" w:hAnsi="Times New Roman"/>
          <w:sz w:val="20"/>
          <w:szCs w:val="20"/>
        </w:rPr>
        <w:t xml:space="preserve"> de </w:t>
      </w:r>
      <w:proofErr w:type="spellStart"/>
      <w:r w:rsidRPr="00B036AE">
        <w:rPr>
          <w:rFonts w:ascii="Times New Roman" w:hAnsi="Times New Roman"/>
          <w:sz w:val="20"/>
          <w:szCs w:val="20"/>
        </w:rPr>
        <w:t>Comun</w:t>
      </w:r>
      <w:proofErr w:type="spellEnd"/>
      <w:r w:rsidRPr="00B036AE">
        <w:rPr>
          <w:rFonts w:ascii="Times New Roman" w:hAnsi="Times New Roman"/>
          <w:sz w:val="20"/>
          <w:szCs w:val="20"/>
        </w:rPr>
        <w:t xml:space="preserve"> </w:t>
      </w:r>
      <w:proofErr w:type="spellStart"/>
      <w:r w:rsidR="003C62B1">
        <w:rPr>
          <w:rFonts w:ascii="Times New Roman" w:hAnsi="Times New Roman"/>
          <w:sz w:val="20"/>
          <w:szCs w:val="20"/>
        </w:rPr>
        <w:t>Fălciu</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Județul</w:t>
      </w:r>
      <w:proofErr w:type="spellEnd"/>
      <w:r w:rsidRPr="00B036AE">
        <w:rPr>
          <w:rFonts w:ascii="Times New Roman" w:hAnsi="Times New Roman"/>
          <w:sz w:val="20"/>
          <w:szCs w:val="20"/>
        </w:rPr>
        <w:t xml:space="preserve"> </w:t>
      </w:r>
      <w:proofErr w:type="spellStart"/>
      <w:r w:rsidR="003C62B1">
        <w:rPr>
          <w:rFonts w:ascii="Times New Roman" w:hAnsi="Times New Roman"/>
          <w:sz w:val="20"/>
          <w:szCs w:val="20"/>
        </w:rPr>
        <w:t>Vaslui</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declar</w:t>
      </w:r>
      <w:proofErr w:type="spellEnd"/>
      <w:r w:rsidRPr="00B036AE">
        <w:rPr>
          <w:rFonts w:ascii="Times New Roman" w:hAnsi="Times New Roman"/>
          <w:sz w:val="20"/>
          <w:szCs w:val="20"/>
        </w:rPr>
        <w:t xml:space="preserve"> pe </w:t>
      </w:r>
      <w:proofErr w:type="spellStart"/>
      <w:r w:rsidRPr="00B036AE">
        <w:rPr>
          <w:rFonts w:ascii="Times New Roman" w:hAnsi="Times New Roman"/>
          <w:sz w:val="20"/>
          <w:szCs w:val="20"/>
        </w:rPr>
        <w:t>proprie</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răspundere</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că</w:t>
      </w:r>
      <w:proofErr w:type="spellEnd"/>
      <w:r w:rsidRPr="00B036AE">
        <w:rPr>
          <w:rFonts w:ascii="Times New Roman" w:hAnsi="Times New Roman"/>
          <w:sz w:val="20"/>
          <w:szCs w:val="20"/>
        </w:rPr>
        <w:t xml:space="preserve"> nu  </w:t>
      </w:r>
      <w:proofErr w:type="spellStart"/>
      <w:r w:rsidRPr="00B036AE">
        <w:rPr>
          <w:rFonts w:ascii="Times New Roman" w:hAnsi="Times New Roman"/>
          <w:sz w:val="20"/>
          <w:szCs w:val="20"/>
        </w:rPr>
        <w:t>mă</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aflu</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în</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situația</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prevăzută</w:t>
      </w:r>
      <w:proofErr w:type="spellEnd"/>
      <w:r w:rsidRPr="00B036AE">
        <w:rPr>
          <w:rFonts w:ascii="Times New Roman" w:hAnsi="Times New Roman"/>
          <w:sz w:val="20"/>
          <w:szCs w:val="20"/>
        </w:rPr>
        <w:t xml:space="preserve"> la art. 165 :</w:t>
      </w:r>
    </w:p>
    <w:p w14:paraId="5B49BEB2" w14:textId="77777777" w:rsidR="00E00181" w:rsidRPr="00B036AE" w:rsidRDefault="00E00181" w:rsidP="00E00181">
      <w:pPr>
        <w:spacing w:after="0" w:line="240" w:lineRule="auto"/>
        <w:jc w:val="both"/>
        <w:rPr>
          <w:rFonts w:ascii="Times New Roman" w:hAnsi="Times New Roman"/>
          <w:sz w:val="20"/>
          <w:szCs w:val="20"/>
        </w:rPr>
      </w:pPr>
    </w:p>
    <w:p w14:paraId="3725A920" w14:textId="77777777" w:rsidR="00E00181" w:rsidRPr="00B036AE" w:rsidRDefault="00E00181" w:rsidP="00E00181">
      <w:pPr>
        <w:suppressAutoHyphens/>
        <w:jc w:val="both"/>
        <w:rPr>
          <w:rFonts w:ascii="Times New Roman" w:hAnsi="Times New Roman"/>
          <w:sz w:val="20"/>
          <w:szCs w:val="20"/>
          <w:lang w:eastAsia="zh-CN"/>
        </w:rPr>
      </w:pPr>
      <w:r w:rsidRPr="00B036AE">
        <w:rPr>
          <w:rFonts w:ascii="Times New Roman" w:hAnsi="Times New Roman"/>
          <w:b/>
          <w:bCs/>
          <w:sz w:val="20"/>
          <w:szCs w:val="20"/>
          <w:lang w:eastAsia="zh-CN"/>
        </w:rPr>
        <w:t xml:space="preserve">Nu ne-am </w:t>
      </w:r>
      <w:proofErr w:type="spellStart"/>
      <w:r w:rsidRPr="00B036AE">
        <w:rPr>
          <w:rFonts w:ascii="Times New Roman" w:hAnsi="Times New Roman"/>
          <w:sz w:val="20"/>
          <w:szCs w:val="20"/>
          <w:lang w:eastAsia="zh-CN"/>
        </w:rPr>
        <w:t>încălcat</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obligațiile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privind</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plata</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impozitelor</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taxelor</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sau</w:t>
      </w:r>
      <w:proofErr w:type="spellEnd"/>
      <w:r w:rsidRPr="00B036AE">
        <w:rPr>
          <w:rFonts w:ascii="Times New Roman" w:hAnsi="Times New Roman"/>
          <w:sz w:val="20"/>
          <w:szCs w:val="20"/>
          <w:lang w:eastAsia="zh-CN"/>
        </w:rPr>
        <w:t xml:space="preserve"> a </w:t>
      </w:r>
      <w:proofErr w:type="spellStart"/>
      <w:r w:rsidRPr="00B036AE">
        <w:rPr>
          <w:rFonts w:ascii="Times New Roman" w:hAnsi="Times New Roman"/>
          <w:sz w:val="20"/>
          <w:szCs w:val="20"/>
          <w:lang w:eastAsia="zh-CN"/>
        </w:rPr>
        <w:t>contribuțiilor</w:t>
      </w:r>
      <w:proofErr w:type="spellEnd"/>
      <w:r w:rsidRPr="00B036AE">
        <w:rPr>
          <w:rFonts w:ascii="Times New Roman" w:hAnsi="Times New Roman"/>
          <w:sz w:val="20"/>
          <w:szCs w:val="20"/>
          <w:lang w:eastAsia="zh-CN"/>
        </w:rPr>
        <w:t xml:space="preserve"> la </w:t>
      </w:r>
      <w:proofErr w:type="spellStart"/>
      <w:r w:rsidRPr="00B036AE">
        <w:rPr>
          <w:rFonts w:ascii="Times New Roman" w:hAnsi="Times New Roman"/>
          <w:sz w:val="20"/>
          <w:szCs w:val="20"/>
          <w:lang w:eastAsia="zh-CN"/>
        </w:rPr>
        <w:t>bugetul</w:t>
      </w:r>
      <w:proofErr w:type="spellEnd"/>
      <w:r w:rsidRPr="00B036AE">
        <w:rPr>
          <w:rFonts w:ascii="Times New Roman" w:hAnsi="Times New Roman"/>
          <w:sz w:val="20"/>
          <w:szCs w:val="20"/>
          <w:lang w:eastAsia="zh-CN"/>
        </w:rPr>
        <w:t xml:space="preserve"> general </w:t>
      </w:r>
      <w:proofErr w:type="spellStart"/>
      <w:r w:rsidRPr="00B036AE">
        <w:rPr>
          <w:rFonts w:ascii="Times New Roman" w:hAnsi="Times New Roman"/>
          <w:sz w:val="20"/>
          <w:szCs w:val="20"/>
          <w:lang w:eastAsia="zh-CN"/>
        </w:rPr>
        <w:t>consolidat</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așa</w:t>
      </w:r>
      <w:proofErr w:type="spellEnd"/>
      <w:r w:rsidRPr="00B036AE">
        <w:rPr>
          <w:rFonts w:ascii="Times New Roman" w:hAnsi="Times New Roman"/>
          <w:sz w:val="20"/>
          <w:szCs w:val="20"/>
          <w:lang w:eastAsia="zh-CN"/>
        </w:rPr>
        <w:t xml:space="preserve"> cum </w:t>
      </w:r>
      <w:proofErr w:type="spellStart"/>
      <w:r w:rsidRPr="00B036AE">
        <w:rPr>
          <w:rFonts w:ascii="Times New Roman" w:hAnsi="Times New Roman"/>
          <w:sz w:val="20"/>
          <w:szCs w:val="20"/>
          <w:lang w:eastAsia="zh-CN"/>
        </w:rPr>
        <w:t>aceste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obligații</w:t>
      </w:r>
      <w:proofErr w:type="spellEnd"/>
      <w:r w:rsidRPr="00B036AE">
        <w:rPr>
          <w:rFonts w:ascii="Times New Roman" w:hAnsi="Times New Roman"/>
          <w:sz w:val="20"/>
          <w:szCs w:val="20"/>
          <w:lang w:eastAsia="zh-CN"/>
        </w:rPr>
        <w:t xml:space="preserve"> sunt definite de art. 165 </w:t>
      </w:r>
      <w:proofErr w:type="spellStart"/>
      <w:r w:rsidRPr="00B036AE">
        <w:rPr>
          <w:rFonts w:ascii="Times New Roman" w:hAnsi="Times New Roman"/>
          <w:sz w:val="20"/>
          <w:szCs w:val="20"/>
          <w:lang w:eastAsia="zh-CN"/>
        </w:rPr>
        <w:t>alin</w:t>
      </w:r>
      <w:proofErr w:type="spellEnd"/>
      <w:r w:rsidRPr="00B036AE">
        <w:rPr>
          <w:rFonts w:ascii="Times New Roman" w:hAnsi="Times New Roman"/>
          <w:sz w:val="20"/>
          <w:szCs w:val="20"/>
          <w:lang w:eastAsia="zh-CN"/>
        </w:rPr>
        <w:t xml:space="preserve">. (1) </w:t>
      </w:r>
      <w:proofErr w:type="spellStart"/>
      <w:r w:rsidRPr="00B036AE">
        <w:rPr>
          <w:rFonts w:ascii="Times New Roman" w:hAnsi="Times New Roman"/>
          <w:sz w:val="20"/>
          <w:szCs w:val="20"/>
          <w:lang w:eastAsia="zh-CN"/>
        </w:rPr>
        <w:t>si</w:t>
      </w:r>
      <w:proofErr w:type="spellEnd"/>
      <w:r w:rsidRPr="00B036AE">
        <w:rPr>
          <w:rFonts w:ascii="Times New Roman" w:hAnsi="Times New Roman"/>
          <w:sz w:val="20"/>
          <w:szCs w:val="20"/>
          <w:lang w:eastAsia="zh-CN"/>
        </w:rPr>
        <w:t xml:space="preserve"> art. 166 </w:t>
      </w:r>
      <w:proofErr w:type="spellStart"/>
      <w:r w:rsidRPr="00B036AE">
        <w:rPr>
          <w:rFonts w:ascii="Times New Roman" w:hAnsi="Times New Roman"/>
          <w:sz w:val="20"/>
          <w:szCs w:val="20"/>
          <w:lang w:eastAsia="zh-CN"/>
        </w:rPr>
        <w:t>alin</w:t>
      </w:r>
      <w:proofErr w:type="spellEnd"/>
      <w:r w:rsidRPr="00B036AE">
        <w:rPr>
          <w:rFonts w:ascii="Times New Roman" w:hAnsi="Times New Roman"/>
          <w:sz w:val="20"/>
          <w:szCs w:val="20"/>
          <w:lang w:eastAsia="zh-CN"/>
        </w:rPr>
        <w:t xml:space="preserve">. (2) din </w:t>
      </w:r>
      <w:proofErr w:type="spellStart"/>
      <w:r w:rsidRPr="00B036AE">
        <w:rPr>
          <w:rFonts w:ascii="Times New Roman" w:hAnsi="Times New Roman"/>
          <w:sz w:val="20"/>
          <w:szCs w:val="20"/>
          <w:lang w:eastAsia="zh-CN"/>
        </w:rPr>
        <w:t>Legea</w:t>
      </w:r>
      <w:proofErr w:type="spellEnd"/>
      <w:r w:rsidRPr="00B036AE">
        <w:rPr>
          <w:rFonts w:ascii="Times New Roman" w:hAnsi="Times New Roman"/>
          <w:sz w:val="20"/>
          <w:szCs w:val="20"/>
          <w:lang w:eastAsia="zh-CN"/>
        </w:rPr>
        <w:t xml:space="preserve"> nr. 98/2016. </w:t>
      </w:r>
    </w:p>
    <w:p w14:paraId="3AD61122" w14:textId="77777777" w:rsidR="00E00181" w:rsidRPr="00B036AE" w:rsidRDefault="00E00181" w:rsidP="00E00181">
      <w:pPr>
        <w:widowControl w:val="0"/>
        <w:numPr>
          <w:ilvl w:val="0"/>
          <w:numId w:val="19"/>
        </w:numPr>
        <w:suppressAutoHyphens/>
        <w:spacing w:after="0" w:line="240" w:lineRule="auto"/>
        <w:contextualSpacing/>
        <w:jc w:val="both"/>
        <w:rPr>
          <w:rFonts w:ascii="Times New Roman" w:hAnsi="Times New Roman"/>
          <w:sz w:val="20"/>
          <w:szCs w:val="20"/>
          <w:lang w:eastAsia="zh-CN"/>
        </w:rPr>
      </w:pPr>
      <w:r w:rsidRPr="00B036AE">
        <w:rPr>
          <w:rFonts w:ascii="Times New Roman" w:hAnsi="Times New Roman"/>
          <w:sz w:val="20"/>
          <w:szCs w:val="20"/>
          <w:lang w:eastAsia="zh-CN"/>
        </w:rPr>
        <w:t xml:space="preserve">Nu mi-am </w:t>
      </w:r>
      <w:proofErr w:type="spellStart"/>
      <w:r w:rsidRPr="00B036AE">
        <w:rPr>
          <w:rFonts w:ascii="Times New Roman" w:hAnsi="Times New Roman"/>
          <w:sz w:val="20"/>
          <w:szCs w:val="20"/>
          <w:lang w:eastAsia="zh-CN"/>
        </w:rPr>
        <w:t>încălcat</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obligațiile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privind</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plata</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impozitelor</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taxelor</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sau</w:t>
      </w:r>
      <w:proofErr w:type="spellEnd"/>
      <w:r w:rsidRPr="00B036AE">
        <w:rPr>
          <w:rFonts w:ascii="Times New Roman" w:hAnsi="Times New Roman"/>
          <w:sz w:val="20"/>
          <w:szCs w:val="20"/>
          <w:lang w:eastAsia="zh-CN"/>
        </w:rPr>
        <w:t xml:space="preserve"> a </w:t>
      </w:r>
      <w:proofErr w:type="spellStart"/>
      <w:r w:rsidRPr="00B036AE">
        <w:rPr>
          <w:rFonts w:ascii="Times New Roman" w:hAnsi="Times New Roman"/>
          <w:sz w:val="20"/>
          <w:szCs w:val="20"/>
          <w:lang w:eastAsia="zh-CN"/>
        </w:rPr>
        <w:t>contribuțiilor</w:t>
      </w:r>
      <w:proofErr w:type="spellEnd"/>
      <w:r w:rsidRPr="00B036AE">
        <w:rPr>
          <w:rFonts w:ascii="Times New Roman" w:hAnsi="Times New Roman"/>
          <w:sz w:val="20"/>
          <w:szCs w:val="20"/>
          <w:lang w:eastAsia="zh-CN"/>
        </w:rPr>
        <w:t xml:space="preserve"> la </w:t>
      </w:r>
      <w:proofErr w:type="spellStart"/>
      <w:r w:rsidRPr="00B036AE">
        <w:rPr>
          <w:rFonts w:ascii="Times New Roman" w:hAnsi="Times New Roman"/>
          <w:sz w:val="20"/>
          <w:szCs w:val="20"/>
          <w:lang w:eastAsia="zh-CN"/>
        </w:rPr>
        <w:t>bugetul</w:t>
      </w:r>
      <w:proofErr w:type="spellEnd"/>
      <w:r w:rsidRPr="00B036AE">
        <w:rPr>
          <w:rFonts w:ascii="Times New Roman" w:hAnsi="Times New Roman"/>
          <w:sz w:val="20"/>
          <w:szCs w:val="20"/>
          <w:lang w:eastAsia="zh-CN"/>
        </w:rPr>
        <w:t xml:space="preserve"> general </w:t>
      </w:r>
      <w:proofErr w:type="spellStart"/>
      <w:r w:rsidRPr="00B036AE">
        <w:rPr>
          <w:rFonts w:ascii="Times New Roman" w:hAnsi="Times New Roman"/>
          <w:sz w:val="20"/>
          <w:szCs w:val="20"/>
          <w:lang w:eastAsia="zh-CN"/>
        </w:rPr>
        <w:t>consolidat</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neexistând</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în</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acest</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sens</w:t>
      </w:r>
      <w:proofErr w:type="spellEnd"/>
      <w:r w:rsidRPr="00B036AE">
        <w:rPr>
          <w:rFonts w:ascii="Times New Roman" w:hAnsi="Times New Roman"/>
          <w:sz w:val="20"/>
          <w:szCs w:val="20"/>
          <w:lang w:eastAsia="zh-CN"/>
        </w:rPr>
        <w:t xml:space="preserve"> o </w:t>
      </w:r>
      <w:proofErr w:type="spellStart"/>
      <w:r w:rsidRPr="00B036AE">
        <w:rPr>
          <w:rFonts w:ascii="Times New Roman" w:hAnsi="Times New Roman"/>
          <w:sz w:val="20"/>
          <w:szCs w:val="20"/>
          <w:lang w:eastAsia="zh-CN"/>
        </w:rPr>
        <w:t>hotărâre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judecătorească</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sau</w:t>
      </w:r>
      <w:proofErr w:type="spellEnd"/>
      <w:r w:rsidRPr="00B036AE">
        <w:rPr>
          <w:rFonts w:ascii="Times New Roman" w:hAnsi="Times New Roman"/>
          <w:sz w:val="20"/>
          <w:szCs w:val="20"/>
          <w:lang w:eastAsia="zh-CN"/>
        </w:rPr>
        <w:t xml:space="preserve"> o </w:t>
      </w:r>
      <w:proofErr w:type="spellStart"/>
      <w:r w:rsidRPr="00B036AE">
        <w:rPr>
          <w:rFonts w:ascii="Times New Roman" w:hAnsi="Times New Roman"/>
          <w:sz w:val="20"/>
          <w:szCs w:val="20"/>
          <w:lang w:eastAsia="zh-CN"/>
        </w:rPr>
        <w:t>decizie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administrativă</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având</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caracter</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definitiv</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și</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obligatoriu</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în</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conformitate</w:t>
      </w:r>
      <w:proofErr w:type="spellEnd"/>
      <w:r w:rsidRPr="00B036AE">
        <w:rPr>
          <w:rFonts w:ascii="Times New Roman" w:hAnsi="Times New Roman"/>
          <w:sz w:val="20"/>
          <w:szCs w:val="20"/>
          <w:lang w:eastAsia="zh-CN"/>
        </w:rPr>
        <w:t xml:space="preserve"> cu </w:t>
      </w:r>
      <w:proofErr w:type="spellStart"/>
      <w:r w:rsidRPr="00B036AE">
        <w:rPr>
          <w:rFonts w:ascii="Times New Roman" w:hAnsi="Times New Roman"/>
          <w:sz w:val="20"/>
          <w:szCs w:val="20"/>
          <w:lang w:eastAsia="zh-CN"/>
        </w:rPr>
        <w:t>legea</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statului</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în</w:t>
      </w:r>
      <w:proofErr w:type="spellEnd"/>
      <w:r w:rsidRPr="00B036AE">
        <w:rPr>
          <w:rFonts w:ascii="Times New Roman" w:hAnsi="Times New Roman"/>
          <w:sz w:val="20"/>
          <w:szCs w:val="20"/>
          <w:lang w:eastAsia="zh-CN"/>
        </w:rPr>
        <w:t xml:space="preserve"> care am </w:t>
      </w:r>
      <w:proofErr w:type="spellStart"/>
      <w:r w:rsidRPr="00B036AE">
        <w:rPr>
          <w:rFonts w:ascii="Times New Roman" w:hAnsi="Times New Roman"/>
          <w:sz w:val="20"/>
          <w:szCs w:val="20"/>
          <w:lang w:eastAsia="zh-CN"/>
        </w:rPr>
        <w:t>fost</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înființat</w:t>
      </w:r>
      <w:proofErr w:type="spellEnd"/>
      <w:r w:rsidRPr="00B036AE">
        <w:rPr>
          <w:rFonts w:ascii="Times New Roman" w:hAnsi="Times New Roman"/>
          <w:sz w:val="20"/>
          <w:szCs w:val="20"/>
          <w:lang w:eastAsia="zh-CN"/>
        </w:rPr>
        <w:t>;</w:t>
      </w:r>
    </w:p>
    <w:p w14:paraId="415C1D64" w14:textId="77777777" w:rsidR="00E00181" w:rsidRPr="00B036AE" w:rsidRDefault="00E00181" w:rsidP="00E00181">
      <w:pPr>
        <w:widowControl w:val="0"/>
        <w:numPr>
          <w:ilvl w:val="0"/>
          <w:numId w:val="19"/>
        </w:numPr>
        <w:suppressAutoHyphens/>
        <w:spacing w:after="0" w:line="240" w:lineRule="auto"/>
        <w:contextualSpacing/>
        <w:jc w:val="both"/>
        <w:rPr>
          <w:rFonts w:ascii="Times New Roman" w:hAnsi="Times New Roman"/>
          <w:sz w:val="20"/>
          <w:szCs w:val="20"/>
          <w:lang w:eastAsia="zh-CN"/>
        </w:rPr>
      </w:pPr>
      <w:r w:rsidRPr="00B036AE">
        <w:rPr>
          <w:rFonts w:ascii="Times New Roman" w:hAnsi="Times New Roman"/>
          <w:sz w:val="20"/>
          <w:szCs w:val="20"/>
          <w:lang w:eastAsia="zh-CN"/>
        </w:rPr>
        <w:t xml:space="preserve">Mi-am </w:t>
      </w:r>
      <w:proofErr w:type="spellStart"/>
      <w:r w:rsidRPr="00B036AE">
        <w:rPr>
          <w:rFonts w:ascii="Times New Roman" w:hAnsi="Times New Roman"/>
          <w:sz w:val="20"/>
          <w:szCs w:val="20"/>
          <w:lang w:eastAsia="zh-CN"/>
        </w:rPr>
        <w:t>îndeplinit</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obligațiile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privind</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plata</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impozitelor</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taxelor</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sau</w:t>
      </w:r>
      <w:proofErr w:type="spellEnd"/>
      <w:r w:rsidRPr="00B036AE">
        <w:rPr>
          <w:rFonts w:ascii="Times New Roman" w:hAnsi="Times New Roman"/>
          <w:sz w:val="20"/>
          <w:szCs w:val="20"/>
          <w:lang w:eastAsia="zh-CN"/>
        </w:rPr>
        <w:t xml:space="preserve"> a </w:t>
      </w:r>
      <w:proofErr w:type="spellStart"/>
      <w:r w:rsidRPr="00B036AE">
        <w:rPr>
          <w:rFonts w:ascii="Times New Roman" w:hAnsi="Times New Roman"/>
          <w:sz w:val="20"/>
          <w:szCs w:val="20"/>
          <w:lang w:eastAsia="zh-CN"/>
        </w:rPr>
        <w:t>contribuțiilor</w:t>
      </w:r>
      <w:proofErr w:type="spellEnd"/>
      <w:r w:rsidRPr="00B036AE">
        <w:rPr>
          <w:rFonts w:ascii="Times New Roman" w:hAnsi="Times New Roman"/>
          <w:sz w:val="20"/>
          <w:szCs w:val="20"/>
          <w:lang w:eastAsia="zh-CN"/>
        </w:rPr>
        <w:t xml:space="preserve"> la </w:t>
      </w:r>
      <w:proofErr w:type="spellStart"/>
      <w:r w:rsidRPr="00B036AE">
        <w:rPr>
          <w:rFonts w:ascii="Times New Roman" w:hAnsi="Times New Roman"/>
          <w:sz w:val="20"/>
          <w:szCs w:val="20"/>
          <w:lang w:eastAsia="zh-CN"/>
        </w:rPr>
        <w:t>bugetul</w:t>
      </w:r>
      <w:proofErr w:type="spellEnd"/>
      <w:r w:rsidRPr="00B036AE">
        <w:rPr>
          <w:rFonts w:ascii="Times New Roman" w:hAnsi="Times New Roman"/>
          <w:sz w:val="20"/>
          <w:szCs w:val="20"/>
          <w:lang w:eastAsia="zh-CN"/>
        </w:rPr>
        <w:t xml:space="preserve"> general </w:t>
      </w:r>
      <w:proofErr w:type="spellStart"/>
      <w:r w:rsidRPr="00B036AE">
        <w:rPr>
          <w:rFonts w:ascii="Times New Roman" w:hAnsi="Times New Roman"/>
          <w:sz w:val="20"/>
          <w:szCs w:val="20"/>
          <w:lang w:eastAsia="zh-CN"/>
        </w:rPr>
        <w:t>consolidat</w:t>
      </w:r>
      <w:proofErr w:type="spellEnd"/>
      <w:r w:rsidRPr="00B036AE">
        <w:rPr>
          <w:rFonts w:ascii="Times New Roman" w:hAnsi="Times New Roman"/>
          <w:sz w:val="20"/>
          <w:szCs w:val="20"/>
          <w:lang w:eastAsia="zh-CN"/>
        </w:rPr>
        <w:t>;</w:t>
      </w:r>
    </w:p>
    <w:p w14:paraId="05E06F95" w14:textId="77777777" w:rsidR="00E00181" w:rsidRPr="00B036AE" w:rsidRDefault="00E00181" w:rsidP="00E00181">
      <w:pPr>
        <w:widowControl w:val="0"/>
        <w:numPr>
          <w:ilvl w:val="0"/>
          <w:numId w:val="19"/>
        </w:numPr>
        <w:suppressAutoHyphens/>
        <w:spacing w:after="0" w:line="240" w:lineRule="auto"/>
        <w:contextualSpacing/>
        <w:jc w:val="both"/>
        <w:rPr>
          <w:rFonts w:ascii="Times New Roman" w:hAnsi="Times New Roman"/>
          <w:sz w:val="20"/>
          <w:szCs w:val="20"/>
          <w:lang w:eastAsia="zh-CN"/>
        </w:rPr>
      </w:pPr>
      <w:r w:rsidRPr="00B036AE">
        <w:rPr>
          <w:rFonts w:ascii="Times New Roman" w:hAnsi="Times New Roman"/>
          <w:sz w:val="20"/>
          <w:szCs w:val="20"/>
          <w:lang w:eastAsia="zh-CN"/>
        </w:rPr>
        <w:t xml:space="preserve">Nu </w:t>
      </w:r>
      <w:proofErr w:type="spellStart"/>
      <w:r w:rsidRPr="00B036AE">
        <w:rPr>
          <w:rFonts w:ascii="Times New Roman" w:hAnsi="Times New Roman"/>
          <w:sz w:val="20"/>
          <w:szCs w:val="20"/>
          <w:lang w:eastAsia="zh-CN"/>
        </w:rPr>
        <w:t>prezint</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informații</w:t>
      </w:r>
      <w:proofErr w:type="spellEnd"/>
      <w:r w:rsidRPr="00B036AE">
        <w:rPr>
          <w:rFonts w:ascii="Times New Roman" w:hAnsi="Times New Roman"/>
          <w:sz w:val="20"/>
          <w:szCs w:val="20"/>
          <w:lang w:eastAsia="zh-CN"/>
        </w:rPr>
        <w:t xml:space="preserve"> false ci </w:t>
      </w:r>
      <w:proofErr w:type="spellStart"/>
      <w:r w:rsidRPr="00B036AE">
        <w:rPr>
          <w:rFonts w:ascii="Times New Roman" w:hAnsi="Times New Roman"/>
          <w:sz w:val="20"/>
          <w:szCs w:val="20"/>
          <w:lang w:eastAsia="zh-CN"/>
        </w:rPr>
        <w:t>prezint</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informațiile</w:t>
      </w:r>
      <w:proofErr w:type="spellEnd"/>
      <w:r w:rsidRPr="00B036AE">
        <w:rPr>
          <w:rFonts w:ascii="Times New Roman" w:hAnsi="Times New Roman"/>
          <w:sz w:val="20"/>
          <w:szCs w:val="20"/>
          <w:lang w:eastAsia="zh-CN"/>
        </w:rPr>
        <w:t xml:space="preserve"> solicitate de </w:t>
      </w:r>
      <w:proofErr w:type="spellStart"/>
      <w:r w:rsidRPr="00B036AE">
        <w:rPr>
          <w:rFonts w:ascii="Times New Roman" w:hAnsi="Times New Roman"/>
          <w:sz w:val="20"/>
          <w:szCs w:val="20"/>
          <w:lang w:eastAsia="zh-CN"/>
        </w:rPr>
        <w:t>către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autoritatea</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contractantă</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în</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scopul</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demonstrării</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îndeplinirii</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criteriilor</w:t>
      </w:r>
      <w:proofErr w:type="spellEnd"/>
      <w:r w:rsidRPr="00B036AE">
        <w:rPr>
          <w:rFonts w:ascii="Times New Roman" w:hAnsi="Times New Roman"/>
          <w:sz w:val="20"/>
          <w:szCs w:val="20"/>
          <w:lang w:eastAsia="zh-CN"/>
        </w:rPr>
        <w:t xml:space="preserve"> de </w:t>
      </w:r>
      <w:proofErr w:type="spellStart"/>
      <w:r w:rsidRPr="00B036AE">
        <w:rPr>
          <w:rFonts w:ascii="Times New Roman" w:hAnsi="Times New Roman"/>
          <w:sz w:val="20"/>
          <w:szCs w:val="20"/>
          <w:lang w:eastAsia="zh-CN"/>
        </w:rPr>
        <w:t>calificare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și</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selecție</w:t>
      </w:r>
      <w:proofErr w:type="spellEnd"/>
      <w:r w:rsidRPr="00B036AE">
        <w:rPr>
          <w:rFonts w:ascii="Times New Roman" w:hAnsi="Times New Roman"/>
          <w:sz w:val="20"/>
          <w:szCs w:val="20"/>
          <w:lang w:eastAsia="zh-CN"/>
        </w:rPr>
        <w:t>.</w:t>
      </w:r>
    </w:p>
    <w:p w14:paraId="0E2549F9" w14:textId="4A44A7F5" w:rsidR="00E00181" w:rsidRPr="00B036AE" w:rsidRDefault="00E00181" w:rsidP="00E00181">
      <w:pPr>
        <w:suppressAutoHyphens/>
        <w:ind w:left="360"/>
        <w:jc w:val="both"/>
        <w:rPr>
          <w:rFonts w:ascii="Times New Roman" w:hAnsi="Times New Roman"/>
          <w:sz w:val="20"/>
          <w:szCs w:val="20"/>
          <w:lang w:eastAsia="zh-CN"/>
        </w:rPr>
      </w:pPr>
      <w:r w:rsidRPr="00B036AE">
        <w:rPr>
          <w:rFonts w:ascii="Times New Roman" w:hAnsi="Times New Roman"/>
          <w:sz w:val="20"/>
          <w:szCs w:val="20"/>
          <w:lang w:eastAsia="zh-CN"/>
        </w:rPr>
        <w:t xml:space="preserve">Subsemnatul, </w:t>
      </w:r>
      <w:proofErr w:type="spellStart"/>
      <w:r w:rsidRPr="00B036AE">
        <w:rPr>
          <w:rFonts w:ascii="Times New Roman" w:hAnsi="Times New Roman"/>
          <w:sz w:val="20"/>
          <w:szCs w:val="20"/>
          <w:lang w:eastAsia="zh-CN"/>
        </w:rPr>
        <w:t>autorizez</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prin</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prezenta</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orice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instituție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societate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comercială</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bancă</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alte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persoane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juridice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autorități</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contractante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străine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să</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furnizeze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informații</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reprezentanților</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autorizați</w:t>
      </w:r>
      <w:proofErr w:type="spellEnd"/>
      <w:r w:rsidRPr="00B036AE">
        <w:rPr>
          <w:rFonts w:ascii="Times New Roman" w:hAnsi="Times New Roman"/>
          <w:sz w:val="20"/>
          <w:szCs w:val="20"/>
          <w:lang w:eastAsia="zh-CN"/>
        </w:rPr>
        <w:t xml:space="preserve"> ai </w:t>
      </w:r>
      <w:proofErr w:type="spellStart"/>
      <w:r w:rsidRPr="00B036AE">
        <w:rPr>
          <w:rFonts w:ascii="Times New Roman" w:hAnsi="Times New Roman"/>
          <w:sz w:val="20"/>
          <w:szCs w:val="20"/>
          <w:lang w:eastAsia="zh-CN"/>
        </w:rPr>
        <w:t>autorității</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contractante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b/>
          <w:sz w:val="20"/>
          <w:szCs w:val="20"/>
          <w:lang w:eastAsia="zh-CN"/>
        </w:rPr>
        <w:t>Comuna</w:t>
      </w:r>
      <w:proofErr w:type="spellEnd"/>
      <w:r w:rsidRPr="00B036AE">
        <w:rPr>
          <w:rFonts w:ascii="Times New Roman" w:hAnsi="Times New Roman"/>
          <w:b/>
          <w:sz w:val="20"/>
          <w:szCs w:val="20"/>
          <w:lang w:eastAsia="zh-CN"/>
        </w:rPr>
        <w:t xml:space="preserve"> </w:t>
      </w:r>
      <w:proofErr w:type="spellStart"/>
      <w:r w:rsidR="003C62B1">
        <w:rPr>
          <w:rFonts w:ascii="Times New Roman" w:hAnsi="Times New Roman"/>
          <w:b/>
          <w:sz w:val="20"/>
          <w:szCs w:val="20"/>
          <w:lang w:eastAsia="zh-CN"/>
        </w:rPr>
        <w:t>Fălciu</w:t>
      </w:r>
      <w:proofErr w:type="spellEnd"/>
      <w:r w:rsidRPr="00B036AE">
        <w:rPr>
          <w:rFonts w:ascii="Times New Roman" w:hAnsi="Times New Roman"/>
          <w:sz w:val="20"/>
          <w:szCs w:val="20"/>
          <w:lang w:eastAsia="zh-CN"/>
        </w:rPr>
        <w:t xml:space="preserve">, cu </w:t>
      </w:r>
      <w:proofErr w:type="spellStart"/>
      <w:r w:rsidRPr="00B036AE">
        <w:rPr>
          <w:rFonts w:ascii="Times New Roman" w:hAnsi="Times New Roman"/>
          <w:sz w:val="20"/>
          <w:szCs w:val="20"/>
          <w:lang w:eastAsia="zh-CN"/>
        </w:rPr>
        <w:t>sediu</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în</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localitatea</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Șcheia</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jud</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Iași</w:t>
      </w:r>
      <w:proofErr w:type="spellEnd"/>
      <w:r w:rsidRPr="00B036AE">
        <w:rPr>
          <w:rFonts w:ascii="Times New Roman" w:hAnsi="Times New Roman"/>
          <w:sz w:val="20"/>
          <w:szCs w:val="20"/>
          <w:lang w:eastAsia="zh-CN"/>
        </w:rPr>
        <w:t xml:space="preserve">, cu </w:t>
      </w:r>
      <w:proofErr w:type="spellStart"/>
      <w:r w:rsidRPr="00B036AE">
        <w:rPr>
          <w:rFonts w:ascii="Times New Roman" w:hAnsi="Times New Roman"/>
          <w:sz w:val="20"/>
          <w:szCs w:val="20"/>
          <w:lang w:eastAsia="zh-CN"/>
        </w:rPr>
        <w:t>privire</w:t>
      </w:r>
      <w:proofErr w:type="spellEnd"/>
      <w:r w:rsidRPr="00B036AE">
        <w:rPr>
          <w:rFonts w:ascii="Times New Roman" w:hAnsi="Times New Roman"/>
          <w:sz w:val="20"/>
          <w:szCs w:val="20"/>
          <w:lang w:eastAsia="zh-CN"/>
        </w:rPr>
        <w:t xml:space="preserve"> la </w:t>
      </w:r>
      <w:proofErr w:type="spellStart"/>
      <w:r w:rsidRPr="00B036AE">
        <w:rPr>
          <w:rFonts w:ascii="Times New Roman" w:hAnsi="Times New Roman"/>
          <w:sz w:val="20"/>
          <w:szCs w:val="20"/>
          <w:lang w:eastAsia="zh-CN"/>
        </w:rPr>
        <w:t>orice</w:t>
      </w:r>
      <w:proofErr w:type="spellEnd"/>
      <w:r w:rsidRPr="00B036AE">
        <w:rPr>
          <w:rFonts w:ascii="Times New Roman" w:hAnsi="Times New Roman"/>
          <w:sz w:val="20"/>
          <w:szCs w:val="20"/>
          <w:lang w:eastAsia="zh-CN"/>
        </w:rPr>
        <w:t xml:space="preserve"> aspect </w:t>
      </w:r>
      <w:proofErr w:type="spellStart"/>
      <w:r w:rsidRPr="00B036AE">
        <w:rPr>
          <w:rFonts w:ascii="Times New Roman" w:hAnsi="Times New Roman"/>
          <w:sz w:val="20"/>
          <w:szCs w:val="20"/>
          <w:lang w:eastAsia="zh-CN"/>
        </w:rPr>
        <w:t>tehnic</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și</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financiar</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în</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legătură</w:t>
      </w:r>
      <w:proofErr w:type="spellEnd"/>
      <w:r w:rsidRPr="00B036AE">
        <w:rPr>
          <w:rFonts w:ascii="Times New Roman" w:hAnsi="Times New Roman"/>
          <w:sz w:val="20"/>
          <w:szCs w:val="20"/>
          <w:lang w:eastAsia="zh-CN"/>
        </w:rPr>
        <w:t xml:space="preserve"> cu </w:t>
      </w:r>
      <w:proofErr w:type="spellStart"/>
      <w:r w:rsidRPr="00B036AE">
        <w:rPr>
          <w:rFonts w:ascii="Times New Roman" w:hAnsi="Times New Roman"/>
          <w:sz w:val="20"/>
          <w:szCs w:val="20"/>
          <w:lang w:eastAsia="zh-CN"/>
        </w:rPr>
        <w:t>activitatea</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noastră</w:t>
      </w:r>
      <w:proofErr w:type="spellEnd"/>
      <w:r w:rsidRPr="00B036AE">
        <w:rPr>
          <w:rFonts w:ascii="Times New Roman" w:hAnsi="Times New Roman"/>
          <w:sz w:val="20"/>
          <w:szCs w:val="20"/>
          <w:lang w:eastAsia="zh-CN"/>
        </w:rPr>
        <w:t>.</w:t>
      </w:r>
    </w:p>
    <w:p w14:paraId="47939AB1" w14:textId="77777777" w:rsidR="00E00181" w:rsidRPr="00B036AE" w:rsidRDefault="00E00181" w:rsidP="00E00181">
      <w:pPr>
        <w:suppressAutoHyphens/>
        <w:jc w:val="both"/>
        <w:rPr>
          <w:rFonts w:ascii="Times New Roman" w:hAnsi="Times New Roman"/>
          <w:sz w:val="20"/>
          <w:szCs w:val="20"/>
          <w:lang w:eastAsia="zh-CN"/>
        </w:rPr>
      </w:pPr>
      <w:proofErr w:type="spellStart"/>
      <w:r w:rsidRPr="00B036AE">
        <w:rPr>
          <w:rFonts w:ascii="Times New Roman" w:hAnsi="Times New Roman"/>
          <w:sz w:val="20"/>
          <w:szCs w:val="20"/>
          <w:lang w:eastAsia="zh-CN"/>
        </w:rPr>
        <w:t>Înțeleg</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că</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în</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cazul</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în</w:t>
      </w:r>
      <w:proofErr w:type="spellEnd"/>
      <w:r w:rsidRPr="00B036AE">
        <w:rPr>
          <w:rFonts w:ascii="Times New Roman" w:hAnsi="Times New Roman"/>
          <w:sz w:val="20"/>
          <w:szCs w:val="20"/>
          <w:lang w:eastAsia="zh-CN"/>
        </w:rPr>
        <w:t xml:space="preserve"> care </w:t>
      </w:r>
      <w:proofErr w:type="spellStart"/>
      <w:r w:rsidRPr="00B036AE">
        <w:rPr>
          <w:rFonts w:ascii="Times New Roman" w:hAnsi="Times New Roman"/>
          <w:sz w:val="20"/>
          <w:szCs w:val="20"/>
          <w:lang w:eastAsia="zh-CN"/>
        </w:rPr>
        <w:t>această</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declarație</w:t>
      </w:r>
      <w:proofErr w:type="spellEnd"/>
      <w:r w:rsidRPr="00B036AE">
        <w:rPr>
          <w:rFonts w:ascii="Times New Roman" w:hAnsi="Times New Roman"/>
          <w:sz w:val="20"/>
          <w:szCs w:val="20"/>
          <w:lang w:eastAsia="zh-CN"/>
        </w:rPr>
        <w:t xml:space="preserve"> nu </w:t>
      </w:r>
      <w:proofErr w:type="spellStart"/>
      <w:r w:rsidRPr="00B036AE">
        <w:rPr>
          <w:rFonts w:ascii="Times New Roman" w:hAnsi="Times New Roman"/>
          <w:sz w:val="20"/>
          <w:szCs w:val="20"/>
          <w:lang w:eastAsia="zh-CN"/>
        </w:rPr>
        <w:t>este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conformă</w:t>
      </w:r>
      <w:proofErr w:type="spellEnd"/>
      <w:r w:rsidRPr="00B036AE">
        <w:rPr>
          <w:rFonts w:ascii="Times New Roman" w:hAnsi="Times New Roman"/>
          <w:sz w:val="20"/>
          <w:szCs w:val="20"/>
          <w:lang w:eastAsia="zh-CN"/>
        </w:rPr>
        <w:t xml:space="preserve"> cu </w:t>
      </w:r>
      <w:proofErr w:type="spellStart"/>
      <w:r w:rsidRPr="00B036AE">
        <w:rPr>
          <w:rFonts w:ascii="Times New Roman" w:hAnsi="Times New Roman"/>
          <w:sz w:val="20"/>
          <w:szCs w:val="20"/>
          <w:lang w:eastAsia="zh-CN"/>
        </w:rPr>
        <w:t>realitatea</w:t>
      </w:r>
      <w:proofErr w:type="spellEnd"/>
      <w:r w:rsidRPr="00B036AE">
        <w:rPr>
          <w:rFonts w:ascii="Times New Roman" w:hAnsi="Times New Roman"/>
          <w:sz w:val="20"/>
          <w:szCs w:val="20"/>
          <w:lang w:eastAsia="zh-CN"/>
        </w:rPr>
        <w:t xml:space="preserve"> sunt </w:t>
      </w:r>
      <w:proofErr w:type="spellStart"/>
      <w:r w:rsidRPr="00B036AE">
        <w:rPr>
          <w:rFonts w:ascii="Times New Roman" w:hAnsi="Times New Roman"/>
          <w:sz w:val="20"/>
          <w:szCs w:val="20"/>
          <w:lang w:eastAsia="zh-CN"/>
        </w:rPr>
        <w:t>pasibil</w:t>
      </w:r>
      <w:proofErr w:type="spellEnd"/>
      <w:r w:rsidRPr="00B036AE">
        <w:rPr>
          <w:rFonts w:ascii="Times New Roman" w:hAnsi="Times New Roman"/>
          <w:sz w:val="20"/>
          <w:szCs w:val="20"/>
          <w:lang w:eastAsia="zh-CN"/>
        </w:rPr>
        <w:t xml:space="preserve"> de </w:t>
      </w:r>
      <w:proofErr w:type="spellStart"/>
      <w:proofErr w:type="gramStart"/>
      <w:r w:rsidRPr="00B036AE">
        <w:rPr>
          <w:rFonts w:ascii="Times New Roman" w:hAnsi="Times New Roman"/>
          <w:sz w:val="20"/>
          <w:szCs w:val="20"/>
          <w:lang w:eastAsia="zh-CN"/>
        </w:rPr>
        <w:t>încălcarea</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prevederilor</w:t>
      </w:r>
      <w:proofErr w:type="spellEnd"/>
      <w:proofErr w:type="gram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legislației</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penale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privind</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falsul</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în</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delcarații</w:t>
      </w:r>
      <w:proofErr w:type="spellEnd"/>
      <w:r w:rsidRPr="00B036AE">
        <w:rPr>
          <w:rFonts w:ascii="Times New Roman" w:hAnsi="Times New Roman"/>
          <w:sz w:val="20"/>
          <w:szCs w:val="20"/>
          <w:lang w:eastAsia="zh-CN"/>
        </w:rPr>
        <w:t>.</w:t>
      </w:r>
    </w:p>
    <w:p w14:paraId="04A24BDA" w14:textId="77777777" w:rsidR="00E00181" w:rsidRPr="00B036AE" w:rsidRDefault="00E00181" w:rsidP="00E00181">
      <w:pPr>
        <w:suppressAutoHyphens/>
        <w:jc w:val="both"/>
        <w:rPr>
          <w:rFonts w:ascii="Times New Roman" w:hAnsi="Times New Roman"/>
          <w:sz w:val="20"/>
          <w:szCs w:val="20"/>
          <w:lang w:eastAsia="zh-CN"/>
        </w:rPr>
      </w:pPr>
    </w:p>
    <w:p w14:paraId="61448B9D" w14:textId="77777777" w:rsidR="00E00181" w:rsidRPr="00B036AE" w:rsidRDefault="00E00181" w:rsidP="00E00181">
      <w:pPr>
        <w:spacing w:after="0" w:line="240" w:lineRule="auto"/>
        <w:jc w:val="both"/>
        <w:rPr>
          <w:rFonts w:ascii="Times New Roman" w:hAnsi="Times New Roman"/>
          <w:sz w:val="20"/>
          <w:szCs w:val="20"/>
        </w:rPr>
      </w:pPr>
      <w:proofErr w:type="spellStart"/>
      <w:r w:rsidRPr="00B036AE">
        <w:rPr>
          <w:rFonts w:ascii="Times New Roman" w:hAnsi="Times New Roman"/>
          <w:sz w:val="20"/>
          <w:szCs w:val="20"/>
        </w:rPr>
        <w:t>Prezenta</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declaraţie</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este</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valabilă</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până</w:t>
      </w:r>
      <w:proofErr w:type="spellEnd"/>
      <w:r w:rsidRPr="00B036AE">
        <w:rPr>
          <w:rFonts w:ascii="Times New Roman" w:hAnsi="Times New Roman"/>
          <w:sz w:val="20"/>
          <w:szCs w:val="20"/>
        </w:rPr>
        <w:t xml:space="preserve"> la data de _____________________.</w:t>
      </w:r>
    </w:p>
    <w:p w14:paraId="1DACE053" w14:textId="77777777" w:rsidR="00E00181" w:rsidRPr="00B036AE" w:rsidRDefault="00E00181" w:rsidP="00E00181">
      <w:pPr>
        <w:spacing w:after="0" w:line="240" w:lineRule="auto"/>
        <w:jc w:val="both"/>
        <w:rPr>
          <w:rFonts w:ascii="Times New Roman" w:hAnsi="Times New Roman"/>
          <w:sz w:val="20"/>
          <w:szCs w:val="20"/>
        </w:rPr>
      </w:pPr>
      <w:r w:rsidRPr="00B036AE">
        <w:rPr>
          <w:rFonts w:ascii="Times New Roman" w:hAnsi="Times New Roman"/>
          <w:sz w:val="20"/>
          <w:szCs w:val="20"/>
        </w:rPr>
        <w:t xml:space="preserve">                                                                          (</w:t>
      </w:r>
      <w:proofErr w:type="spellStart"/>
      <w:r w:rsidRPr="00B036AE">
        <w:rPr>
          <w:rFonts w:ascii="Times New Roman" w:hAnsi="Times New Roman"/>
          <w:sz w:val="20"/>
          <w:szCs w:val="20"/>
        </w:rPr>
        <w:t>se</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precizează</w:t>
      </w:r>
      <w:proofErr w:type="spellEnd"/>
      <w:r w:rsidRPr="00B036AE">
        <w:rPr>
          <w:rFonts w:ascii="Times New Roman" w:hAnsi="Times New Roman"/>
          <w:sz w:val="20"/>
          <w:szCs w:val="20"/>
        </w:rPr>
        <w:t xml:space="preserve"> data </w:t>
      </w:r>
      <w:proofErr w:type="spellStart"/>
      <w:r w:rsidRPr="00B036AE">
        <w:rPr>
          <w:rFonts w:ascii="Times New Roman" w:hAnsi="Times New Roman"/>
          <w:sz w:val="20"/>
          <w:szCs w:val="20"/>
        </w:rPr>
        <w:t>expirării</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perioadei</w:t>
      </w:r>
      <w:proofErr w:type="spellEnd"/>
      <w:r w:rsidRPr="00B036AE">
        <w:rPr>
          <w:rFonts w:ascii="Times New Roman" w:hAnsi="Times New Roman"/>
          <w:sz w:val="20"/>
          <w:szCs w:val="20"/>
        </w:rPr>
        <w:t xml:space="preserve"> de </w:t>
      </w:r>
      <w:proofErr w:type="spellStart"/>
      <w:r w:rsidRPr="00B036AE">
        <w:rPr>
          <w:rFonts w:ascii="Times New Roman" w:hAnsi="Times New Roman"/>
          <w:sz w:val="20"/>
          <w:szCs w:val="20"/>
        </w:rPr>
        <w:t>valabilitate</w:t>
      </w:r>
      <w:proofErr w:type="spellEnd"/>
      <w:r w:rsidRPr="00B036AE">
        <w:rPr>
          <w:rFonts w:ascii="Times New Roman" w:hAnsi="Times New Roman"/>
          <w:sz w:val="20"/>
          <w:szCs w:val="20"/>
        </w:rPr>
        <w:t xml:space="preserve"> </w:t>
      </w:r>
      <w:proofErr w:type="gramStart"/>
      <w:r w:rsidRPr="00B036AE">
        <w:rPr>
          <w:rFonts w:ascii="Times New Roman" w:hAnsi="Times New Roman"/>
          <w:sz w:val="20"/>
          <w:szCs w:val="20"/>
        </w:rPr>
        <w:t>a</w:t>
      </w:r>
      <w:proofErr w:type="gramEnd"/>
      <w:r w:rsidRPr="00B036AE">
        <w:rPr>
          <w:rFonts w:ascii="Times New Roman" w:hAnsi="Times New Roman"/>
          <w:sz w:val="20"/>
          <w:szCs w:val="20"/>
        </w:rPr>
        <w:t xml:space="preserve"> </w:t>
      </w:r>
      <w:proofErr w:type="spellStart"/>
      <w:r w:rsidRPr="00B036AE">
        <w:rPr>
          <w:rFonts w:ascii="Times New Roman" w:hAnsi="Times New Roman"/>
          <w:sz w:val="20"/>
          <w:szCs w:val="20"/>
        </w:rPr>
        <w:t>ofertei</w:t>
      </w:r>
      <w:proofErr w:type="spellEnd"/>
      <w:r w:rsidRPr="00B036AE">
        <w:rPr>
          <w:rFonts w:ascii="Times New Roman" w:hAnsi="Times New Roman"/>
          <w:sz w:val="20"/>
          <w:szCs w:val="20"/>
        </w:rPr>
        <w:t>)</w:t>
      </w:r>
    </w:p>
    <w:p w14:paraId="0C26A546" w14:textId="77777777" w:rsidR="00E00181" w:rsidRPr="00B036AE" w:rsidRDefault="00E00181" w:rsidP="00E00181">
      <w:pPr>
        <w:spacing w:after="0" w:line="240" w:lineRule="auto"/>
        <w:jc w:val="both"/>
        <w:rPr>
          <w:rFonts w:ascii="Times New Roman" w:hAnsi="Times New Roman"/>
          <w:sz w:val="20"/>
          <w:szCs w:val="20"/>
        </w:rPr>
      </w:pPr>
    </w:p>
    <w:p w14:paraId="419F2F18" w14:textId="77777777" w:rsidR="00E00181" w:rsidRPr="00B036AE" w:rsidRDefault="00E00181" w:rsidP="00E00181">
      <w:pPr>
        <w:spacing w:after="0" w:line="240" w:lineRule="auto"/>
        <w:jc w:val="both"/>
        <w:rPr>
          <w:rFonts w:ascii="Times New Roman" w:hAnsi="Times New Roman"/>
          <w:sz w:val="20"/>
          <w:szCs w:val="20"/>
        </w:rPr>
      </w:pPr>
      <w:r w:rsidRPr="00B036AE">
        <w:rPr>
          <w:rFonts w:ascii="Times New Roman" w:hAnsi="Times New Roman"/>
          <w:sz w:val="20"/>
          <w:szCs w:val="20"/>
        </w:rPr>
        <w:t xml:space="preserve">Data </w:t>
      </w:r>
      <w:proofErr w:type="spellStart"/>
      <w:r w:rsidRPr="00B036AE">
        <w:rPr>
          <w:rFonts w:ascii="Times New Roman" w:hAnsi="Times New Roman"/>
          <w:sz w:val="20"/>
          <w:szCs w:val="20"/>
        </w:rPr>
        <w:t>completării</w:t>
      </w:r>
      <w:proofErr w:type="spellEnd"/>
      <w:r w:rsidRPr="00B036AE">
        <w:rPr>
          <w:rFonts w:ascii="Times New Roman" w:hAnsi="Times New Roman"/>
          <w:sz w:val="20"/>
          <w:szCs w:val="20"/>
        </w:rPr>
        <w:t xml:space="preserve"> ......................</w:t>
      </w:r>
    </w:p>
    <w:p w14:paraId="12DE7C32" w14:textId="77777777" w:rsidR="00E00181" w:rsidRPr="00B036AE" w:rsidRDefault="00E00181" w:rsidP="00E00181">
      <w:pPr>
        <w:spacing w:after="0" w:line="240" w:lineRule="auto"/>
        <w:jc w:val="both"/>
        <w:rPr>
          <w:rFonts w:ascii="Times New Roman" w:hAnsi="Times New Roman"/>
          <w:sz w:val="20"/>
          <w:szCs w:val="20"/>
        </w:rPr>
      </w:pPr>
    </w:p>
    <w:p w14:paraId="7C4F40C9" w14:textId="77777777" w:rsidR="00E00181" w:rsidRPr="00B036AE" w:rsidRDefault="00E00181" w:rsidP="00E00181">
      <w:pPr>
        <w:spacing w:after="0" w:line="240" w:lineRule="auto"/>
        <w:jc w:val="both"/>
        <w:rPr>
          <w:rFonts w:ascii="Times New Roman" w:hAnsi="Times New Roman"/>
          <w:sz w:val="20"/>
          <w:szCs w:val="20"/>
        </w:rPr>
      </w:pPr>
    </w:p>
    <w:p w14:paraId="077548D2" w14:textId="77777777" w:rsidR="00E00181" w:rsidRPr="00B036AE" w:rsidRDefault="00E00181" w:rsidP="00E00181">
      <w:pPr>
        <w:spacing w:after="0" w:line="240" w:lineRule="auto"/>
        <w:jc w:val="center"/>
        <w:rPr>
          <w:rFonts w:ascii="Times New Roman" w:hAnsi="Times New Roman"/>
          <w:sz w:val="20"/>
          <w:szCs w:val="20"/>
        </w:rPr>
      </w:pPr>
      <w:r w:rsidRPr="00B036AE">
        <w:rPr>
          <w:rFonts w:ascii="Times New Roman" w:hAnsi="Times New Roman"/>
          <w:sz w:val="20"/>
          <w:szCs w:val="20"/>
        </w:rPr>
        <w:t>Operator economic............</w:t>
      </w:r>
    </w:p>
    <w:p w14:paraId="3977660C" w14:textId="77777777" w:rsidR="00E00181" w:rsidRPr="00B036AE" w:rsidRDefault="00E00181" w:rsidP="00E00181">
      <w:pPr>
        <w:spacing w:after="0" w:line="240" w:lineRule="auto"/>
        <w:jc w:val="center"/>
        <w:rPr>
          <w:rFonts w:ascii="Times New Roman" w:hAnsi="Times New Roman"/>
          <w:sz w:val="20"/>
          <w:szCs w:val="20"/>
        </w:rPr>
      </w:pPr>
      <w:r w:rsidRPr="00B036AE">
        <w:rPr>
          <w:rFonts w:ascii="Times New Roman" w:hAnsi="Times New Roman"/>
          <w:sz w:val="20"/>
          <w:szCs w:val="20"/>
        </w:rPr>
        <w:t>(</w:t>
      </w:r>
      <w:proofErr w:type="spellStart"/>
      <w:r w:rsidRPr="00B036AE">
        <w:rPr>
          <w:rFonts w:ascii="Times New Roman" w:hAnsi="Times New Roman"/>
          <w:sz w:val="20"/>
          <w:szCs w:val="20"/>
        </w:rPr>
        <w:t>Semnătura</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autorizată</w:t>
      </w:r>
      <w:proofErr w:type="spellEnd"/>
      <w:r w:rsidRPr="00B036AE">
        <w:rPr>
          <w:rFonts w:ascii="Times New Roman" w:hAnsi="Times New Roman"/>
          <w:sz w:val="20"/>
          <w:szCs w:val="20"/>
        </w:rPr>
        <w:t>)</w:t>
      </w:r>
    </w:p>
    <w:p w14:paraId="3492B852" w14:textId="77777777" w:rsidR="00E00181" w:rsidRPr="00B036AE" w:rsidRDefault="00E00181" w:rsidP="00E00181">
      <w:pPr>
        <w:suppressAutoHyphens/>
        <w:rPr>
          <w:rFonts w:ascii="Times New Roman" w:hAnsi="Times New Roman"/>
          <w:i/>
          <w:sz w:val="20"/>
          <w:szCs w:val="20"/>
          <w:lang w:eastAsia="zh-CN"/>
        </w:rPr>
      </w:pPr>
    </w:p>
    <w:p w14:paraId="7BB5F315" w14:textId="77777777" w:rsidR="00E00181" w:rsidRPr="00B036AE" w:rsidRDefault="00E00181" w:rsidP="00E00181">
      <w:pPr>
        <w:suppressAutoHyphens/>
        <w:rPr>
          <w:rFonts w:ascii="Times New Roman" w:hAnsi="Times New Roman"/>
          <w:i/>
          <w:sz w:val="20"/>
          <w:szCs w:val="20"/>
          <w:lang w:eastAsia="zh-CN"/>
        </w:rPr>
      </w:pPr>
    </w:p>
    <w:p w14:paraId="0E3B6FE8" w14:textId="77777777" w:rsidR="00E00181" w:rsidRPr="00B036AE" w:rsidRDefault="00E00181" w:rsidP="00E00181">
      <w:pPr>
        <w:suppressAutoHyphens/>
        <w:rPr>
          <w:rFonts w:ascii="Times New Roman" w:hAnsi="Times New Roman"/>
          <w:i/>
          <w:sz w:val="20"/>
          <w:szCs w:val="20"/>
          <w:highlight w:val="yellow"/>
          <w:lang w:eastAsia="zh-CN"/>
        </w:rPr>
      </w:pPr>
    </w:p>
    <w:p w14:paraId="1940D3C0" w14:textId="77777777" w:rsidR="00E00181" w:rsidRPr="00B036AE" w:rsidRDefault="00E00181" w:rsidP="00E00181">
      <w:pPr>
        <w:suppressAutoHyphens/>
        <w:rPr>
          <w:rFonts w:ascii="Times New Roman" w:hAnsi="Times New Roman"/>
          <w:i/>
          <w:sz w:val="20"/>
          <w:szCs w:val="20"/>
          <w:highlight w:val="yellow"/>
          <w:lang w:eastAsia="zh-CN"/>
        </w:rPr>
      </w:pPr>
    </w:p>
    <w:p w14:paraId="670836A1" w14:textId="77777777" w:rsidR="00E00181" w:rsidRPr="00B036AE" w:rsidRDefault="00E00181" w:rsidP="00E00181">
      <w:pPr>
        <w:suppressAutoHyphens/>
        <w:rPr>
          <w:rFonts w:ascii="Times New Roman" w:hAnsi="Times New Roman"/>
          <w:i/>
          <w:sz w:val="20"/>
          <w:szCs w:val="20"/>
          <w:highlight w:val="yellow"/>
          <w:lang w:eastAsia="zh-CN"/>
        </w:rPr>
      </w:pPr>
    </w:p>
    <w:p w14:paraId="41249C13" w14:textId="77777777" w:rsidR="00E00181" w:rsidRPr="00B036AE" w:rsidRDefault="00E00181" w:rsidP="00E00181">
      <w:pPr>
        <w:suppressAutoHyphens/>
        <w:rPr>
          <w:rFonts w:ascii="Times New Roman" w:hAnsi="Times New Roman"/>
          <w:i/>
          <w:sz w:val="20"/>
          <w:szCs w:val="20"/>
          <w:highlight w:val="yellow"/>
          <w:lang w:eastAsia="zh-CN"/>
        </w:rPr>
      </w:pPr>
    </w:p>
    <w:p w14:paraId="348459B9" w14:textId="77777777" w:rsidR="00E00181" w:rsidRDefault="00E00181" w:rsidP="00E00181">
      <w:pPr>
        <w:suppressAutoHyphens/>
        <w:rPr>
          <w:rFonts w:ascii="Times New Roman" w:hAnsi="Times New Roman"/>
          <w:i/>
          <w:sz w:val="20"/>
          <w:szCs w:val="20"/>
          <w:highlight w:val="yellow"/>
          <w:lang w:eastAsia="zh-CN"/>
        </w:rPr>
      </w:pPr>
    </w:p>
    <w:p w14:paraId="6E61C47A" w14:textId="77777777" w:rsidR="00C53E2D" w:rsidRDefault="00C53E2D" w:rsidP="00E00181">
      <w:pPr>
        <w:suppressAutoHyphens/>
        <w:rPr>
          <w:rFonts w:ascii="Times New Roman" w:hAnsi="Times New Roman"/>
          <w:i/>
          <w:sz w:val="20"/>
          <w:szCs w:val="20"/>
          <w:highlight w:val="yellow"/>
          <w:lang w:eastAsia="zh-CN"/>
        </w:rPr>
      </w:pPr>
    </w:p>
    <w:p w14:paraId="37BB7974" w14:textId="77777777" w:rsidR="00C53E2D" w:rsidRDefault="00C53E2D" w:rsidP="00E00181">
      <w:pPr>
        <w:suppressAutoHyphens/>
        <w:rPr>
          <w:rFonts w:ascii="Times New Roman" w:hAnsi="Times New Roman"/>
          <w:i/>
          <w:sz w:val="20"/>
          <w:szCs w:val="20"/>
          <w:highlight w:val="yellow"/>
          <w:lang w:eastAsia="zh-CN"/>
        </w:rPr>
      </w:pPr>
    </w:p>
    <w:p w14:paraId="2E2F17CE" w14:textId="77777777" w:rsidR="00C53E2D" w:rsidRDefault="00C53E2D" w:rsidP="00E00181">
      <w:pPr>
        <w:suppressAutoHyphens/>
        <w:rPr>
          <w:rFonts w:ascii="Times New Roman" w:hAnsi="Times New Roman"/>
          <w:i/>
          <w:sz w:val="20"/>
          <w:szCs w:val="20"/>
          <w:highlight w:val="yellow"/>
          <w:lang w:eastAsia="zh-CN"/>
        </w:rPr>
      </w:pPr>
    </w:p>
    <w:p w14:paraId="5FB10A4F" w14:textId="77777777" w:rsidR="00C53E2D" w:rsidRDefault="00C53E2D" w:rsidP="00E00181">
      <w:pPr>
        <w:suppressAutoHyphens/>
        <w:rPr>
          <w:rFonts w:ascii="Times New Roman" w:hAnsi="Times New Roman"/>
          <w:i/>
          <w:sz w:val="20"/>
          <w:szCs w:val="20"/>
          <w:highlight w:val="yellow"/>
          <w:lang w:eastAsia="zh-CN"/>
        </w:rPr>
      </w:pPr>
    </w:p>
    <w:p w14:paraId="25E555B0" w14:textId="77777777" w:rsidR="00C53E2D" w:rsidRPr="00B036AE" w:rsidRDefault="00C53E2D" w:rsidP="00E00181">
      <w:pPr>
        <w:suppressAutoHyphens/>
        <w:rPr>
          <w:rFonts w:ascii="Times New Roman" w:hAnsi="Times New Roman"/>
          <w:i/>
          <w:sz w:val="20"/>
          <w:szCs w:val="20"/>
          <w:highlight w:val="yellow"/>
          <w:lang w:eastAsia="zh-CN"/>
        </w:rPr>
      </w:pPr>
    </w:p>
    <w:p w14:paraId="5DCE86FC" w14:textId="77777777" w:rsidR="00E00181" w:rsidRDefault="00E00181" w:rsidP="00E00181">
      <w:pPr>
        <w:suppressAutoHyphens/>
        <w:jc w:val="right"/>
        <w:rPr>
          <w:rFonts w:ascii="Times New Roman" w:eastAsia="Times New Roman" w:hAnsi="Times New Roman"/>
          <w:b/>
          <w:bCs/>
          <w:sz w:val="20"/>
          <w:szCs w:val="20"/>
          <w:lang w:eastAsia="ro-RO"/>
        </w:rPr>
      </w:pPr>
    </w:p>
    <w:p w14:paraId="0D2BBC19" w14:textId="1D3D1245" w:rsidR="00E00181" w:rsidRPr="00B036AE" w:rsidRDefault="00E00181" w:rsidP="00E00181">
      <w:pPr>
        <w:suppressAutoHyphens/>
        <w:jc w:val="right"/>
        <w:rPr>
          <w:rFonts w:ascii="Times New Roman" w:hAnsi="Times New Roman"/>
          <w:i/>
          <w:sz w:val="20"/>
          <w:szCs w:val="20"/>
          <w:highlight w:val="yellow"/>
          <w:lang w:eastAsia="zh-CN"/>
        </w:rPr>
      </w:pPr>
      <w:proofErr w:type="spellStart"/>
      <w:r>
        <w:rPr>
          <w:rFonts w:ascii="Times New Roman" w:eastAsia="Times New Roman" w:hAnsi="Times New Roman"/>
          <w:b/>
          <w:bCs/>
          <w:sz w:val="20"/>
          <w:szCs w:val="20"/>
          <w:lang w:eastAsia="ro-RO"/>
        </w:rPr>
        <w:lastRenderedPageBreak/>
        <w:t>Formularul</w:t>
      </w:r>
      <w:proofErr w:type="spellEnd"/>
      <w:r>
        <w:rPr>
          <w:rFonts w:ascii="Times New Roman" w:eastAsia="Times New Roman" w:hAnsi="Times New Roman"/>
          <w:b/>
          <w:bCs/>
          <w:sz w:val="20"/>
          <w:szCs w:val="20"/>
          <w:lang w:eastAsia="ro-RO"/>
        </w:rPr>
        <w:t xml:space="preserve"> nr. 3</w:t>
      </w:r>
    </w:p>
    <w:p w14:paraId="29EE5325" w14:textId="77777777" w:rsidR="00E00181" w:rsidRPr="00B036AE" w:rsidRDefault="00E00181" w:rsidP="00E00181">
      <w:pPr>
        <w:spacing w:after="0" w:line="240" w:lineRule="auto"/>
        <w:ind w:right="963"/>
        <w:rPr>
          <w:rFonts w:ascii="Times New Roman" w:hAnsi="Times New Roman"/>
          <w:b/>
          <w:sz w:val="20"/>
          <w:szCs w:val="20"/>
        </w:rPr>
      </w:pPr>
      <w:r w:rsidRPr="00B036AE">
        <w:rPr>
          <w:rFonts w:ascii="Times New Roman" w:hAnsi="Times New Roman"/>
          <w:sz w:val="20"/>
          <w:szCs w:val="20"/>
        </w:rPr>
        <w:t xml:space="preserve">OPERATORUL ECONOMIC                                                                              </w:t>
      </w:r>
      <w:r w:rsidRPr="00B036AE">
        <w:rPr>
          <w:rFonts w:ascii="Times New Roman" w:hAnsi="Times New Roman"/>
          <w:b/>
          <w:sz w:val="20"/>
          <w:szCs w:val="20"/>
        </w:rPr>
        <w:t xml:space="preserve"> </w:t>
      </w:r>
    </w:p>
    <w:p w14:paraId="7724E398" w14:textId="77777777" w:rsidR="00E00181" w:rsidRPr="00B036AE" w:rsidRDefault="00E00181" w:rsidP="00E00181">
      <w:pPr>
        <w:suppressAutoHyphens/>
        <w:spacing w:after="120" w:line="100" w:lineRule="atLeast"/>
        <w:jc w:val="both"/>
        <w:rPr>
          <w:rFonts w:ascii="Times New Roman" w:eastAsia="Times New Roman" w:hAnsi="Times New Roman"/>
          <w:sz w:val="20"/>
          <w:szCs w:val="20"/>
        </w:rPr>
      </w:pPr>
      <w:r w:rsidRPr="00B036AE">
        <w:rPr>
          <w:rFonts w:ascii="Times New Roman" w:eastAsia="Times New Roman" w:hAnsi="Times New Roman"/>
          <w:sz w:val="20"/>
          <w:szCs w:val="20"/>
        </w:rPr>
        <w:t>____________________</w:t>
      </w:r>
    </w:p>
    <w:p w14:paraId="5D3C355A" w14:textId="77777777" w:rsidR="00E00181" w:rsidRPr="00B036AE" w:rsidRDefault="00E00181" w:rsidP="00E00181">
      <w:pPr>
        <w:suppressAutoHyphens/>
        <w:spacing w:after="120" w:line="100" w:lineRule="atLeast"/>
        <w:jc w:val="both"/>
        <w:rPr>
          <w:rFonts w:ascii="Times New Roman" w:eastAsia="Times New Roman" w:hAnsi="Times New Roman"/>
          <w:sz w:val="20"/>
          <w:szCs w:val="20"/>
        </w:rPr>
      </w:pPr>
      <w:r w:rsidRPr="00B036AE">
        <w:rPr>
          <w:rFonts w:ascii="Times New Roman" w:eastAsia="Times New Roman" w:hAnsi="Times New Roman"/>
          <w:sz w:val="20"/>
          <w:szCs w:val="20"/>
        </w:rPr>
        <w:t xml:space="preserve">  </w:t>
      </w:r>
      <w:r w:rsidRPr="00B036AE">
        <w:rPr>
          <w:rFonts w:ascii="Times New Roman" w:eastAsia="Times New Roman" w:hAnsi="Times New Roman"/>
          <w:i/>
          <w:iCs/>
          <w:sz w:val="20"/>
          <w:szCs w:val="20"/>
        </w:rPr>
        <w:t>(</w:t>
      </w:r>
      <w:proofErr w:type="spellStart"/>
      <w:r w:rsidRPr="00B036AE">
        <w:rPr>
          <w:rFonts w:ascii="Times New Roman" w:eastAsia="Times New Roman" w:hAnsi="Times New Roman"/>
          <w:i/>
          <w:iCs/>
          <w:sz w:val="20"/>
          <w:szCs w:val="20"/>
        </w:rPr>
        <w:t>denumirea</w:t>
      </w:r>
      <w:proofErr w:type="spellEnd"/>
      <w:r w:rsidRPr="00B036AE">
        <w:rPr>
          <w:rFonts w:ascii="Times New Roman" w:eastAsia="Times New Roman" w:hAnsi="Times New Roman"/>
          <w:i/>
          <w:iCs/>
          <w:sz w:val="20"/>
          <w:szCs w:val="20"/>
        </w:rPr>
        <w:t>/</w:t>
      </w:r>
      <w:proofErr w:type="spellStart"/>
      <w:r w:rsidRPr="00B036AE">
        <w:rPr>
          <w:rFonts w:ascii="Times New Roman" w:eastAsia="Times New Roman" w:hAnsi="Times New Roman"/>
          <w:i/>
          <w:iCs/>
          <w:sz w:val="20"/>
          <w:szCs w:val="20"/>
        </w:rPr>
        <w:t>numele</w:t>
      </w:r>
      <w:proofErr w:type="spellEnd"/>
      <w:r w:rsidRPr="00B036AE">
        <w:rPr>
          <w:rFonts w:ascii="Times New Roman" w:eastAsia="Times New Roman" w:hAnsi="Times New Roman"/>
          <w:i/>
          <w:iCs/>
          <w:sz w:val="20"/>
          <w:szCs w:val="20"/>
        </w:rPr>
        <w:t>)</w:t>
      </w:r>
    </w:p>
    <w:p w14:paraId="69D7B6B4" w14:textId="77777777" w:rsidR="00E00181" w:rsidRPr="00B036AE" w:rsidRDefault="00E00181" w:rsidP="00E00181">
      <w:pPr>
        <w:keepLines/>
        <w:tabs>
          <w:tab w:val="left" w:pos="720"/>
        </w:tabs>
        <w:suppressAutoHyphens/>
        <w:spacing w:after="0" w:line="100" w:lineRule="atLeast"/>
        <w:jc w:val="center"/>
        <w:outlineLvl w:val="1"/>
        <w:rPr>
          <w:rFonts w:ascii="Times New Roman" w:eastAsia="Times New Roman" w:hAnsi="Times New Roman"/>
          <w:b/>
          <w:bCs/>
          <w:sz w:val="20"/>
          <w:szCs w:val="20"/>
        </w:rPr>
      </w:pPr>
    </w:p>
    <w:p w14:paraId="1388FEA5" w14:textId="77777777" w:rsidR="00E00181" w:rsidRPr="00B036AE" w:rsidRDefault="00E00181" w:rsidP="00E00181">
      <w:pPr>
        <w:keepLines/>
        <w:tabs>
          <w:tab w:val="left" w:pos="720"/>
        </w:tabs>
        <w:suppressAutoHyphens/>
        <w:spacing w:after="0" w:line="100" w:lineRule="atLeast"/>
        <w:jc w:val="center"/>
        <w:outlineLvl w:val="1"/>
        <w:rPr>
          <w:rFonts w:ascii="Times New Roman" w:eastAsia="Times New Roman" w:hAnsi="Times New Roman"/>
          <w:b/>
          <w:bCs/>
          <w:sz w:val="20"/>
          <w:szCs w:val="20"/>
        </w:rPr>
      </w:pPr>
      <w:r w:rsidRPr="00B036AE">
        <w:rPr>
          <w:rFonts w:ascii="Times New Roman" w:eastAsia="Times New Roman" w:hAnsi="Times New Roman"/>
          <w:b/>
          <w:bCs/>
          <w:sz w:val="20"/>
          <w:szCs w:val="20"/>
        </w:rPr>
        <w:t xml:space="preserve">DECLARAŢIE </w:t>
      </w:r>
    </w:p>
    <w:p w14:paraId="099DBEF6" w14:textId="77777777" w:rsidR="00E00181" w:rsidRPr="00B036AE" w:rsidRDefault="00E00181" w:rsidP="00E00181">
      <w:pPr>
        <w:suppressAutoHyphens/>
        <w:spacing w:after="0" w:line="240" w:lineRule="auto"/>
        <w:jc w:val="center"/>
        <w:rPr>
          <w:rFonts w:ascii="Times New Roman" w:eastAsia="Times New Roman" w:hAnsi="Times New Roman"/>
          <w:b/>
          <w:sz w:val="20"/>
          <w:szCs w:val="20"/>
          <w:lang w:eastAsia="zh-CN"/>
        </w:rPr>
      </w:pPr>
      <w:proofErr w:type="spellStart"/>
      <w:r w:rsidRPr="00B036AE">
        <w:rPr>
          <w:rFonts w:ascii="Times New Roman" w:eastAsia="Times New Roman" w:hAnsi="Times New Roman"/>
          <w:b/>
          <w:sz w:val="20"/>
          <w:szCs w:val="20"/>
          <w:lang w:eastAsia="zh-CN"/>
        </w:rPr>
        <w:t>privind</w:t>
      </w:r>
      <w:proofErr w:type="spellEnd"/>
      <w:r w:rsidRPr="00B036AE">
        <w:rPr>
          <w:rFonts w:ascii="Times New Roman" w:eastAsia="Times New Roman" w:hAnsi="Times New Roman"/>
          <w:b/>
          <w:sz w:val="20"/>
          <w:szCs w:val="20"/>
          <w:lang w:eastAsia="zh-CN"/>
        </w:rPr>
        <w:t xml:space="preserve"> </w:t>
      </w:r>
      <w:proofErr w:type="spellStart"/>
      <w:r w:rsidRPr="00B036AE">
        <w:rPr>
          <w:rFonts w:ascii="Times New Roman" w:eastAsia="Times New Roman" w:hAnsi="Times New Roman"/>
          <w:b/>
          <w:sz w:val="20"/>
          <w:szCs w:val="20"/>
          <w:lang w:eastAsia="zh-CN"/>
        </w:rPr>
        <w:t>neîncadrarea</w:t>
      </w:r>
      <w:proofErr w:type="spellEnd"/>
      <w:r w:rsidRPr="00B036AE">
        <w:rPr>
          <w:rFonts w:ascii="Times New Roman" w:eastAsia="Times New Roman" w:hAnsi="Times New Roman"/>
          <w:b/>
          <w:sz w:val="20"/>
          <w:szCs w:val="20"/>
          <w:lang w:eastAsia="zh-CN"/>
        </w:rPr>
        <w:t xml:space="preserve"> </w:t>
      </w:r>
      <w:proofErr w:type="spellStart"/>
      <w:r w:rsidRPr="00B036AE">
        <w:rPr>
          <w:rFonts w:ascii="Times New Roman" w:eastAsia="Times New Roman" w:hAnsi="Times New Roman"/>
          <w:b/>
          <w:sz w:val="20"/>
          <w:szCs w:val="20"/>
          <w:lang w:eastAsia="zh-CN"/>
        </w:rPr>
        <w:t>în</w:t>
      </w:r>
      <w:proofErr w:type="spellEnd"/>
      <w:r w:rsidRPr="00B036AE">
        <w:rPr>
          <w:rFonts w:ascii="Times New Roman" w:eastAsia="Times New Roman" w:hAnsi="Times New Roman"/>
          <w:b/>
          <w:sz w:val="20"/>
          <w:szCs w:val="20"/>
          <w:lang w:eastAsia="zh-CN"/>
        </w:rPr>
        <w:t xml:space="preserve"> </w:t>
      </w:r>
      <w:proofErr w:type="spellStart"/>
      <w:r w:rsidRPr="00B036AE">
        <w:rPr>
          <w:rFonts w:ascii="Times New Roman" w:eastAsia="Times New Roman" w:hAnsi="Times New Roman"/>
          <w:b/>
          <w:sz w:val="20"/>
          <w:szCs w:val="20"/>
          <w:lang w:eastAsia="zh-CN"/>
        </w:rPr>
        <w:t>prevederile</w:t>
      </w:r>
      <w:proofErr w:type="spellEnd"/>
      <w:r w:rsidRPr="00B036AE">
        <w:rPr>
          <w:rFonts w:ascii="Times New Roman" w:eastAsia="Times New Roman" w:hAnsi="Times New Roman"/>
          <w:b/>
          <w:sz w:val="20"/>
          <w:szCs w:val="20"/>
          <w:lang w:eastAsia="zh-CN"/>
        </w:rPr>
        <w:t xml:space="preserve"> art. 167</w:t>
      </w:r>
    </w:p>
    <w:p w14:paraId="03B38DA1" w14:textId="77777777" w:rsidR="00E00181" w:rsidRPr="00B036AE" w:rsidRDefault="00E00181" w:rsidP="00E00181">
      <w:pPr>
        <w:suppressAutoHyphens/>
        <w:spacing w:after="0" w:line="240" w:lineRule="auto"/>
        <w:jc w:val="center"/>
        <w:rPr>
          <w:rFonts w:ascii="Times New Roman" w:eastAsia="Times New Roman" w:hAnsi="Times New Roman"/>
          <w:b/>
          <w:sz w:val="20"/>
          <w:szCs w:val="20"/>
          <w:lang w:eastAsia="zh-CN"/>
        </w:rPr>
      </w:pPr>
      <w:r w:rsidRPr="00B036AE">
        <w:rPr>
          <w:rFonts w:ascii="Times New Roman" w:eastAsia="Times New Roman" w:hAnsi="Times New Roman"/>
          <w:b/>
          <w:sz w:val="20"/>
          <w:szCs w:val="20"/>
          <w:lang w:eastAsia="zh-CN"/>
        </w:rPr>
        <w:t xml:space="preserve"> din </w:t>
      </w:r>
      <w:proofErr w:type="spellStart"/>
      <w:r w:rsidRPr="00B036AE">
        <w:rPr>
          <w:rFonts w:ascii="Times New Roman" w:eastAsia="Times New Roman" w:hAnsi="Times New Roman"/>
          <w:b/>
          <w:sz w:val="20"/>
          <w:szCs w:val="20"/>
          <w:lang w:eastAsia="zh-CN"/>
        </w:rPr>
        <w:t>Legea</w:t>
      </w:r>
      <w:proofErr w:type="spellEnd"/>
      <w:r w:rsidRPr="00B036AE">
        <w:rPr>
          <w:rFonts w:ascii="Times New Roman" w:eastAsia="Times New Roman" w:hAnsi="Times New Roman"/>
          <w:b/>
          <w:sz w:val="20"/>
          <w:szCs w:val="20"/>
          <w:lang w:eastAsia="zh-CN"/>
        </w:rPr>
        <w:t xml:space="preserve"> 98/2016</w:t>
      </w:r>
    </w:p>
    <w:p w14:paraId="1A4D1E0D" w14:textId="77777777" w:rsidR="00E00181" w:rsidRPr="00B036AE" w:rsidRDefault="00E00181" w:rsidP="00E00181">
      <w:pPr>
        <w:spacing w:after="0" w:line="240" w:lineRule="auto"/>
        <w:jc w:val="both"/>
        <w:rPr>
          <w:rFonts w:ascii="Times New Roman" w:hAnsi="Times New Roman"/>
          <w:sz w:val="20"/>
          <w:szCs w:val="20"/>
          <w:u w:val="single"/>
        </w:rPr>
      </w:pPr>
    </w:p>
    <w:p w14:paraId="1B8693EB" w14:textId="77777777" w:rsidR="00E00181" w:rsidRPr="00B036AE" w:rsidRDefault="00E00181" w:rsidP="00E00181">
      <w:pPr>
        <w:spacing w:after="0" w:line="240" w:lineRule="auto"/>
        <w:jc w:val="both"/>
        <w:rPr>
          <w:rFonts w:ascii="Times New Roman" w:hAnsi="Times New Roman"/>
          <w:sz w:val="20"/>
          <w:szCs w:val="20"/>
        </w:rPr>
      </w:pPr>
    </w:p>
    <w:p w14:paraId="14E564E2" w14:textId="1DC00F5A" w:rsidR="00E00181" w:rsidRPr="00B036AE" w:rsidRDefault="00E00181" w:rsidP="00E00181">
      <w:pPr>
        <w:spacing w:after="0" w:line="240" w:lineRule="auto"/>
        <w:jc w:val="both"/>
        <w:rPr>
          <w:rFonts w:ascii="Times New Roman" w:hAnsi="Times New Roman"/>
          <w:sz w:val="20"/>
          <w:szCs w:val="20"/>
        </w:rPr>
      </w:pPr>
      <w:r w:rsidRPr="00B036AE">
        <w:rPr>
          <w:rFonts w:ascii="Times New Roman" w:hAnsi="Times New Roman"/>
          <w:sz w:val="20"/>
          <w:szCs w:val="20"/>
        </w:rPr>
        <w:t>Subsemnatul(a)............................................................... [</w:t>
      </w:r>
      <w:r w:rsidRPr="00B036AE">
        <w:rPr>
          <w:rFonts w:ascii="Times New Roman" w:hAnsi="Times New Roman"/>
          <w:i/>
          <w:sz w:val="20"/>
          <w:szCs w:val="20"/>
        </w:rPr>
        <w:t xml:space="preserve">se </w:t>
      </w:r>
      <w:proofErr w:type="spellStart"/>
      <w:r w:rsidRPr="00B036AE">
        <w:rPr>
          <w:rFonts w:ascii="Times New Roman" w:hAnsi="Times New Roman"/>
          <w:i/>
          <w:sz w:val="20"/>
          <w:szCs w:val="20"/>
        </w:rPr>
        <w:t>inserează</w:t>
      </w:r>
      <w:proofErr w:type="spellEnd"/>
      <w:r w:rsidRPr="00B036AE">
        <w:rPr>
          <w:rFonts w:ascii="Times New Roman" w:hAnsi="Times New Roman"/>
          <w:i/>
          <w:sz w:val="20"/>
          <w:szCs w:val="20"/>
        </w:rPr>
        <w:t xml:space="preserve"> </w:t>
      </w:r>
      <w:proofErr w:type="spellStart"/>
      <w:r w:rsidRPr="00B036AE">
        <w:rPr>
          <w:rFonts w:ascii="Times New Roman" w:hAnsi="Times New Roman"/>
          <w:i/>
          <w:sz w:val="20"/>
          <w:szCs w:val="20"/>
        </w:rPr>
        <w:t>numele</w:t>
      </w:r>
      <w:proofErr w:type="spellEnd"/>
      <w:r w:rsidRPr="00B036AE">
        <w:rPr>
          <w:rFonts w:ascii="Times New Roman" w:hAnsi="Times New Roman"/>
          <w:i/>
          <w:sz w:val="20"/>
          <w:szCs w:val="20"/>
        </w:rPr>
        <w:t xml:space="preserve"> </w:t>
      </w:r>
      <w:proofErr w:type="spellStart"/>
      <w:r w:rsidRPr="00B036AE">
        <w:rPr>
          <w:rFonts w:ascii="Times New Roman" w:hAnsi="Times New Roman"/>
          <w:i/>
          <w:sz w:val="20"/>
          <w:szCs w:val="20"/>
        </w:rPr>
        <w:t>operatorului</w:t>
      </w:r>
      <w:proofErr w:type="spellEnd"/>
      <w:r w:rsidRPr="00B036AE">
        <w:rPr>
          <w:rFonts w:ascii="Times New Roman" w:hAnsi="Times New Roman"/>
          <w:i/>
          <w:sz w:val="20"/>
          <w:szCs w:val="20"/>
        </w:rPr>
        <w:t xml:space="preserve"> economic </w:t>
      </w:r>
      <w:proofErr w:type="spellStart"/>
      <w:r w:rsidRPr="00B036AE">
        <w:rPr>
          <w:rFonts w:ascii="Times New Roman" w:hAnsi="Times New Roman"/>
          <w:i/>
          <w:sz w:val="20"/>
          <w:szCs w:val="20"/>
        </w:rPr>
        <w:t>persoana</w:t>
      </w:r>
      <w:proofErr w:type="spellEnd"/>
      <w:r w:rsidRPr="00B036AE">
        <w:rPr>
          <w:rFonts w:ascii="Times New Roman" w:hAnsi="Times New Roman"/>
          <w:i/>
          <w:sz w:val="20"/>
          <w:szCs w:val="20"/>
        </w:rPr>
        <w:t xml:space="preserve"> </w:t>
      </w:r>
      <w:proofErr w:type="spellStart"/>
      <w:r w:rsidRPr="00B036AE">
        <w:rPr>
          <w:rFonts w:ascii="Times New Roman" w:hAnsi="Times New Roman"/>
          <w:i/>
          <w:sz w:val="20"/>
          <w:szCs w:val="20"/>
        </w:rPr>
        <w:t>juridică</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în</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calitate</w:t>
      </w:r>
      <w:proofErr w:type="spellEnd"/>
      <w:r w:rsidRPr="00B036AE">
        <w:rPr>
          <w:rFonts w:ascii="Times New Roman" w:hAnsi="Times New Roman"/>
          <w:sz w:val="20"/>
          <w:szCs w:val="20"/>
        </w:rPr>
        <w:t xml:space="preserve"> de </w:t>
      </w:r>
      <w:proofErr w:type="spellStart"/>
      <w:r w:rsidRPr="00B036AE">
        <w:rPr>
          <w:rFonts w:ascii="Times New Roman" w:hAnsi="Times New Roman"/>
          <w:sz w:val="20"/>
          <w:szCs w:val="20"/>
        </w:rPr>
        <w:t>ofertant</w:t>
      </w:r>
      <w:proofErr w:type="spellEnd"/>
      <w:r w:rsidRPr="00B036AE">
        <w:rPr>
          <w:rFonts w:ascii="Times New Roman" w:hAnsi="Times New Roman"/>
          <w:sz w:val="20"/>
          <w:szCs w:val="20"/>
        </w:rPr>
        <w:t xml:space="preserve"> la </w:t>
      </w:r>
      <w:proofErr w:type="spellStart"/>
      <w:r w:rsidRPr="00B036AE">
        <w:rPr>
          <w:rFonts w:ascii="Times New Roman" w:hAnsi="Times New Roman"/>
          <w:sz w:val="20"/>
          <w:szCs w:val="20"/>
        </w:rPr>
        <w:t>procedura</w:t>
      </w:r>
      <w:proofErr w:type="spellEnd"/>
      <w:r w:rsidRPr="00B036AE">
        <w:rPr>
          <w:rFonts w:ascii="Times New Roman" w:hAnsi="Times New Roman"/>
          <w:sz w:val="20"/>
          <w:szCs w:val="20"/>
        </w:rPr>
        <w:t xml:space="preserve"> de </w:t>
      </w:r>
      <w:proofErr w:type="spellStart"/>
      <w:r w:rsidR="003C62B1">
        <w:rPr>
          <w:rFonts w:ascii="Times New Roman" w:hAnsi="Times New Roman"/>
          <w:b/>
          <w:sz w:val="20"/>
          <w:szCs w:val="20"/>
        </w:rPr>
        <w:t>Achiziție</w:t>
      </w:r>
      <w:proofErr w:type="spellEnd"/>
      <w:r w:rsidR="003C62B1">
        <w:rPr>
          <w:rFonts w:ascii="Times New Roman" w:hAnsi="Times New Roman"/>
          <w:b/>
          <w:sz w:val="20"/>
          <w:szCs w:val="20"/>
        </w:rPr>
        <w:t xml:space="preserve"> </w:t>
      </w:r>
      <w:proofErr w:type="spellStart"/>
      <w:r w:rsidR="003C62B1">
        <w:rPr>
          <w:rFonts w:ascii="Times New Roman" w:hAnsi="Times New Roman"/>
          <w:b/>
          <w:sz w:val="20"/>
          <w:szCs w:val="20"/>
        </w:rPr>
        <w:t>directă</w:t>
      </w:r>
      <w:proofErr w:type="spellEnd"/>
      <w:r w:rsidR="003C62B1" w:rsidRPr="00B036AE">
        <w:rPr>
          <w:rFonts w:ascii="Times New Roman" w:hAnsi="Times New Roman"/>
          <w:sz w:val="20"/>
          <w:szCs w:val="20"/>
        </w:rPr>
        <w:t xml:space="preserve"> </w:t>
      </w:r>
      <w:proofErr w:type="spellStart"/>
      <w:r w:rsidR="003C62B1" w:rsidRPr="00B036AE">
        <w:rPr>
          <w:rFonts w:ascii="Times New Roman" w:hAnsi="Times New Roman"/>
          <w:sz w:val="20"/>
          <w:szCs w:val="20"/>
        </w:rPr>
        <w:t>pentru</w:t>
      </w:r>
      <w:proofErr w:type="spellEnd"/>
      <w:r w:rsidR="003C62B1" w:rsidRPr="00B036AE">
        <w:rPr>
          <w:rFonts w:ascii="Times New Roman" w:hAnsi="Times New Roman"/>
          <w:sz w:val="20"/>
          <w:szCs w:val="20"/>
        </w:rPr>
        <w:t xml:space="preserve"> </w:t>
      </w:r>
      <w:proofErr w:type="spellStart"/>
      <w:r w:rsidR="003C62B1" w:rsidRPr="00B036AE">
        <w:rPr>
          <w:rFonts w:ascii="Times New Roman" w:hAnsi="Times New Roman"/>
          <w:sz w:val="20"/>
          <w:szCs w:val="20"/>
        </w:rPr>
        <w:t>achiziția</w:t>
      </w:r>
      <w:proofErr w:type="spellEnd"/>
      <w:r w:rsidR="003C62B1" w:rsidRPr="00B036AE">
        <w:rPr>
          <w:rFonts w:ascii="Times New Roman" w:hAnsi="Times New Roman"/>
          <w:sz w:val="20"/>
          <w:szCs w:val="20"/>
        </w:rPr>
        <w:t xml:space="preserve"> de </w:t>
      </w:r>
      <w:proofErr w:type="spellStart"/>
      <w:r w:rsidR="003C62B1">
        <w:rPr>
          <w:rFonts w:ascii="Times New Roman" w:hAnsi="Times New Roman"/>
          <w:b/>
          <w:sz w:val="20"/>
          <w:szCs w:val="20"/>
        </w:rPr>
        <w:t>articole</w:t>
      </w:r>
      <w:proofErr w:type="spellEnd"/>
      <w:r w:rsidR="003C62B1">
        <w:rPr>
          <w:rFonts w:ascii="Times New Roman" w:hAnsi="Times New Roman"/>
          <w:b/>
          <w:sz w:val="20"/>
          <w:szCs w:val="20"/>
        </w:rPr>
        <w:t xml:space="preserve"> de </w:t>
      </w:r>
      <w:proofErr w:type="spellStart"/>
      <w:r w:rsidR="003C62B1">
        <w:rPr>
          <w:rFonts w:ascii="Times New Roman" w:hAnsi="Times New Roman"/>
          <w:b/>
          <w:sz w:val="20"/>
          <w:szCs w:val="20"/>
        </w:rPr>
        <w:t>îmbrăcăminre</w:t>
      </w:r>
      <w:proofErr w:type="spellEnd"/>
      <w:r w:rsidR="003C62B1">
        <w:rPr>
          <w:rFonts w:ascii="Times New Roman" w:hAnsi="Times New Roman"/>
          <w:b/>
          <w:sz w:val="20"/>
          <w:szCs w:val="20"/>
        </w:rPr>
        <w:t xml:space="preserve">, </w:t>
      </w:r>
      <w:proofErr w:type="spellStart"/>
      <w:r w:rsidR="003C62B1">
        <w:rPr>
          <w:rFonts w:ascii="Times New Roman" w:hAnsi="Times New Roman"/>
          <w:b/>
          <w:sz w:val="20"/>
          <w:szCs w:val="20"/>
        </w:rPr>
        <w:t>încălțăminte</w:t>
      </w:r>
      <w:proofErr w:type="spellEnd"/>
      <w:r w:rsidR="003C62B1">
        <w:rPr>
          <w:rFonts w:ascii="Times New Roman" w:hAnsi="Times New Roman"/>
          <w:b/>
          <w:sz w:val="20"/>
          <w:szCs w:val="20"/>
        </w:rPr>
        <w:t xml:space="preserve"> </w:t>
      </w:r>
      <w:proofErr w:type="spellStart"/>
      <w:r w:rsidR="003C62B1">
        <w:rPr>
          <w:rFonts w:ascii="Times New Roman" w:hAnsi="Times New Roman"/>
          <w:b/>
          <w:sz w:val="20"/>
          <w:szCs w:val="20"/>
        </w:rPr>
        <w:t>și</w:t>
      </w:r>
      <w:proofErr w:type="spellEnd"/>
      <w:r w:rsidR="003C62B1">
        <w:rPr>
          <w:rFonts w:ascii="Times New Roman" w:hAnsi="Times New Roman"/>
          <w:b/>
          <w:sz w:val="20"/>
          <w:szCs w:val="20"/>
        </w:rPr>
        <w:t xml:space="preserve"> </w:t>
      </w:r>
      <w:proofErr w:type="spellStart"/>
      <w:r w:rsidR="003C62B1">
        <w:rPr>
          <w:rFonts w:ascii="Times New Roman" w:hAnsi="Times New Roman"/>
          <w:b/>
          <w:sz w:val="20"/>
          <w:szCs w:val="20"/>
        </w:rPr>
        <w:t>rechizite</w:t>
      </w:r>
      <w:proofErr w:type="spellEnd"/>
      <w:r w:rsidR="003C62B1">
        <w:rPr>
          <w:rFonts w:ascii="Times New Roman" w:hAnsi="Times New Roman"/>
          <w:b/>
          <w:sz w:val="20"/>
          <w:szCs w:val="20"/>
        </w:rPr>
        <w:t xml:space="preserve"> </w:t>
      </w:r>
      <w:proofErr w:type="spellStart"/>
      <w:r w:rsidR="003C62B1">
        <w:rPr>
          <w:rFonts w:ascii="Times New Roman" w:hAnsi="Times New Roman"/>
          <w:b/>
          <w:sz w:val="20"/>
          <w:szCs w:val="20"/>
        </w:rPr>
        <w:t>școlare</w:t>
      </w:r>
      <w:proofErr w:type="spellEnd"/>
      <w:r w:rsidR="003C62B1" w:rsidRPr="00B036AE">
        <w:rPr>
          <w:rFonts w:ascii="Times New Roman" w:hAnsi="Times New Roman"/>
          <w:sz w:val="20"/>
          <w:szCs w:val="20"/>
        </w:rPr>
        <w:t xml:space="preserve">, </w:t>
      </w:r>
      <w:r w:rsidR="003C62B1" w:rsidRPr="00B036AE">
        <w:rPr>
          <w:rFonts w:ascii="Times New Roman" w:hAnsi="Times New Roman"/>
          <w:b/>
          <w:sz w:val="20"/>
          <w:szCs w:val="20"/>
        </w:rPr>
        <w:t xml:space="preserve">cod CPV </w:t>
      </w:r>
      <w:r w:rsidR="003C62B1" w:rsidRPr="003C62B1">
        <w:rPr>
          <w:rFonts w:ascii="Times New Roman" w:hAnsi="Times New Roman"/>
          <w:b/>
          <w:sz w:val="20"/>
          <w:szCs w:val="20"/>
        </w:rPr>
        <w:t xml:space="preserve">18300000-2 </w:t>
      </w:r>
      <w:proofErr w:type="spellStart"/>
      <w:r w:rsidR="003C62B1" w:rsidRPr="003C62B1">
        <w:rPr>
          <w:rFonts w:ascii="Times New Roman" w:hAnsi="Times New Roman"/>
          <w:b/>
          <w:sz w:val="20"/>
          <w:szCs w:val="20"/>
        </w:rPr>
        <w:t>Articole</w:t>
      </w:r>
      <w:proofErr w:type="spellEnd"/>
      <w:r w:rsidR="003C62B1" w:rsidRPr="003C62B1">
        <w:rPr>
          <w:rFonts w:ascii="Times New Roman" w:hAnsi="Times New Roman"/>
          <w:b/>
          <w:sz w:val="20"/>
          <w:szCs w:val="20"/>
        </w:rPr>
        <w:t xml:space="preserve"> de </w:t>
      </w:r>
      <w:proofErr w:type="spellStart"/>
      <w:r w:rsidR="003C62B1" w:rsidRPr="003C62B1">
        <w:rPr>
          <w:rFonts w:ascii="Times New Roman" w:hAnsi="Times New Roman"/>
          <w:b/>
          <w:sz w:val="20"/>
          <w:szCs w:val="20"/>
        </w:rPr>
        <w:t>imbracaminte</w:t>
      </w:r>
      <w:proofErr w:type="spellEnd"/>
      <w:r w:rsidR="003C62B1" w:rsidRPr="003C62B1">
        <w:rPr>
          <w:rFonts w:ascii="Times New Roman" w:hAnsi="Times New Roman"/>
          <w:b/>
          <w:sz w:val="20"/>
          <w:szCs w:val="20"/>
        </w:rPr>
        <w:t xml:space="preserve"> (Rev.2)</w:t>
      </w:r>
      <w:r w:rsidR="003C62B1" w:rsidRPr="00B036AE">
        <w:rPr>
          <w:rFonts w:ascii="Times New Roman" w:hAnsi="Times New Roman"/>
          <w:sz w:val="20"/>
          <w:szCs w:val="20"/>
        </w:rPr>
        <w:t xml:space="preserve">, </w:t>
      </w:r>
      <w:r w:rsidRPr="00B036AE">
        <w:rPr>
          <w:rFonts w:ascii="Times New Roman" w:hAnsi="Times New Roman"/>
          <w:sz w:val="20"/>
          <w:szCs w:val="20"/>
        </w:rPr>
        <w:t xml:space="preserve">la data de </w:t>
      </w:r>
      <w:r w:rsidRPr="00B036AE">
        <w:rPr>
          <w:rFonts w:ascii="Times New Roman" w:hAnsi="Times New Roman"/>
          <w:b/>
          <w:sz w:val="20"/>
          <w:szCs w:val="20"/>
        </w:rPr>
        <w:t>.............................</w:t>
      </w:r>
      <w:r w:rsidRPr="00B036AE">
        <w:rPr>
          <w:rFonts w:ascii="Times New Roman" w:hAnsi="Times New Roman"/>
          <w:sz w:val="20"/>
          <w:szCs w:val="20"/>
        </w:rPr>
        <w:t xml:space="preserve">, </w:t>
      </w:r>
      <w:proofErr w:type="spellStart"/>
      <w:r w:rsidRPr="00B036AE">
        <w:rPr>
          <w:rFonts w:ascii="Times New Roman" w:hAnsi="Times New Roman"/>
          <w:sz w:val="20"/>
          <w:szCs w:val="20"/>
        </w:rPr>
        <w:t>organizată</w:t>
      </w:r>
      <w:proofErr w:type="spellEnd"/>
      <w:r w:rsidRPr="00B036AE">
        <w:rPr>
          <w:rFonts w:ascii="Times New Roman" w:hAnsi="Times New Roman"/>
          <w:sz w:val="20"/>
          <w:szCs w:val="20"/>
        </w:rPr>
        <w:t xml:space="preserve"> de </w:t>
      </w:r>
      <w:proofErr w:type="spellStart"/>
      <w:r w:rsidRPr="00B036AE">
        <w:rPr>
          <w:rFonts w:ascii="Times New Roman" w:hAnsi="Times New Roman"/>
          <w:sz w:val="20"/>
          <w:szCs w:val="20"/>
        </w:rPr>
        <w:t>Comun</w:t>
      </w:r>
      <w:r w:rsidR="003C62B1">
        <w:rPr>
          <w:rFonts w:ascii="Times New Roman" w:hAnsi="Times New Roman"/>
          <w:sz w:val="20"/>
          <w:szCs w:val="20"/>
        </w:rPr>
        <w:t>a</w:t>
      </w:r>
      <w:proofErr w:type="spellEnd"/>
      <w:r w:rsidRPr="00B036AE">
        <w:rPr>
          <w:rFonts w:ascii="Times New Roman" w:hAnsi="Times New Roman"/>
          <w:sz w:val="20"/>
          <w:szCs w:val="20"/>
        </w:rPr>
        <w:t xml:space="preserve"> </w:t>
      </w:r>
      <w:proofErr w:type="spellStart"/>
      <w:r w:rsidR="003C62B1">
        <w:rPr>
          <w:rFonts w:ascii="Times New Roman" w:hAnsi="Times New Roman"/>
          <w:sz w:val="20"/>
          <w:szCs w:val="20"/>
        </w:rPr>
        <w:t>Fălciu</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Județul</w:t>
      </w:r>
      <w:proofErr w:type="spellEnd"/>
      <w:r w:rsidRPr="00B036AE">
        <w:rPr>
          <w:rFonts w:ascii="Times New Roman" w:hAnsi="Times New Roman"/>
          <w:sz w:val="20"/>
          <w:szCs w:val="20"/>
        </w:rPr>
        <w:t xml:space="preserve"> </w:t>
      </w:r>
      <w:proofErr w:type="spellStart"/>
      <w:r w:rsidR="003C62B1">
        <w:rPr>
          <w:rFonts w:ascii="Times New Roman" w:hAnsi="Times New Roman"/>
          <w:sz w:val="20"/>
          <w:szCs w:val="20"/>
        </w:rPr>
        <w:t>Vaslui</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declar</w:t>
      </w:r>
      <w:proofErr w:type="spellEnd"/>
      <w:r w:rsidRPr="00B036AE">
        <w:rPr>
          <w:rFonts w:ascii="Times New Roman" w:hAnsi="Times New Roman"/>
          <w:sz w:val="20"/>
          <w:szCs w:val="20"/>
        </w:rPr>
        <w:t xml:space="preserve"> pe </w:t>
      </w:r>
      <w:proofErr w:type="spellStart"/>
      <w:r w:rsidRPr="00B036AE">
        <w:rPr>
          <w:rFonts w:ascii="Times New Roman" w:hAnsi="Times New Roman"/>
          <w:sz w:val="20"/>
          <w:szCs w:val="20"/>
        </w:rPr>
        <w:t>proprie</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răspundere</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că</w:t>
      </w:r>
      <w:proofErr w:type="spellEnd"/>
      <w:r w:rsidRPr="00B036AE">
        <w:rPr>
          <w:rFonts w:ascii="Times New Roman" w:hAnsi="Times New Roman"/>
          <w:sz w:val="20"/>
          <w:szCs w:val="20"/>
        </w:rPr>
        <w:t>:</w:t>
      </w:r>
    </w:p>
    <w:p w14:paraId="3F5BE2A8" w14:textId="77777777" w:rsidR="00E00181" w:rsidRPr="00B036AE" w:rsidRDefault="00E00181" w:rsidP="00E00181">
      <w:pPr>
        <w:widowControl w:val="0"/>
        <w:numPr>
          <w:ilvl w:val="0"/>
          <w:numId w:val="18"/>
        </w:numPr>
        <w:suppressAutoHyphens/>
        <w:spacing w:after="0" w:line="240" w:lineRule="auto"/>
        <w:contextualSpacing/>
        <w:jc w:val="both"/>
        <w:rPr>
          <w:rFonts w:ascii="Times New Roman" w:hAnsi="Times New Roman"/>
          <w:sz w:val="20"/>
          <w:szCs w:val="20"/>
          <w:lang w:eastAsia="zh-CN"/>
        </w:rPr>
      </w:pPr>
      <w:r w:rsidRPr="00B036AE">
        <w:rPr>
          <w:rFonts w:ascii="Times New Roman" w:hAnsi="Times New Roman"/>
          <w:b/>
          <w:bCs/>
          <w:sz w:val="20"/>
          <w:szCs w:val="20"/>
          <w:lang w:eastAsia="zh-CN"/>
        </w:rPr>
        <w:t xml:space="preserve">Nu ne </w:t>
      </w:r>
      <w:proofErr w:type="spellStart"/>
      <w:r w:rsidRPr="00B036AE">
        <w:rPr>
          <w:rFonts w:ascii="Times New Roman" w:hAnsi="Times New Roman"/>
          <w:b/>
          <w:bCs/>
          <w:sz w:val="20"/>
          <w:szCs w:val="20"/>
          <w:lang w:eastAsia="zh-CN"/>
        </w:rPr>
        <w:t>aflam</w:t>
      </w:r>
      <w:proofErr w:type="spellEnd"/>
      <w:r w:rsidRPr="00B036AE">
        <w:rPr>
          <w:rFonts w:ascii="Times New Roman" w:hAnsi="Times New Roman"/>
          <w:b/>
          <w:bCs/>
          <w:sz w:val="20"/>
          <w:szCs w:val="20"/>
          <w:lang w:eastAsia="zh-CN"/>
        </w:rPr>
        <w:t xml:space="preserve"> </w:t>
      </w:r>
      <w:proofErr w:type="spellStart"/>
      <w:r w:rsidRPr="00B036AE">
        <w:rPr>
          <w:rFonts w:ascii="Times New Roman" w:hAnsi="Times New Roman"/>
          <w:sz w:val="20"/>
          <w:szCs w:val="20"/>
          <w:lang w:eastAsia="zh-CN"/>
        </w:rPr>
        <w:t>în</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oricare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dintre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următoarele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situații</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prevăzute</w:t>
      </w:r>
      <w:proofErr w:type="spellEnd"/>
      <w:r w:rsidRPr="00B036AE">
        <w:rPr>
          <w:rFonts w:ascii="Times New Roman" w:hAnsi="Times New Roman"/>
          <w:sz w:val="20"/>
          <w:szCs w:val="20"/>
          <w:lang w:eastAsia="zh-CN"/>
        </w:rPr>
        <w:t xml:space="preserve"> de art. 167 (1) din </w:t>
      </w:r>
      <w:proofErr w:type="spellStart"/>
      <w:r w:rsidRPr="00B036AE">
        <w:rPr>
          <w:rFonts w:ascii="Times New Roman" w:hAnsi="Times New Roman"/>
          <w:sz w:val="20"/>
          <w:szCs w:val="20"/>
          <w:lang w:eastAsia="zh-CN"/>
        </w:rPr>
        <w:t>Legea</w:t>
      </w:r>
      <w:proofErr w:type="spellEnd"/>
      <w:r w:rsidRPr="00B036AE">
        <w:rPr>
          <w:rFonts w:ascii="Times New Roman" w:hAnsi="Times New Roman"/>
          <w:sz w:val="20"/>
          <w:szCs w:val="20"/>
          <w:lang w:eastAsia="zh-CN"/>
        </w:rPr>
        <w:t xml:space="preserve"> 98/2016, </w:t>
      </w:r>
      <w:proofErr w:type="spellStart"/>
      <w:r w:rsidRPr="00B036AE">
        <w:rPr>
          <w:rFonts w:ascii="Times New Roman" w:hAnsi="Times New Roman"/>
          <w:sz w:val="20"/>
          <w:szCs w:val="20"/>
          <w:lang w:eastAsia="zh-CN"/>
        </w:rPr>
        <w:t>respectiv</w:t>
      </w:r>
      <w:proofErr w:type="spellEnd"/>
      <w:r w:rsidRPr="00B036AE">
        <w:rPr>
          <w:rFonts w:ascii="Times New Roman" w:hAnsi="Times New Roman"/>
          <w:sz w:val="20"/>
          <w:szCs w:val="20"/>
          <w:lang w:eastAsia="zh-CN"/>
        </w:rPr>
        <w:t>: </w:t>
      </w:r>
    </w:p>
    <w:p w14:paraId="4313157B" w14:textId="77777777" w:rsidR="00E00181" w:rsidRPr="00B036AE" w:rsidRDefault="00E00181" w:rsidP="00E00181">
      <w:pPr>
        <w:suppressAutoHyphens/>
        <w:spacing w:after="0" w:line="240" w:lineRule="auto"/>
        <w:jc w:val="both"/>
        <w:rPr>
          <w:rFonts w:ascii="Times New Roman" w:hAnsi="Times New Roman"/>
          <w:sz w:val="20"/>
          <w:szCs w:val="20"/>
          <w:lang w:eastAsia="zh-CN"/>
        </w:rPr>
      </w:pPr>
      <w:r w:rsidRPr="00B036AE">
        <w:rPr>
          <w:rFonts w:ascii="Times New Roman" w:hAnsi="Times New Roman"/>
          <w:b/>
          <w:bCs/>
          <w:sz w:val="20"/>
          <w:szCs w:val="20"/>
          <w:lang w:eastAsia="zh-CN"/>
        </w:rPr>
        <w:t>a)</w:t>
      </w:r>
      <w:r w:rsidRPr="00B036AE">
        <w:rPr>
          <w:rFonts w:ascii="Times New Roman" w:hAnsi="Times New Roman"/>
          <w:sz w:val="20"/>
          <w:szCs w:val="20"/>
          <w:lang w:eastAsia="zh-CN"/>
        </w:rPr>
        <w:t xml:space="preserve"> nu am </w:t>
      </w:r>
      <w:proofErr w:type="spellStart"/>
      <w:r w:rsidRPr="00B036AE">
        <w:rPr>
          <w:rFonts w:ascii="Times New Roman" w:hAnsi="Times New Roman"/>
          <w:sz w:val="20"/>
          <w:szCs w:val="20"/>
          <w:lang w:eastAsia="zh-CN"/>
        </w:rPr>
        <w:t>încălcat</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obligațiile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stabilite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potrivit</w:t>
      </w:r>
      <w:proofErr w:type="spellEnd"/>
      <w:r w:rsidRPr="00B036AE">
        <w:rPr>
          <w:rFonts w:ascii="Times New Roman" w:hAnsi="Times New Roman"/>
          <w:sz w:val="20"/>
          <w:szCs w:val="20"/>
          <w:lang w:eastAsia="zh-CN"/>
        </w:rPr>
        <w:t> </w:t>
      </w:r>
      <w:hyperlink r:id="rId15" w:history="1">
        <w:r w:rsidRPr="00B036AE">
          <w:rPr>
            <w:rFonts w:ascii="Times New Roman" w:hAnsi="Times New Roman"/>
            <w:sz w:val="20"/>
            <w:szCs w:val="20"/>
            <w:u w:val="single"/>
            <w:lang w:eastAsia="zh-CN"/>
          </w:rPr>
          <w:t>art. 51</w:t>
        </w:r>
      </w:hyperlink>
      <w:r w:rsidRPr="00B036AE">
        <w:rPr>
          <w:rFonts w:ascii="Times New Roman" w:hAnsi="Times New Roman"/>
          <w:sz w:val="20"/>
          <w:szCs w:val="20"/>
          <w:lang w:eastAsia="zh-CN"/>
        </w:rPr>
        <w:t xml:space="preserve"> din </w:t>
      </w:r>
      <w:proofErr w:type="spellStart"/>
      <w:r w:rsidRPr="00B036AE">
        <w:rPr>
          <w:rFonts w:ascii="Times New Roman" w:hAnsi="Times New Roman"/>
          <w:sz w:val="20"/>
          <w:szCs w:val="20"/>
          <w:lang w:eastAsia="zh-CN"/>
        </w:rPr>
        <w:t>Legea</w:t>
      </w:r>
      <w:proofErr w:type="spellEnd"/>
      <w:r w:rsidRPr="00B036AE">
        <w:rPr>
          <w:rFonts w:ascii="Times New Roman" w:hAnsi="Times New Roman"/>
          <w:sz w:val="20"/>
          <w:szCs w:val="20"/>
          <w:lang w:eastAsia="zh-CN"/>
        </w:rPr>
        <w:t xml:space="preserve"> nr. 98/2016;</w:t>
      </w:r>
    </w:p>
    <w:p w14:paraId="4E2BF057" w14:textId="77777777" w:rsidR="00E00181" w:rsidRPr="00B036AE" w:rsidRDefault="00E00181" w:rsidP="00E00181">
      <w:pPr>
        <w:suppressAutoHyphens/>
        <w:spacing w:after="0" w:line="240" w:lineRule="auto"/>
        <w:jc w:val="both"/>
        <w:rPr>
          <w:rFonts w:ascii="Times New Roman" w:hAnsi="Times New Roman"/>
          <w:sz w:val="20"/>
          <w:szCs w:val="20"/>
          <w:lang w:eastAsia="zh-CN"/>
        </w:rPr>
      </w:pPr>
      <w:r w:rsidRPr="00B036AE">
        <w:rPr>
          <w:rFonts w:ascii="Times New Roman" w:hAnsi="Times New Roman"/>
          <w:b/>
          <w:bCs/>
          <w:sz w:val="20"/>
          <w:szCs w:val="20"/>
          <w:lang w:eastAsia="zh-CN"/>
        </w:rPr>
        <w:t>b)</w:t>
      </w:r>
      <w:r w:rsidRPr="00B036AE">
        <w:rPr>
          <w:rFonts w:ascii="Times New Roman" w:hAnsi="Times New Roman"/>
          <w:sz w:val="20"/>
          <w:szCs w:val="20"/>
          <w:lang w:eastAsia="zh-CN"/>
        </w:rPr>
        <w:t xml:space="preserve"> nu ne </w:t>
      </w:r>
      <w:proofErr w:type="spellStart"/>
      <w:r w:rsidRPr="00B036AE">
        <w:rPr>
          <w:rFonts w:ascii="Times New Roman" w:hAnsi="Times New Roman"/>
          <w:sz w:val="20"/>
          <w:szCs w:val="20"/>
          <w:lang w:eastAsia="zh-CN"/>
        </w:rPr>
        <w:t>aflăm</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în</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procedura</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insolvenței</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sau</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în</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lichidare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în</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supraveghere</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judiciară</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sau</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în</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încetarea</w:t>
      </w:r>
      <w:proofErr w:type="spellEnd"/>
      <w:r w:rsidRPr="00B036AE">
        <w:rPr>
          <w:rFonts w:ascii="Times New Roman" w:hAnsi="Times New Roman"/>
          <w:sz w:val="20"/>
          <w:szCs w:val="20"/>
          <w:lang w:eastAsia="zh-CN"/>
        </w:rPr>
        <w:t xml:space="preserve"> </w:t>
      </w:r>
      <w:proofErr w:type="spellStart"/>
      <w:r w:rsidRPr="00B036AE">
        <w:rPr>
          <w:rFonts w:ascii="Times New Roman" w:hAnsi="Times New Roman"/>
          <w:sz w:val="20"/>
          <w:szCs w:val="20"/>
          <w:lang w:eastAsia="zh-CN"/>
        </w:rPr>
        <w:t>activității</w:t>
      </w:r>
      <w:proofErr w:type="spellEnd"/>
      <w:r w:rsidRPr="00B036AE">
        <w:rPr>
          <w:rFonts w:ascii="Times New Roman" w:hAnsi="Times New Roman"/>
          <w:sz w:val="20"/>
          <w:szCs w:val="20"/>
          <w:lang w:eastAsia="zh-CN"/>
        </w:rPr>
        <w:t>; </w:t>
      </w:r>
    </w:p>
    <w:p w14:paraId="06B01F96"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r w:rsidRPr="00B036AE">
        <w:rPr>
          <w:rFonts w:ascii="Times New Roman" w:hAnsi="Times New Roman"/>
          <w:b/>
          <w:bCs/>
          <w:sz w:val="20"/>
          <w:szCs w:val="20"/>
          <w:lang w:val="it-IT" w:eastAsia="zh-CN"/>
        </w:rPr>
        <w:t xml:space="preserve">c) </w:t>
      </w:r>
      <w:r w:rsidRPr="00B036AE">
        <w:rPr>
          <w:rFonts w:ascii="Times New Roman" w:hAnsi="Times New Roman"/>
          <w:bCs/>
          <w:sz w:val="20"/>
          <w:szCs w:val="20"/>
          <w:lang w:val="it-IT" w:eastAsia="zh-CN"/>
        </w:rPr>
        <w:t>nu</w:t>
      </w:r>
      <w:r w:rsidRPr="00B036AE">
        <w:rPr>
          <w:rFonts w:ascii="Times New Roman" w:hAnsi="Times New Roman"/>
          <w:sz w:val="20"/>
          <w:szCs w:val="20"/>
          <w:lang w:val="it-IT" w:eastAsia="zh-CN"/>
        </w:rPr>
        <w:t> am comis o abatere profesională gravă care ne pune în discuție integritatea;</w:t>
      </w:r>
    </w:p>
    <w:p w14:paraId="2DB87923"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r w:rsidRPr="00B036AE">
        <w:rPr>
          <w:rFonts w:ascii="Times New Roman" w:hAnsi="Times New Roman"/>
          <w:b/>
          <w:bCs/>
          <w:sz w:val="20"/>
          <w:szCs w:val="20"/>
          <w:lang w:val="it-IT" w:eastAsia="zh-CN"/>
        </w:rPr>
        <w:t>d)</w:t>
      </w:r>
      <w:r w:rsidRPr="00B036AE">
        <w:rPr>
          <w:rFonts w:ascii="Times New Roman" w:hAnsi="Times New Roman"/>
          <w:sz w:val="20"/>
          <w:szCs w:val="20"/>
          <w:lang w:val="it-IT" w:eastAsia="zh-CN"/>
        </w:rPr>
        <w:t> nu am încheiat cu alți operatori economici acorduri care vizează denaturarea concurenței în cadrul sau în legătură cu procedura în cauză; </w:t>
      </w:r>
    </w:p>
    <w:p w14:paraId="190BFDAC"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r w:rsidRPr="00B036AE">
        <w:rPr>
          <w:rFonts w:ascii="Times New Roman" w:hAnsi="Times New Roman"/>
          <w:b/>
          <w:bCs/>
          <w:sz w:val="20"/>
          <w:szCs w:val="20"/>
          <w:lang w:val="it-IT" w:eastAsia="zh-CN"/>
        </w:rPr>
        <w:t>e)</w:t>
      </w:r>
      <w:r w:rsidRPr="00B036AE">
        <w:rPr>
          <w:rFonts w:ascii="Times New Roman" w:hAnsi="Times New Roman"/>
          <w:sz w:val="20"/>
          <w:szCs w:val="20"/>
          <w:lang w:val="it-IT" w:eastAsia="zh-CN"/>
        </w:rPr>
        <w:t> nu ne aflăm într-o situație de conflict de interese în cadrul sau în legătură cu procedura în cauză; </w:t>
      </w:r>
    </w:p>
    <w:p w14:paraId="7C0F6DAC"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r w:rsidRPr="00B036AE">
        <w:rPr>
          <w:rFonts w:ascii="Times New Roman" w:hAnsi="Times New Roman"/>
          <w:b/>
          <w:bCs/>
          <w:sz w:val="20"/>
          <w:szCs w:val="20"/>
          <w:lang w:val="it-IT" w:eastAsia="zh-CN"/>
        </w:rPr>
        <w:t>f)</w:t>
      </w:r>
      <w:r w:rsidRPr="00B036AE">
        <w:rPr>
          <w:rFonts w:ascii="Times New Roman" w:hAnsi="Times New Roman"/>
          <w:sz w:val="20"/>
          <w:szCs w:val="20"/>
          <w:lang w:val="it-IT" w:eastAsia="zh-CN"/>
        </w:rPr>
        <w:t> nu am participat anterior la pregătirea procedurii de atribuire; </w:t>
      </w:r>
    </w:p>
    <w:p w14:paraId="76EF568B"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r w:rsidRPr="00B036AE">
        <w:rPr>
          <w:rFonts w:ascii="Times New Roman" w:hAnsi="Times New Roman"/>
          <w:b/>
          <w:bCs/>
          <w:sz w:val="20"/>
          <w:szCs w:val="20"/>
          <w:lang w:val="it-IT" w:eastAsia="zh-CN"/>
        </w:rPr>
        <w:t>g)</w:t>
      </w:r>
      <w:r w:rsidRPr="00B036AE">
        <w:rPr>
          <w:rFonts w:ascii="Times New Roman" w:hAnsi="Times New Roman"/>
          <w:sz w:val="20"/>
          <w:szCs w:val="20"/>
          <w:lang w:val="it-IT" w:eastAsia="zh-CN"/>
        </w:rPr>
        <w:t> nu ne-am încălcat în mod grav sau repetat obligațiile principale ce ne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56D80476"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r w:rsidRPr="00B036AE">
        <w:rPr>
          <w:rFonts w:ascii="Times New Roman" w:hAnsi="Times New Roman"/>
          <w:b/>
          <w:bCs/>
          <w:sz w:val="20"/>
          <w:szCs w:val="20"/>
          <w:lang w:val="it-IT" w:eastAsia="zh-CN"/>
        </w:rPr>
        <w:t>h)</w:t>
      </w:r>
      <w:r w:rsidRPr="00B036AE">
        <w:rPr>
          <w:rFonts w:ascii="Times New Roman" w:hAnsi="Times New Roman"/>
          <w:sz w:val="20"/>
          <w:szCs w:val="20"/>
          <w:lang w:val="it-IT" w:eastAsia="zh-CN"/>
        </w:rPr>
        <w:t> nu ne facem vinovați de declarații false în conținutulinformațiilor transmise la solicitarea autorității contractante în scopul verificării absenței motivelor de excludere sau al îndeplinirii criteriilor de calificare şi selecție; </w:t>
      </w:r>
    </w:p>
    <w:p w14:paraId="38300759" w14:textId="77777777" w:rsidR="00E00181" w:rsidRPr="00B036AE" w:rsidRDefault="00E00181" w:rsidP="00E00181">
      <w:pPr>
        <w:suppressAutoHyphens/>
        <w:spacing w:after="0" w:line="240" w:lineRule="auto"/>
        <w:jc w:val="both"/>
        <w:rPr>
          <w:rFonts w:ascii="Times New Roman" w:hAnsi="Times New Roman"/>
          <w:sz w:val="20"/>
          <w:szCs w:val="20"/>
          <w:lang w:val="it-IT" w:eastAsia="zh-CN"/>
        </w:rPr>
      </w:pPr>
      <w:r w:rsidRPr="00B036AE">
        <w:rPr>
          <w:rFonts w:ascii="Times New Roman" w:hAnsi="Times New Roman"/>
          <w:b/>
          <w:bCs/>
          <w:sz w:val="20"/>
          <w:szCs w:val="20"/>
          <w:lang w:val="it-IT" w:eastAsia="zh-CN"/>
        </w:rPr>
        <w:t>i)</w:t>
      </w:r>
      <w:r w:rsidRPr="00B036AE">
        <w:rPr>
          <w:rFonts w:ascii="Times New Roman" w:hAnsi="Times New Roman"/>
          <w:sz w:val="20"/>
          <w:szCs w:val="20"/>
          <w:lang w:val="it-IT" w:eastAsia="zh-CN"/>
        </w:rPr>
        <w:t> nu am încercat să influențăm în mod nelegal procesul decizional al autorității contractante, să obțineminformațiiconfidențiale care ne-ar putea conferi avantaje nejustificate în cadrul procedurii de atribuire și nu am furnizat din neglijențăinformații eronate care pot avea o influență semnificativă asupra deciziilor autorității contractante privind excluderea din procedura de atribuire.   </w:t>
      </w:r>
    </w:p>
    <w:p w14:paraId="2596AB10" w14:textId="77777777" w:rsidR="00E00181" w:rsidRPr="00B036AE" w:rsidRDefault="00E00181" w:rsidP="00E00181">
      <w:pPr>
        <w:spacing w:after="0" w:line="240" w:lineRule="auto"/>
        <w:jc w:val="both"/>
        <w:rPr>
          <w:rFonts w:ascii="Times New Roman" w:hAnsi="Times New Roman"/>
          <w:sz w:val="20"/>
          <w:szCs w:val="20"/>
        </w:rPr>
      </w:pPr>
    </w:p>
    <w:p w14:paraId="202D5477" w14:textId="77777777" w:rsidR="00E00181" w:rsidRPr="00B036AE" w:rsidRDefault="00E00181" w:rsidP="00E00181">
      <w:pPr>
        <w:spacing w:after="0" w:line="240" w:lineRule="auto"/>
        <w:jc w:val="both"/>
        <w:rPr>
          <w:rFonts w:ascii="Times New Roman" w:hAnsi="Times New Roman"/>
          <w:sz w:val="20"/>
          <w:szCs w:val="20"/>
        </w:rPr>
      </w:pPr>
      <w:r w:rsidRPr="00B036AE">
        <w:rPr>
          <w:rFonts w:ascii="Times New Roman" w:hAnsi="Times New Roman"/>
          <w:sz w:val="20"/>
          <w:szCs w:val="20"/>
        </w:rPr>
        <w:t xml:space="preserve">Subsemnatul </w:t>
      </w:r>
      <w:proofErr w:type="spellStart"/>
      <w:r w:rsidRPr="00B036AE">
        <w:rPr>
          <w:rFonts w:ascii="Times New Roman" w:hAnsi="Times New Roman"/>
          <w:sz w:val="20"/>
          <w:szCs w:val="20"/>
        </w:rPr>
        <w:t>declar</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că</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informațiile</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furnizate</w:t>
      </w:r>
      <w:proofErr w:type="spellEnd"/>
      <w:r w:rsidRPr="00B036AE">
        <w:rPr>
          <w:rFonts w:ascii="Times New Roman" w:hAnsi="Times New Roman"/>
          <w:sz w:val="20"/>
          <w:szCs w:val="20"/>
        </w:rPr>
        <w:t xml:space="preserve"> sunt complete </w:t>
      </w:r>
      <w:proofErr w:type="spellStart"/>
      <w:r w:rsidRPr="00B036AE">
        <w:rPr>
          <w:rFonts w:ascii="Times New Roman" w:hAnsi="Times New Roman"/>
          <w:sz w:val="20"/>
          <w:szCs w:val="20"/>
        </w:rPr>
        <w:t>şi</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corecte</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în</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fiecare</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detaliu</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şi</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înțeleg</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că</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autoritatea</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contractantă</w:t>
      </w:r>
      <w:proofErr w:type="spellEnd"/>
      <w:r w:rsidRPr="00B036AE">
        <w:rPr>
          <w:rFonts w:ascii="Times New Roman" w:hAnsi="Times New Roman"/>
          <w:sz w:val="20"/>
          <w:szCs w:val="20"/>
        </w:rPr>
        <w:t xml:space="preserve"> are </w:t>
      </w:r>
      <w:proofErr w:type="spellStart"/>
      <w:r w:rsidRPr="00B036AE">
        <w:rPr>
          <w:rFonts w:ascii="Times New Roman" w:hAnsi="Times New Roman"/>
          <w:sz w:val="20"/>
          <w:szCs w:val="20"/>
        </w:rPr>
        <w:t>dreptul</w:t>
      </w:r>
      <w:proofErr w:type="spellEnd"/>
      <w:r w:rsidRPr="00B036AE">
        <w:rPr>
          <w:rFonts w:ascii="Times New Roman" w:hAnsi="Times New Roman"/>
          <w:sz w:val="20"/>
          <w:szCs w:val="20"/>
        </w:rPr>
        <w:t xml:space="preserve"> de a </w:t>
      </w:r>
      <w:proofErr w:type="spellStart"/>
      <w:r w:rsidRPr="00B036AE">
        <w:rPr>
          <w:rFonts w:ascii="Times New Roman" w:hAnsi="Times New Roman"/>
          <w:sz w:val="20"/>
          <w:szCs w:val="20"/>
        </w:rPr>
        <w:t>solicita</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în</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scopul</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verificării</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şi</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confirmării</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declarațiilor</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orice</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documente</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doveditoare</w:t>
      </w:r>
      <w:proofErr w:type="spellEnd"/>
      <w:r w:rsidRPr="00B036AE">
        <w:rPr>
          <w:rFonts w:ascii="Times New Roman" w:hAnsi="Times New Roman"/>
          <w:sz w:val="20"/>
          <w:szCs w:val="20"/>
        </w:rPr>
        <w:t xml:space="preserve"> de care </w:t>
      </w:r>
      <w:proofErr w:type="spellStart"/>
      <w:r w:rsidRPr="00B036AE">
        <w:rPr>
          <w:rFonts w:ascii="Times New Roman" w:hAnsi="Times New Roman"/>
          <w:sz w:val="20"/>
          <w:szCs w:val="20"/>
        </w:rPr>
        <w:t>dispunem</w:t>
      </w:r>
      <w:proofErr w:type="spellEnd"/>
      <w:r w:rsidRPr="00B036AE">
        <w:rPr>
          <w:rFonts w:ascii="Times New Roman" w:hAnsi="Times New Roman"/>
          <w:sz w:val="20"/>
          <w:szCs w:val="20"/>
        </w:rPr>
        <w:t>.</w:t>
      </w:r>
    </w:p>
    <w:p w14:paraId="060E0FEF" w14:textId="77777777" w:rsidR="00E00181" w:rsidRDefault="00E00181" w:rsidP="00E00181">
      <w:pPr>
        <w:spacing w:after="0" w:line="240" w:lineRule="auto"/>
        <w:jc w:val="both"/>
        <w:rPr>
          <w:rFonts w:ascii="Times New Roman" w:hAnsi="Times New Roman"/>
          <w:sz w:val="20"/>
          <w:szCs w:val="20"/>
        </w:rPr>
      </w:pPr>
      <w:proofErr w:type="spellStart"/>
      <w:r w:rsidRPr="00B036AE">
        <w:rPr>
          <w:rFonts w:ascii="Times New Roman" w:hAnsi="Times New Roman"/>
          <w:sz w:val="20"/>
          <w:szCs w:val="20"/>
        </w:rPr>
        <w:t>Înțeleg</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că</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în</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cazul</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în</w:t>
      </w:r>
      <w:proofErr w:type="spellEnd"/>
      <w:r w:rsidRPr="00B036AE">
        <w:rPr>
          <w:rFonts w:ascii="Times New Roman" w:hAnsi="Times New Roman"/>
          <w:sz w:val="20"/>
          <w:szCs w:val="20"/>
        </w:rPr>
        <w:t xml:space="preserve"> care </w:t>
      </w:r>
      <w:proofErr w:type="spellStart"/>
      <w:r w:rsidRPr="00B036AE">
        <w:rPr>
          <w:rFonts w:ascii="Times New Roman" w:hAnsi="Times New Roman"/>
          <w:sz w:val="20"/>
          <w:szCs w:val="20"/>
        </w:rPr>
        <w:t>această</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declarație</w:t>
      </w:r>
      <w:proofErr w:type="spellEnd"/>
      <w:r w:rsidRPr="00B036AE">
        <w:rPr>
          <w:rFonts w:ascii="Times New Roman" w:hAnsi="Times New Roman"/>
          <w:sz w:val="20"/>
          <w:szCs w:val="20"/>
        </w:rPr>
        <w:t xml:space="preserve"> nu </w:t>
      </w:r>
      <w:proofErr w:type="spellStart"/>
      <w:r w:rsidRPr="00B036AE">
        <w:rPr>
          <w:rFonts w:ascii="Times New Roman" w:hAnsi="Times New Roman"/>
          <w:sz w:val="20"/>
          <w:szCs w:val="20"/>
        </w:rPr>
        <w:t>este</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conformă</w:t>
      </w:r>
      <w:proofErr w:type="spellEnd"/>
      <w:r w:rsidRPr="00B036AE">
        <w:rPr>
          <w:rFonts w:ascii="Times New Roman" w:hAnsi="Times New Roman"/>
          <w:sz w:val="20"/>
          <w:szCs w:val="20"/>
        </w:rPr>
        <w:t xml:space="preserve"> cu </w:t>
      </w:r>
      <w:proofErr w:type="spellStart"/>
      <w:r w:rsidRPr="00B036AE">
        <w:rPr>
          <w:rFonts w:ascii="Times New Roman" w:hAnsi="Times New Roman"/>
          <w:sz w:val="20"/>
          <w:szCs w:val="20"/>
        </w:rPr>
        <w:t>realitatea</w:t>
      </w:r>
      <w:proofErr w:type="spellEnd"/>
      <w:r w:rsidRPr="00B036AE">
        <w:rPr>
          <w:rFonts w:ascii="Times New Roman" w:hAnsi="Times New Roman"/>
          <w:sz w:val="20"/>
          <w:szCs w:val="20"/>
        </w:rPr>
        <w:t xml:space="preserve"> sunt </w:t>
      </w:r>
      <w:proofErr w:type="spellStart"/>
      <w:r w:rsidRPr="00B036AE">
        <w:rPr>
          <w:rFonts w:ascii="Times New Roman" w:hAnsi="Times New Roman"/>
          <w:sz w:val="20"/>
          <w:szCs w:val="20"/>
        </w:rPr>
        <w:t>pasibil</w:t>
      </w:r>
      <w:proofErr w:type="spellEnd"/>
      <w:r w:rsidRPr="00B036AE">
        <w:rPr>
          <w:rFonts w:ascii="Times New Roman" w:hAnsi="Times New Roman"/>
          <w:sz w:val="20"/>
          <w:szCs w:val="20"/>
        </w:rPr>
        <w:t xml:space="preserve"> de </w:t>
      </w:r>
      <w:proofErr w:type="spellStart"/>
      <w:r w:rsidRPr="00B036AE">
        <w:rPr>
          <w:rFonts w:ascii="Times New Roman" w:hAnsi="Times New Roman"/>
          <w:sz w:val="20"/>
          <w:szCs w:val="20"/>
        </w:rPr>
        <w:t>încălcarea</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prevederilor</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legislației</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penale</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privind</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falsul</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în</w:t>
      </w:r>
      <w:proofErr w:type="spellEnd"/>
      <w:r w:rsidRPr="00B036AE">
        <w:rPr>
          <w:rFonts w:ascii="Times New Roman" w:hAnsi="Times New Roman"/>
          <w:sz w:val="20"/>
          <w:szCs w:val="20"/>
        </w:rPr>
        <w:t xml:space="preserve"> </w:t>
      </w:r>
      <w:proofErr w:type="spellStart"/>
      <w:r w:rsidRPr="00B036AE">
        <w:rPr>
          <w:rFonts w:ascii="Times New Roman" w:hAnsi="Times New Roman"/>
          <w:sz w:val="20"/>
          <w:szCs w:val="20"/>
        </w:rPr>
        <w:t>declarații</w:t>
      </w:r>
      <w:proofErr w:type="spellEnd"/>
      <w:r w:rsidRPr="00B036AE">
        <w:rPr>
          <w:rFonts w:ascii="Times New Roman" w:hAnsi="Times New Roman"/>
          <w:sz w:val="20"/>
          <w:szCs w:val="20"/>
        </w:rPr>
        <w:t>.</w:t>
      </w:r>
    </w:p>
    <w:p w14:paraId="6C19B00E" w14:textId="77777777" w:rsidR="003C62B1" w:rsidRPr="00B036AE" w:rsidRDefault="003C62B1" w:rsidP="00E00181">
      <w:pPr>
        <w:spacing w:after="0" w:line="240" w:lineRule="auto"/>
        <w:jc w:val="both"/>
        <w:rPr>
          <w:rFonts w:ascii="Times New Roman" w:hAnsi="Times New Roman"/>
          <w:sz w:val="20"/>
          <w:szCs w:val="20"/>
        </w:rPr>
      </w:pPr>
    </w:p>
    <w:p w14:paraId="6485E7DD" w14:textId="77777777" w:rsidR="00E00181" w:rsidRPr="00B036AE" w:rsidRDefault="00E00181" w:rsidP="00E00181">
      <w:pPr>
        <w:spacing w:after="0" w:line="240" w:lineRule="auto"/>
        <w:rPr>
          <w:rFonts w:ascii="Times New Roman" w:hAnsi="Times New Roman"/>
          <w:sz w:val="20"/>
          <w:szCs w:val="20"/>
        </w:rPr>
      </w:pPr>
      <w:r w:rsidRPr="00B036AE">
        <w:rPr>
          <w:rFonts w:ascii="Times New Roman" w:hAnsi="Times New Roman"/>
          <w:sz w:val="20"/>
          <w:szCs w:val="20"/>
        </w:rPr>
        <w:t xml:space="preserve">Data </w:t>
      </w:r>
      <w:proofErr w:type="spellStart"/>
      <w:r w:rsidRPr="00B036AE">
        <w:rPr>
          <w:rFonts w:ascii="Times New Roman" w:hAnsi="Times New Roman"/>
          <w:sz w:val="20"/>
          <w:szCs w:val="20"/>
        </w:rPr>
        <w:t>completării</w:t>
      </w:r>
      <w:proofErr w:type="spellEnd"/>
      <w:r w:rsidRPr="00B036AE">
        <w:rPr>
          <w:rFonts w:ascii="Times New Roman" w:hAnsi="Times New Roman"/>
          <w:sz w:val="20"/>
          <w:szCs w:val="20"/>
        </w:rPr>
        <w:t xml:space="preserve"> ......................                </w:t>
      </w:r>
    </w:p>
    <w:p w14:paraId="001CF14A" w14:textId="77777777" w:rsidR="00E00181" w:rsidRPr="00B036AE" w:rsidRDefault="00E00181" w:rsidP="00E00181">
      <w:pPr>
        <w:spacing w:after="0" w:line="240" w:lineRule="auto"/>
        <w:jc w:val="center"/>
        <w:rPr>
          <w:rFonts w:ascii="Times New Roman" w:hAnsi="Times New Roman"/>
          <w:i/>
          <w:iCs/>
          <w:sz w:val="20"/>
          <w:szCs w:val="20"/>
        </w:rPr>
      </w:pPr>
      <w:r w:rsidRPr="00B036AE">
        <w:rPr>
          <w:rFonts w:ascii="Times New Roman" w:hAnsi="Times New Roman"/>
          <w:i/>
          <w:iCs/>
          <w:sz w:val="20"/>
          <w:szCs w:val="20"/>
        </w:rPr>
        <w:t>Operator economic,</w:t>
      </w:r>
    </w:p>
    <w:p w14:paraId="71615BDA" w14:textId="77777777" w:rsidR="00E00181" w:rsidRPr="00B036AE" w:rsidRDefault="00E00181" w:rsidP="00E00181">
      <w:pPr>
        <w:spacing w:after="0" w:line="240" w:lineRule="auto"/>
        <w:jc w:val="center"/>
        <w:rPr>
          <w:rFonts w:ascii="Times New Roman" w:hAnsi="Times New Roman"/>
          <w:i/>
          <w:iCs/>
          <w:sz w:val="20"/>
          <w:szCs w:val="20"/>
        </w:rPr>
      </w:pPr>
      <w:r w:rsidRPr="00B036AE">
        <w:rPr>
          <w:rFonts w:ascii="Times New Roman" w:hAnsi="Times New Roman"/>
          <w:i/>
          <w:iCs/>
          <w:sz w:val="20"/>
          <w:szCs w:val="20"/>
        </w:rPr>
        <w:t>……………………….</w:t>
      </w:r>
    </w:p>
    <w:p w14:paraId="3F0DAE56" w14:textId="77777777" w:rsidR="00E00181" w:rsidRPr="00B036AE" w:rsidRDefault="00E00181" w:rsidP="00E00181">
      <w:pPr>
        <w:spacing w:after="0" w:line="240" w:lineRule="auto"/>
        <w:jc w:val="center"/>
        <w:rPr>
          <w:rFonts w:ascii="Times New Roman" w:hAnsi="Times New Roman"/>
          <w:sz w:val="20"/>
          <w:szCs w:val="20"/>
        </w:rPr>
      </w:pPr>
      <w:r w:rsidRPr="00B036AE">
        <w:rPr>
          <w:rFonts w:ascii="Times New Roman" w:hAnsi="Times New Roman"/>
          <w:sz w:val="20"/>
          <w:szCs w:val="20"/>
        </w:rPr>
        <w:t>(</w:t>
      </w:r>
      <w:proofErr w:type="spellStart"/>
      <w:r w:rsidRPr="00B036AE">
        <w:rPr>
          <w:rFonts w:ascii="Times New Roman" w:hAnsi="Times New Roman"/>
          <w:sz w:val="20"/>
          <w:szCs w:val="20"/>
        </w:rPr>
        <w:t>semnătura</w:t>
      </w:r>
      <w:proofErr w:type="spellEnd"/>
      <w:r w:rsidRPr="00B036AE">
        <w:rPr>
          <w:rFonts w:ascii="Times New Roman" w:hAnsi="Times New Roman"/>
          <w:sz w:val="20"/>
          <w:szCs w:val="20"/>
        </w:rPr>
        <w:t xml:space="preserve"> autorizată)</w:t>
      </w:r>
    </w:p>
    <w:p w14:paraId="0AE5EFF0" w14:textId="77777777" w:rsidR="00E00181" w:rsidRPr="00B036AE" w:rsidRDefault="00E00181" w:rsidP="00E00181">
      <w:pPr>
        <w:tabs>
          <w:tab w:val="left" w:pos="270"/>
        </w:tabs>
        <w:autoSpaceDE w:val="0"/>
        <w:autoSpaceDN w:val="0"/>
        <w:adjustRightInd w:val="0"/>
        <w:spacing w:after="0" w:line="240" w:lineRule="auto"/>
        <w:jc w:val="both"/>
        <w:rPr>
          <w:rFonts w:ascii="Times New Roman" w:hAnsi="Times New Roman"/>
          <w:sz w:val="20"/>
          <w:szCs w:val="20"/>
        </w:rPr>
      </w:pPr>
    </w:p>
    <w:p w14:paraId="5F1DF953" w14:textId="4AF2A04E" w:rsidR="00E00181" w:rsidRPr="00B036AE" w:rsidRDefault="00E00181" w:rsidP="00E00181">
      <w:pPr>
        <w:spacing w:after="0" w:line="240" w:lineRule="auto"/>
        <w:rPr>
          <w:rFonts w:ascii="Times New Roman" w:hAnsi="Times New Roman"/>
          <w:b/>
          <w:sz w:val="20"/>
          <w:szCs w:val="20"/>
        </w:rPr>
      </w:pPr>
    </w:p>
    <w:p w14:paraId="61BF491F" w14:textId="552D664F" w:rsidR="004C684C" w:rsidRDefault="004C684C">
      <w:pPr>
        <w:rPr>
          <w:b/>
          <w:sz w:val="24"/>
          <w:szCs w:val="24"/>
        </w:rPr>
      </w:pPr>
      <w:r>
        <w:rPr>
          <w:b/>
          <w:sz w:val="24"/>
          <w:szCs w:val="24"/>
        </w:rPr>
        <w:br w:type="page"/>
      </w:r>
    </w:p>
    <w:p w14:paraId="1D6E7753" w14:textId="77777777" w:rsidR="004C684C" w:rsidRPr="007D40B3" w:rsidRDefault="004C684C" w:rsidP="004C684C">
      <w:pPr>
        <w:pStyle w:val="Corptext"/>
        <w:spacing w:after="0"/>
        <w:rPr>
          <w:rFonts w:ascii="Times New Roman" w:hAnsi="Times New Roman"/>
          <w:i/>
          <w:iCs/>
        </w:rPr>
      </w:pPr>
      <w:r w:rsidRPr="007D40B3">
        <w:rPr>
          <w:rFonts w:ascii="Times New Roman" w:hAnsi="Times New Roman"/>
          <w:i/>
          <w:iCs/>
        </w:rPr>
        <w:lastRenderedPageBreak/>
        <w:t xml:space="preserve">                                                                                                                                       </w:t>
      </w:r>
    </w:p>
    <w:p w14:paraId="31E45CFB" w14:textId="77777777" w:rsidR="004C684C" w:rsidRPr="007D40B3" w:rsidRDefault="004C684C" w:rsidP="004C684C">
      <w:pPr>
        <w:pStyle w:val="Corptext"/>
        <w:spacing w:after="0"/>
        <w:jc w:val="right"/>
        <w:rPr>
          <w:rFonts w:ascii="Times New Roman" w:hAnsi="Times New Roman"/>
          <w:i/>
          <w:iCs/>
        </w:rPr>
      </w:pPr>
      <w:r w:rsidRPr="007D40B3">
        <w:rPr>
          <w:rFonts w:ascii="Times New Roman" w:hAnsi="Times New Roman"/>
          <w:i/>
          <w:iCs/>
        </w:rPr>
        <w:t xml:space="preserve">                                                                                                                                                                                          Formular nr. 9</w:t>
      </w:r>
    </w:p>
    <w:p w14:paraId="20CFDB02" w14:textId="77777777" w:rsidR="004C684C" w:rsidRPr="007D40B3" w:rsidRDefault="004C684C" w:rsidP="004C684C">
      <w:pPr>
        <w:jc w:val="both"/>
        <w:rPr>
          <w:rFonts w:ascii="Times New Roman" w:hAnsi="Times New Roman"/>
          <w:sz w:val="20"/>
          <w:szCs w:val="20"/>
        </w:rPr>
      </w:pPr>
      <w:r w:rsidRPr="007D40B3">
        <w:rPr>
          <w:rFonts w:ascii="Times New Roman" w:hAnsi="Times New Roman"/>
          <w:sz w:val="20"/>
          <w:szCs w:val="20"/>
        </w:rPr>
        <w:t xml:space="preserve">OPERATOR ECONOMIC  </w:t>
      </w:r>
    </w:p>
    <w:p w14:paraId="61119CB0" w14:textId="77777777" w:rsidR="004C684C" w:rsidRPr="007D40B3" w:rsidRDefault="004C684C" w:rsidP="004C684C">
      <w:pPr>
        <w:jc w:val="both"/>
        <w:rPr>
          <w:rFonts w:ascii="Times New Roman" w:hAnsi="Times New Roman"/>
          <w:sz w:val="20"/>
          <w:szCs w:val="20"/>
        </w:rPr>
      </w:pPr>
      <w:r w:rsidRPr="007D40B3">
        <w:rPr>
          <w:rFonts w:ascii="Times New Roman" w:hAnsi="Times New Roman"/>
          <w:sz w:val="20"/>
          <w:szCs w:val="20"/>
        </w:rPr>
        <w:t>.........................................</w:t>
      </w:r>
    </w:p>
    <w:p w14:paraId="7BB4F848" w14:textId="77777777" w:rsidR="004C684C" w:rsidRPr="007D40B3" w:rsidRDefault="004C684C" w:rsidP="004C684C">
      <w:pPr>
        <w:jc w:val="both"/>
        <w:rPr>
          <w:rFonts w:ascii="Times New Roman" w:hAnsi="Times New Roman"/>
          <w:i/>
          <w:sz w:val="20"/>
          <w:szCs w:val="20"/>
        </w:rPr>
      </w:pPr>
      <w:r w:rsidRPr="007D40B3">
        <w:rPr>
          <w:rFonts w:ascii="Times New Roman" w:hAnsi="Times New Roman"/>
          <w:i/>
          <w:sz w:val="20"/>
          <w:szCs w:val="20"/>
        </w:rPr>
        <w:t>(</w:t>
      </w:r>
      <w:proofErr w:type="spellStart"/>
      <w:r w:rsidRPr="007D40B3">
        <w:rPr>
          <w:rFonts w:ascii="Times New Roman" w:hAnsi="Times New Roman"/>
          <w:i/>
          <w:sz w:val="20"/>
          <w:szCs w:val="20"/>
        </w:rPr>
        <w:t>denumirea</w:t>
      </w:r>
      <w:proofErr w:type="spellEnd"/>
      <w:r w:rsidRPr="007D40B3">
        <w:rPr>
          <w:rFonts w:ascii="Times New Roman" w:hAnsi="Times New Roman"/>
          <w:i/>
          <w:sz w:val="20"/>
          <w:szCs w:val="20"/>
        </w:rPr>
        <w:t>/</w:t>
      </w:r>
      <w:proofErr w:type="spellStart"/>
      <w:r w:rsidRPr="007D40B3">
        <w:rPr>
          <w:rFonts w:ascii="Times New Roman" w:hAnsi="Times New Roman"/>
          <w:i/>
          <w:sz w:val="20"/>
          <w:szCs w:val="20"/>
        </w:rPr>
        <w:t>numele</w:t>
      </w:r>
      <w:proofErr w:type="spellEnd"/>
      <w:r w:rsidRPr="007D40B3">
        <w:rPr>
          <w:rFonts w:ascii="Times New Roman" w:hAnsi="Times New Roman"/>
          <w:i/>
          <w:sz w:val="20"/>
          <w:szCs w:val="20"/>
        </w:rPr>
        <w:t xml:space="preserve">, </w:t>
      </w:r>
      <w:proofErr w:type="spellStart"/>
      <w:r w:rsidRPr="007D40B3">
        <w:rPr>
          <w:rFonts w:ascii="Times New Roman" w:hAnsi="Times New Roman"/>
          <w:i/>
          <w:sz w:val="20"/>
          <w:szCs w:val="20"/>
        </w:rPr>
        <w:t>adresa</w:t>
      </w:r>
      <w:proofErr w:type="spellEnd"/>
      <w:r w:rsidRPr="007D40B3">
        <w:rPr>
          <w:rFonts w:ascii="Times New Roman" w:hAnsi="Times New Roman"/>
          <w:i/>
          <w:sz w:val="20"/>
          <w:szCs w:val="20"/>
        </w:rPr>
        <w:t xml:space="preserve">, </w:t>
      </w:r>
      <w:proofErr w:type="spellStart"/>
      <w:r w:rsidRPr="007D40B3">
        <w:rPr>
          <w:rFonts w:ascii="Times New Roman" w:hAnsi="Times New Roman"/>
          <w:i/>
          <w:sz w:val="20"/>
          <w:szCs w:val="20"/>
        </w:rPr>
        <w:t>număr</w:t>
      </w:r>
      <w:proofErr w:type="spellEnd"/>
      <w:r w:rsidRPr="007D40B3">
        <w:rPr>
          <w:rFonts w:ascii="Times New Roman" w:hAnsi="Times New Roman"/>
          <w:i/>
          <w:sz w:val="20"/>
          <w:szCs w:val="20"/>
        </w:rPr>
        <w:t xml:space="preserve"> </w:t>
      </w:r>
      <w:proofErr w:type="spellStart"/>
      <w:r w:rsidRPr="007D40B3">
        <w:rPr>
          <w:rFonts w:ascii="Times New Roman" w:hAnsi="Times New Roman"/>
          <w:i/>
          <w:sz w:val="20"/>
          <w:szCs w:val="20"/>
        </w:rPr>
        <w:t>înregistrare</w:t>
      </w:r>
      <w:proofErr w:type="spellEnd"/>
      <w:r w:rsidRPr="007D40B3">
        <w:rPr>
          <w:rFonts w:ascii="Times New Roman" w:hAnsi="Times New Roman"/>
          <w:i/>
          <w:sz w:val="20"/>
          <w:szCs w:val="20"/>
        </w:rPr>
        <w:t>,</w:t>
      </w:r>
    </w:p>
    <w:p w14:paraId="68A5D505" w14:textId="77777777" w:rsidR="004C684C" w:rsidRPr="007D40B3" w:rsidRDefault="004C684C" w:rsidP="004C684C">
      <w:pPr>
        <w:jc w:val="both"/>
        <w:rPr>
          <w:rFonts w:ascii="Times New Roman" w:hAnsi="Times New Roman"/>
          <w:i/>
          <w:sz w:val="20"/>
          <w:szCs w:val="20"/>
        </w:rPr>
      </w:pPr>
      <w:r w:rsidRPr="007D40B3">
        <w:rPr>
          <w:rFonts w:ascii="Times New Roman" w:hAnsi="Times New Roman"/>
          <w:i/>
          <w:sz w:val="20"/>
          <w:szCs w:val="20"/>
        </w:rPr>
        <w:t xml:space="preserve">CUI, </w:t>
      </w:r>
      <w:proofErr w:type="spellStart"/>
      <w:r w:rsidRPr="007D40B3">
        <w:rPr>
          <w:rFonts w:ascii="Times New Roman" w:hAnsi="Times New Roman"/>
          <w:i/>
          <w:sz w:val="20"/>
          <w:szCs w:val="20"/>
        </w:rPr>
        <w:t>telefon</w:t>
      </w:r>
      <w:proofErr w:type="spellEnd"/>
      <w:r w:rsidRPr="007D40B3">
        <w:rPr>
          <w:rFonts w:ascii="Times New Roman" w:hAnsi="Times New Roman"/>
          <w:i/>
          <w:sz w:val="20"/>
          <w:szCs w:val="20"/>
        </w:rPr>
        <w:t>, fax)</w:t>
      </w:r>
    </w:p>
    <w:p w14:paraId="3CEA0C30" w14:textId="77777777" w:rsidR="004C684C" w:rsidRPr="007D40B3" w:rsidRDefault="004C684C" w:rsidP="004C684C">
      <w:pPr>
        <w:pStyle w:val="Corptext"/>
        <w:spacing w:after="0"/>
        <w:jc w:val="center"/>
        <w:rPr>
          <w:rFonts w:ascii="Times New Roman" w:hAnsi="Times New Roman"/>
          <w:b/>
          <w:bCs/>
        </w:rPr>
      </w:pPr>
    </w:p>
    <w:p w14:paraId="79E27270" w14:textId="77777777" w:rsidR="004C684C" w:rsidRPr="007D40B3" w:rsidRDefault="004C684C" w:rsidP="004C684C">
      <w:pPr>
        <w:pStyle w:val="Corptext"/>
        <w:spacing w:after="0"/>
        <w:jc w:val="center"/>
        <w:rPr>
          <w:rFonts w:ascii="Times New Roman" w:hAnsi="Times New Roman"/>
        </w:rPr>
      </w:pPr>
      <w:r w:rsidRPr="007D40B3">
        <w:rPr>
          <w:rFonts w:ascii="Times New Roman" w:hAnsi="Times New Roman"/>
          <w:b/>
          <w:bCs/>
        </w:rPr>
        <w:t>DECLARAȚIE PRIVIND RESPECTAREA LEGISLAȚIEI PRIVIND CONDIȚIILE DE MEDIU, SOCIAL ȘI</w:t>
      </w:r>
      <w:r w:rsidRPr="007D40B3">
        <w:rPr>
          <w:rFonts w:ascii="Times New Roman" w:hAnsi="Times New Roman"/>
          <w:b/>
          <w:bCs/>
        </w:rPr>
        <w:br/>
        <w:t>CU PRIVIRE LA RELAȚIILE DE MUNCĂ PE TOATĂ DURATA DE ÎNDEPLINIRE A CONTRACTULUI DE</w:t>
      </w:r>
      <w:r w:rsidRPr="007D40B3">
        <w:rPr>
          <w:rFonts w:ascii="Times New Roman" w:hAnsi="Times New Roman"/>
          <w:b/>
          <w:bCs/>
        </w:rPr>
        <w:br/>
        <w:t>FURNIZARE</w:t>
      </w:r>
    </w:p>
    <w:p w14:paraId="7F4D2D31" w14:textId="77777777" w:rsidR="004C684C" w:rsidRPr="007D40B3" w:rsidRDefault="004C684C" w:rsidP="004C684C">
      <w:pPr>
        <w:pStyle w:val="Corptext"/>
        <w:tabs>
          <w:tab w:val="left" w:leader="dot" w:pos="6334"/>
        </w:tabs>
        <w:spacing w:after="0"/>
        <w:ind w:firstLine="200"/>
        <w:rPr>
          <w:rFonts w:ascii="Times New Roman" w:hAnsi="Times New Roman"/>
        </w:rPr>
      </w:pPr>
    </w:p>
    <w:p w14:paraId="4ECBB067" w14:textId="77777777" w:rsidR="004C684C" w:rsidRPr="007D40B3" w:rsidRDefault="004C684C" w:rsidP="004C684C">
      <w:pPr>
        <w:pStyle w:val="Corptext"/>
        <w:tabs>
          <w:tab w:val="left" w:leader="dot" w:pos="6334"/>
        </w:tabs>
        <w:spacing w:after="0"/>
        <w:ind w:firstLine="200"/>
        <w:rPr>
          <w:rFonts w:ascii="Times New Roman" w:hAnsi="Times New Roman"/>
        </w:rPr>
      </w:pPr>
      <w:r w:rsidRPr="007D40B3">
        <w:rPr>
          <w:rFonts w:ascii="Times New Roman" w:hAnsi="Times New Roman"/>
        </w:rPr>
        <w:t>► Subsemnatul/a</w:t>
      </w:r>
      <w:r w:rsidRPr="007D40B3">
        <w:rPr>
          <w:rFonts w:ascii="Times New Roman" w:hAnsi="Times New Roman"/>
        </w:rPr>
        <w:tab/>
      </w:r>
      <w:r w:rsidRPr="007D40B3">
        <w:rPr>
          <w:rFonts w:ascii="Times New Roman" w:hAnsi="Times New Roman"/>
          <w:i/>
          <w:iCs/>
        </w:rPr>
        <w:t>(</w:t>
      </w:r>
      <w:proofErr w:type="spellStart"/>
      <w:r w:rsidRPr="007D40B3">
        <w:rPr>
          <w:rFonts w:ascii="Times New Roman" w:hAnsi="Times New Roman"/>
          <w:i/>
          <w:iCs/>
        </w:rPr>
        <w:t>nume</w:t>
      </w:r>
      <w:proofErr w:type="spellEnd"/>
      <w:r w:rsidRPr="007D40B3">
        <w:rPr>
          <w:rFonts w:ascii="Times New Roman" w:hAnsi="Times New Roman"/>
          <w:i/>
          <w:iCs/>
        </w:rPr>
        <w:t>/</w:t>
      </w:r>
      <w:proofErr w:type="spellStart"/>
      <w:r w:rsidRPr="007D40B3">
        <w:rPr>
          <w:rFonts w:ascii="Times New Roman" w:hAnsi="Times New Roman"/>
          <w:i/>
          <w:iCs/>
        </w:rPr>
        <w:t>prenume</w:t>
      </w:r>
      <w:proofErr w:type="spellEnd"/>
      <w:r w:rsidRPr="007D40B3">
        <w:rPr>
          <w:rFonts w:ascii="Times New Roman" w:hAnsi="Times New Roman"/>
          <w:i/>
          <w:iCs/>
        </w:rPr>
        <w:t>,</w:t>
      </w:r>
      <w:r w:rsidRPr="007D40B3">
        <w:rPr>
          <w:rFonts w:ascii="Times New Roman" w:hAnsi="Times New Roman"/>
        </w:rPr>
        <w:t xml:space="preserve"> </w:t>
      </w:r>
      <w:proofErr w:type="spellStart"/>
      <w:r w:rsidRPr="007D40B3">
        <w:rPr>
          <w:rFonts w:ascii="Times New Roman" w:hAnsi="Times New Roman"/>
        </w:rPr>
        <w:t>reprezentant</w:t>
      </w:r>
      <w:proofErr w:type="spellEnd"/>
      <w:r w:rsidRPr="007D40B3">
        <w:rPr>
          <w:rFonts w:ascii="Times New Roman" w:hAnsi="Times New Roman"/>
        </w:rPr>
        <w:t xml:space="preserve"> legal /</w:t>
      </w:r>
    </w:p>
    <w:p w14:paraId="773B4624" w14:textId="77777777" w:rsidR="004C684C" w:rsidRPr="007D40B3" w:rsidRDefault="004C684C" w:rsidP="004C684C">
      <w:pPr>
        <w:pStyle w:val="Corptext"/>
        <w:tabs>
          <w:tab w:val="left" w:leader="dot" w:pos="7142"/>
        </w:tabs>
        <w:spacing w:after="0"/>
        <w:ind w:firstLine="540"/>
        <w:rPr>
          <w:rFonts w:ascii="Times New Roman" w:hAnsi="Times New Roman"/>
        </w:rPr>
      </w:pPr>
      <w:proofErr w:type="spellStart"/>
      <w:r w:rsidRPr="007D40B3">
        <w:rPr>
          <w:rFonts w:ascii="Times New Roman" w:hAnsi="Times New Roman"/>
        </w:rPr>
        <w:t>împuternicit</w:t>
      </w:r>
      <w:proofErr w:type="spellEnd"/>
      <w:r w:rsidRPr="007D40B3">
        <w:rPr>
          <w:rFonts w:ascii="Times New Roman" w:hAnsi="Times New Roman"/>
        </w:rPr>
        <w:t xml:space="preserve"> al</w:t>
      </w:r>
      <w:r w:rsidRPr="007D40B3">
        <w:rPr>
          <w:rFonts w:ascii="Times New Roman" w:hAnsi="Times New Roman"/>
        </w:rPr>
        <w:tab/>
      </w:r>
      <w:r w:rsidRPr="007D40B3">
        <w:rPr>
          <w:rFonts w:ascii="Times New Roman" w:hAnsi="Times New Roman"/>
          <w:i/>
          <w:iCs/>
        </w:rPr>
        <w:t>(</w:t>
      </w:r>
      <w:proofErr w:type="spellStart"/>
      <w:r w:rsidRPr="007D40B3">
        <w:rPr>
          <w:rFonts w:ascii="Times New Roman" w:hAnsi="Times New Roman"/>
          <w:i/>
          <w:iCs/>
        </w:rPr>
        <w:t>denumirea</w:t>
      </w:r>
      <w:proofErr w:type="spellEnd"/>
      <w:r w:rsidRPr="007D40B3">
        <w:rPr>
          <w:rFonts w:ascii="Times New Roman" w:hAnsi="Times New Roman"/>
          <w:i/>
          <w:iCs/>
        </w:rPr>
        <w:t xml:space="preserve"> / </w:t>
      </w:r>
      <w:proofErr w:type="spellStart"/>
      <w:r w:rsidRPr="007D40B3">
        <w:rPr>
          <w:rFonts w:ascii="Times New Roman" w:hAnsi="Times New Roman"/>
          <w:i/>
          <w:iCs/>
        </w:rPr>
        <w:t>numele</w:t>
      </w:r>
      <w:proofErr w:type="spellEnd"/>
      <w:r w:rsidRPr="007D40B3">
        <w:rPr>
          <w:rFonts w:ascii="Times New Roman" w:hAnsi="Times New Roman"/>
          <w:i/>
          <w:iCs/>
        </w:rPr>
        <w:t xml:space="preserve"> </w:t>
      </w:r>
      <w:proofErr w:type="spellStart"/>
      <w:r w:rsidRPr="007D40B3">
        <w:rPr>
          <w:rFonts w:ascii="Times New Roman" w:hAnsi="Times New Roman"/>
          <w:i/>
          <w:iCs/>
        </w:rPr>
        <w:t>și</w:t>
      </w:r>
      <w:proofErr w:type="spellEnd"/>
      <w:r w:rsidRPr="007D40B3">
        <w:rPr>
          <w:rFonts w:ascii="Times New Roman" w:hAnsi="Times New Roman"/>
          <w:i/>
          <w:iCs/>
        </w:rPr>
        <w:t xml:space="preserve"> </w:t>
      </w:r>
      <w:proofErr w:type="spellStart"/>
      <w:r w:rsidRPr="007D40B3">
        <w:rPr>
          <w:rFonts w:ascii="Times New Roman" w:hAnsi="Times New Roman"/>
          <w:i/>
          <w:iCs/>
        </w:rPr>
        <w:t>sediu</w:t>
      </w:r>
      <w:proofErr w:type="spellEnd"/>
    </w:p>
    <w:p w14:paraId="37FED468" w14:textId="0D60DEDB" w:rsidR="004C684C" w:rsidRPr="007D40B3" w:rsidRDefault="004C684C" w:rsidP="004C684C">
      <w:pPr>
        <w:pStyle w:val="Corptext"/>
        <w:tabs>
          <w:tab w:val="left" w:leader="dot" w:pos="9475"/>
        </w:tabs>
        <w:spacing w:after="0"/>
        <w:ind w:firstLine="540"/>
        <w:jc w:val="both"/>
        <w:rPr>
          <w:rFonts w:ascii="Times New Roman" w:hAnsi="Times New Roman"/>
        </w:rPr>
      </w:pPr>
      <w:r w:rsidRPr="007D40B3">
        <w:rPr>
          <w:rFonts w:ascii="Times New Roman" w:hAnsi="Times New Roman"/>
          <w:i/>
          <w:iCs/>
        </w:rPr>
        <w:t xml:space="preserve">/ </w:t>
      </w:r>
      <w:proofErr w:type="spellStart"/>
      <w:r w:rsidRPr="007D40B3">
        <w:rPr>
          <w:rFonts w:ascii="Times New Roman" w:hAnsi="Times New Roman"/>
          <w:i/>
          <w:iCs/>
        </w:rPr>
        <w:t>adresa</w:t>
      </w:r>
      <w:proofErr w:type="spellEnd"/>
      <w:r w:rsidRPr="007D40B3">
        <w:rPr>
          <w:rFonts w:ascii="Times New Roman" w:hAnsi="Times New Roman"/>
          <w:i/>
          <w:iCs/>
        </w:rPr>
        <w:t xml:space="preserve"> </w:t>
      </w:r>
      <w:proofErr w:type="spellStart"/>
      <w:r w:rsidRPr="007D40B3">
        <w:rPr>
          <w:rFonts w:ascii="Times New Roman" w:hAnsi="Times New Roman"/>
          <w:i/>
          <w:iCs/>
        </w:rPr>
        <w:t>candidatului</w:t>
      </w:r>
      <w:proofErr w:type="spellEnd"/>
      <w:r w:rsidRPr="007D40B3">
        <w:rPr>
          <w:rFonts w:ascii="Times New Roman" w:hAnsi="Times New Roman"/>
          <w:i/>
          <w:iCs/>
        </w:rPr>
        <w:t xml:space="preserve">/ </w:t>
      </w:r>
      <w:proofErr w:type="spellStart"/>
      <w:r w:rsidRPr="007D40B3">
        <w:rPr>
          <w:rFonts w:ascii="Times New Roman" w:hAnsi="Times New Roman"/>
          <w:i/>
          <w:iCs/>
        </w:rPr>
        <w:t>ofertantului</w:t>
      </w:r>
      <w:proofErr w:type="spellEnd"/>
      <w:r w:rsidRPr="007D40B3">
        <w:rPr>
          <w:rFonts w:ascii="Times New Roman" w:hAnsi="Times New Roman"/>
          <w:i/>
          <w:iCs/>
        </w:rPr>
        <w:t>),</w:t>
      </w:r>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calitate</w:t>
      </w:r>
      <w:proofErr w:type="spellEnd"/>
      <w:r w:rsidRPr="007D40B3">
        <w:rPr>
          <w:rFonts w:ascii="Times New Roman" w:hAnsi="Times New Roman"/>
        </w:rPr>
        <w:t xml:space="preserve"> de </w:t>
      </w:r>
      <w:proofErr w:type="spellStart"/>
      <w:r w:rsidRPr="007D40B3">
        <w:rPr>
          <w:rFonts w:ascii="Times New Roman" w:hAnsi="Times New Roman"/>
        </w:rPr>
        <w:t>ofertant</w:t>
      </w:r>
      <w:proofErr w:type="spellEnd"/>
      <w:r w:rsidRPr="007D40B3">
        <w:rPr>
          <w:rFonts w:ascii="Times New Roman" w:hAnsi="Times New Roman"/>
        </w:rPr>
        <w:t xml:space="preserve"> la </w:t>
      </w:r>
      <w:proofErr w:type="spellStart"/>
      <w:r w:rsidRPr="007D40B3">
        <w:rPr>
          <w:rFonts w:ascii="Times New Roman" w:hAnsi="Times New Roman"/>
        </w:rPr>
        <w:t>procedura</w:t>
      </w:r>
      <w:proofErr w:type="spellEnd"/>
      <w:r w:rsidRPr="007D40B3">
        <w:rPr>
          <w:rFonts w:ascii="Times New Roman" w:hAnsi="Times New Roman"/>
        </w:rPr>
        <w:t xml:space="preserve"> </w:t>
      </w:r>
      <w:proofErr w:type="spellStart"/>
      <w:r w:rsidRPr="007D40B3">
        <w:rPr>
          <w:rFonts w:ascii="Times New Roman" w:hAnsi="Times New Roman"/>
        </w:rPr>
        <w:t>pentru</w:t>
      </w:r>
      <w:proofErr w:type="spellEnd"/>
      <w:r w:rsidRPr="007D40B3">
        <w:rPr>
          <w:rFonts w:ascii="Times New Roman" w:hAnsi="Times New Roman"/>
        </w:rPr>
        <w:t xml:space="preserve"> </w:t>
      </w:r>
      <w:proofErr w:type="spellStart"/>
      <w:r w:rsidRPr="007D40B3">
        <w:rPr>
          <w:rFonts w:ascii="Times New Roman" w:hAnsi="Times New Roman"/>
        </w:rPr>
        <w:t>atribuirea</w:t>
      </w:r>
      <w:proofErr w:type="spellEnd"/>
      <w:r w:rsidRPr="007D40B3">
        <w:rPr>
          <w:rFonts w:ascii="Times New Roman" w:hAnsi="Times New Roman"/>
        </w:rPr>
        <w:t xml:space="preserve"> </w:t>
      </w:r>
      <w:proofErr w:type="spellStart"/>
      <w:r w:rsidRPr="007D40B3">
        <w:rPr>
          <w:rFonts w:ascii="Times New Roman" w:hAnsi="Times New Roman"/>
        </w:rPr>
        <w:t>contractului</w:t>
      </w:r>
      <w:proofErr w:type="spellEnd"/>
      <w:r w:rsidRPr="007D40B3">
        <w:rPr>
          <w:rFonts w:ascii="Times New Roman" w:hAnsi="Times New Roman"/>
        </w:rPr>
        <w:t xml:space="preserve"> </w:t>
      </w:r>
      <w:proofErr w:type="spellStart"/>
      <w:r w:rsidRPr="004608FE">
        <w:rPr>
          <w:b/>
          <w:bCs/>
        </w:rPr>
        <w:t>Furnizarea</w:t>
      </w:r>
      <w:proofErr w:type="spellEnd"/>
      <w:r w:rsidRPr="004608FE">
        <w:rPr>
          <w:b/>
          <w:bCs/>
        </w:rPr>
        <w:t xml:space="preserve"> de </w:t>
      </w:r>
      <w:proofErr w:type="spellStart"/>
      <w:r w:rsidRPr="00DE0CAC">
        <w:rPr>
          <w:b/>
          <w:bCs/>
        </w:rPr>
        <w:t>îmbracaminte</w:t>
      </w:r>
      <w:proofErr w:type="spellEnd"/>
      <w:r w:rsidRPr="00DE0CAC">
        <w:rPr>
          <w:b/>
          <w:bCs/>
        </w:rPr>
        <w:t xml:space="preserve">, </w:t>
      </w:r>
      <w:proofErr w:type="spellStart"/>
      <w:r w:rsidRPr="00DE0CAC">
        <w:rPr>
          <w:b/>
          <w:bCs/>
        </w:rPr>
        <w:t>încălțăminte</w:t>
      </w:r>
      <w:proofErr w:type="spellEnd"/>
      <w:r w:rsidRPr="00DE0CAC">
        <w:rPr>
          <w:b/>
          <w:bCs/>
        </w:rPr>
        <w:t xml:space="preserve"> </w:t>
      </w:r>
      <w:proofErr w:type="spellStart"/>
      <w:r w:rsidRPr="00DE0CAC">
        <w:rPr>
          <w:b/>
          <w:bCs/>
        </w:rPr>
        <w:t>și</w:t>
      </w:r>
      <w:proofErr w:type="spellEnd"/>
      <w:r w:rsidRPr="00DE0CAC">
        <w:rPr>
          <w:b/>
          <w:bCs/>
        </w:rPr>
        <w:t xml:space="preserve"> </w:t>
      </w:r>
      <w:proofErr w:type="spellStart"/>
      <w:r w:rsidRPr="00DE0CAC">
        <w:rPr>
          <w:b/>
          <w:bCs/>
        </w:rPr>
        <w:t>rechizite</w:t>
      </w:r>
      <w:proofErr w:type="spellEnd"/>
      <w:r w:rsidRPr="00DE0CAC">
        <w:rPr>
          <w:b/>
          <w:bCs/>
        </w:rPr>
        <w:t xml:space="preserve"> </w:t>
      </w:r>
      <w:proofErr w:type="spellStart"/>
      <w:r w:rsidRPr="00DE0CAC">
        <w:rPr>
          <w:b/>
          <w:bCs/>
        </w:rPr>
        <w:t>scolare</w:t>
      </w:r>
      <w:proofErr w:type="spellEnd"/>
      <w:r w:rsidRPr="00DE0CAC">
        <w:rPr>
          <w:b/>
          <w:bCs/>
        </w:rPr>
        <w:t xml:space="preserve"> </w:t>
      </w:r>
      <w:proofErr w:type="spellStart"/>
      <w:r w:rsidRPr="004608FE">
        <w:rPr>
          <w:b/>
          <w:bCs/>
        </w:rPr>
        <w:t>pentru</w:t>
      </w:r>
      <w:proofErr w:type="spellEnd"/>
      <w:r w:rsidRPr="004608FE">
        <w:rPr>
          <w:b/>
          <w:bCs/>
        </w:rPr>
        <w:t xml:space="preserve"> </w:t>
      </w:r>
      <w:proofErr w:type="spellStart"/>
      <w:r w:rsidRPr="004608FE">
        <w:rPr>
          <w:b/>
          <w:bCs/>
        </w:rPr>
        <w:t>proiectul</w:t>
      </w:r>
      <w:proofErr w:type="spellEnd"/>
      <w:r w:rsidRPr="004608FE">
        <w:rPr>
          <w:b/>
          <w:bCs/>
        </w:rPr>
        <w:t xml:space="preserve">  ”</w:t>
      </w:r>
      <w:proofErr w:type="spellStart"/>
      <w:r w:rsidRPr="00DE0CAC">
        <w:rPr>
          <w:b/>
          <w:bCs/>
        </w:rPr>
        <w:t>Furnizare</w:t>
      </w:r>
      <w:proofErr w:type="spellEnd"/>
      <w:r w:rsidRPr="00DE0CAC">
        <w:rPr>
          <w:b/>
          <w:bCs/>
        </w:rPr>
        <w:t xml:space="preserve"> de </w:t>
      </w:r>
      <w:proofErr w:type="spellStart"/>
      <w:r w:rsidRPr="00DE0CAC">
        <w:rPr>
          <w:b/>
          <w:bCs/>
        </w:rPr>
        <w:t>servicii</w:t>
      </w:r>
      <w:proofErr w:type="spellEnd"/>
      <w:r w:rsidRPr="00DE0CAC">
        <w:rPr>
          <w:b/>
          <w:bCs/>
        </w:rPr>
        <w:t xml:space="preserve"> integrate </w:t>
      </w:r>
      <w:proofErr w:type="spellStart"/>
      <w:r w:rsidRPr="00DE0CAC">
        <w:rPr>
          <w:b/>
          <w:bCs/>
        </w:rPr>
        <w:t>în</w:t>
      </w:r>
      <w:proofErr w:type="spellEnd"/>
      <w:r w:rsidRPr="00DE0CAC">
        <w:rPr>
          <w:b/>
          <w:bCs/>
        </w:rPr>
        <w:t xml:space="preserve"> </w:t>
      </w:r>
      <w:proofErr w:type="spellStart"/>
      <w:r w:rsidRPr="00DE0CAC">
        <w:rPr>
          <w:b/>
          <w:bCs/>
        </w:rPr>
        <w:t>comunitățile</w:t>
      </w:r>
      <w:proofErr w:type="spellEnd"/>
      <w:r w:rsidRPr="00DE0CAC">
        <w:rPr>
          <w:b/>
          <w:bCs/>
        </w:rPr>
        <w:t xml:space="preserve"> </w:t>
      </w:r>
      <w:proofErr w:type="spellStart"/>
      <w:r w:rsidRPr="00DE0CAC">
        <w:rPr>
          <w:b/>
          <w:bCs/>
        </w:rPr>
        <w:t>rurale</w:t>
      </w:r>
      <w:proofErr w:type="spellEnd"/>
      <w:r w:rsidRPr="00DE0CAC">
        <w:rPr>
          <w:b/>
          <w:bCs/>
        </w:rPr>
        <w:t xml:space="preserve"> - </w:t>
      </w:r>
      <w:proofErr w:type="spellStart"/>
      <w:r w:rsidRPr="00DE0CAC">
        <w:rPr>
          <w:b/>
          <w:bCs/>
        </w:rPr>
        <w:t>facilitarea</w:t>
      </w:r>
      <w:proofErr w:type="spellEnd"/>
      <w:r w:rsidRPr="00DE0CAC">
        <w:rPr>
          <w:b/>
          <w:bCs/>
        </w:rPr>
        <w:t xml:space="preserve"> </w:t>
      </w:r>
      <w:proofErr w:type="spellStart"/>
      <w:r w:rsidRPr="00DE0CAC">
        <w:rPr>
          <w:b/>
          <w:bCs/>
        </w:rPr>
        <w:t>accesului</w:t>
      </w:r>
      <w:proofErr w:type="spellEnd"/>
      <w:r w:rsidRPr="00DE0CAC">
        <w:rPr>
          <w:b/>
          <w:bCs/>
        </w:rPr>
        <w:t xml:space="preserve"> </w:t>
      </w:r>
      <w:proofErr w:type="spellStart"/>
      <w:r w:rsidRPr="00DE0CAC">
        <w:rPr>
          <w:b/>
          <w:bCs/>
        </w:rPr>
        <w:t>persoanelor</w:t>
      </w:r>
      <w:proofErr w:type="spellEnd"/>
      <w:r w:rsidRPr="00DE0CAC">
        <w:rPr>
          <w:b/>
          <w:bCs/>
        </w:rPr>
        <w:t xml:space="preserve"> </w:t>
      </w:r>
      <w:proofErr w:type="spellStart"/>
      <w:r w:rsidRPr="00DE0CAC">
        <w:rPr>
          <w:b/>
          <w:bCs/>
        </w:rPr>
        <w:t>vulnerabile</w:t>
      </w:r>
      <w:proofErr w:type="spellEnd"/>
      <w:r w:rsidRPr="00DE0CAC">
        <w:rPr>
          <w:b/>
          <w:bCs/>
        </w:rPr>
        <w:t xml:space="preserve"> la </w:t>
      </w:r>
      <w:proofErr w:type="spellStart"/>
      <w:r w:rsidRPr="00DE0CAC">
        <w:rPr>
          <w:b/>
          <w:bCs/>
        </w:rPr>
        <w:t>servicii</w:t>
      </w:r>
      <w:proofErr w:type="spellEnd"/>
      <w:r w:rsidRPr="00DE0CAC">
        <w:rPr>
          <w:b/>
          <w:bCs/>
        </w:rPr>
        <w:t xml:space="preserve"> de </w:t>
      </w:r>
      <w:proofErr w:type="spellStart"/>
      <w:r w:rsidRPr="00DE0CAC">
        <w:rPr>
          <w:b/>
          <w:bCs/>
        </w:rPr>
        <w:t>bază</w:t>
      </w:r>
      <w:proofErr w:type="spellEnd"/>
      <w:r w:rsidRPr="00DE0CAC">
        <w:rPr>
          <w:b/>
          <w:bCs/>
        </w:rPr>
        <w:t xml:space="preserve"> </w:t>
      </w:r>
      <w:proofErr w:type="spellStart"/>
      <w:r w:rsidRPr="00DE0CAC">
        <w:rPr>
          <w:b/>
          <w:bCs/>
        </w:rPr>
        <w:t>eficiente</w:t>
      </w:r>
      <w:proofErr w:type="spellEnd"/>
      <w:r w:rsidRPr="00DE0CAC">
        <w:rPr>
          <w:b/>
          <w:bCs/>
        </w:rPr>
        <w:t xml:space="preserve"> </w:t>
      </w:r>
      <w:proofErr w:type="spellStart"/>
      <w:r w:rsidRPr="00DE0CAC">
        <w:rPr>
          <w:b/>
          <w:bCs/>
        </w:rPr>
        <w:t>și</w:t>
      </w:r>
      <w:proofErr w:type="spellEnd"/>
      <w:r w:rsidRPr="00DE0CAC">
        <w:rPr>
          <w:b/>
          <w:bCs/>
        </w:rPr>
        <w:t xml:space="preserve"> de </w:t>
      </w:r>
      <w:proofErr w:type="spellStart"/>
      <w:r w:rsidRPr="00DE0CAC">
        <w:rPr>
          <w:b/>
          <w:bCs/>
        </w:rPr>
        <w:t>calitate</w:t>
      </w:r>
      <w:proofErr w:type="spellEnd"/>
      <w:r w:rsidRPr="004608FE">
        <w:rPr>
          <w:b/>
          <w:bCs/>
        </w:rPr>
        <w:t>”</w:t>
      </w:r>
      <w:r w:rsidRPr="007D40B3">
        <w:rPr>
          <w:rFonts w:ascii="Times New Roman" w:hAnsi="Times New Roman"/>
          <w:b/>
          <w:bCs/>
        </w:rPr>
        <w:t xml:space="preserve">, cod CPV </w:t>
      </w:r>
      <w:r w:rsidRPr="00212C35">
        <w:rPr>
          <w:b/>
          <w:sz w:val="24"/>
          <w:szCs w:val="24"/>
        </w:rPr>
        <w:t xml:space="preserve">18300000-2 </w:t>
      </w:r>
      <w:proofErr w:type="spellStart"/>
      <w:r w:rsidRPr="00212C35">
        <w:rPr>
          <w:b/>
          <w:sz w:val="24"/>
          <w:szCs w:val="24"/>
        </w:rPr>
        <w:t>Articole</w:t>
      </w:r>
      <w:proofErr w:type="spellEnd"/>
      <w:r w:rsidRPr="00212C35">
        <w:rPr>
          <w:b/>
          <w:sz w:val="24"/>
          <w:szCs w:val="24"/>
        </w:rPr>
        <w:t xml:space="preserve"> de </w:t>
      </w:r>
      <w:proofErr w:type="spellStart"/>
      <w:r w:rsidRPr="00212C35">
        <w:rPr>
          <w:b/>
          <w:sz w:val="24"/>
          <w:szCs w:val="24"/>
        </w:rPr>
        <w:t>imbracaminte</w:t>
      </w:r>
      <w:proofErr w:type="spellEnd"/>
      <w:r w:rsidRPr="00212C35">
        <w:rPr>
          <w:b/>
          <w:sz w:val="24"/>
          <w:szCs w:val="24"/>
        </w:rPr>
        <w:t xml:space="preserve"> (Rev.2)</w:t>
      </w:r>
      <w:r w:rsidRPr="007D40B3">
        <w:rPr>
          <w:rFonts w:ascii="Times New Roman" w:hAnsi="Times New Roman"/>
        </w:rPr>
        <w:t xml:space="preserve">, </w:t>
      </w:r>
      <w:proofErr w:type="spellStart"/>
      <w:r w:rsidRPr="007D40B3">
        <w:rPr>
          <w:rFonts w:ascii="Times New Roman" w:hAnsi="Times New Roman"/>
        </w:rPr>
        <w:t>organizată</w:t>
      </w:r>
      <w:proofErr w:type="spellEnd"/>
      <w:r w:rsidRPr="007D40B3">
        <w:rPr>
          <w:rFonts w:ascii="Times New Roman" w:hAnsi="Times New Roman"/>
        </w:rPr>
        <w:t xml:space="preserve"> de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declar</w:t>
      </w:r>
      <w:proofErr w:type="spellEnd"/>
      <w:r w:rsidRPr="007D40B3">
        <w:rPr>
          <w:rFonts w:ascii="Times New Roman" w:hAnsi="Times New Roman"/>
        </w:rPr>
        <w:t xml:space="preserve"> pe propria </w:t>
      </w:r>
      <w:proofErr w:type="spellStart"/>
      <w:r w:rsidRPr="007D40B3">
        <w:rPr>
          <w:rFonts w:ascii="Times New Roman" w:hAnsi="Times New Roman"/>
        </w:rPr>
        <w:t>răspundere</w:t>
      </w:r>
      <w:proofErr w:type="spellEnd"/>
      <w:r w:rsidRPr="007D40B3">
        <w:rPr>
          <w:rFonts w:ascii="Times New Roman" w:hAnsi="Times New Roman"/>
        </w:rPr>
        <w:t xml:space="preserve"> </w:t>
      </w:r>
      <w:proofErr w:type="spellStart"/>
      <w:r w:rsidRPr="007D40B3">
        <w:rPr>
          <w:rFonts w:ascii="Times New Roman" w:hAnsi="Times New Roman"/>
        </w:rPr>
        <w:t>că</w:t>
      </w:r>
      <w:proofErr w:type="spellEnd"/>
      <w:r w:rsidRPr="007D40B3">
        <w:rPr>
          <w:rFonts w:ascii="Times New Roman" w:hAnsi="Times New Roman"/>
        </w:rPr>
        <w:t xml:space="preserve"> la </w:t>
      </w:r>
      <w:proofErr w:type="spellStart"/>
      <w:r w:rsidRPr="007D40B3">
        <w:rPr>
          <w:rFonts w:ascii="Times New Roman" w:hAnsi="Times New Roman"/>
        </w:rPr>
        <w:t>elaborarea</w:t>
      </w:r>
      <w:proofErr w:type="spellEnd"/>
      <w:r w:rsidRPr="007D40B3">
        <w:rPr>
          <w:rFonts w:ascii="Times New Roman" w:hAnsi="Times New Roman"/>
        </w:rPr>
        <w:t xml:space="preserve"> </w:t>
      </w:r>
      <w:proofErr w:type="spellStart"/>
      <w:r w:rsidRPr="007D40B3">
        <w:rPr>
          <w:rFonts w:ascii="Times New Roman" w:hAnsi="Times New Roman"/>
        </w:rPr>
        <w:t>ofertei</w:t>
      </w:r>
      <w:proofErr w:type="spellEnd"/>
      <w:r w:rsidRPr="007D40B3">
        <w:rPr>
          <w:rFonts w:ascii="Times New Roman" w:hAnsi="Times New Roman"/>
        </w:rPr>
        <w:t xml:space="preserve"> am </w:t>
      </w:r>
      <w:proofErr w:type="spellStart"/>
      <w:r w:rsidRPr="007D40B3">
        <w:rPr>
          <w:rFonts w:ascii="Times New Roman" w:hAnsi="Times New Roman"/>
        </w:rPr>
        <w:t>ținut</w:t>
      </w:r>
      <w:proofErr w:type="spellEnd"/>
      <w:r w:rsidRPr="007D40B3">
        <w:rPr>
          <w:rFonts w:ascii="Times New Roman" w:hAnsi="Times New Roman"/>
        </w:rPr>
        <w:t xml:space="preserve"> </w:t>
      </w:r>
      <w:proofErr w:type="spellStart"/>
      <w:r w:rsidRPr="007D40B3">
        <w:rPr>
          <w:rFonts w:ascii="Times New Roman" w:hAnsi="Times New Roman"/>
        </w:rPr>
        <w:t>cont</w:t>
      </w:r>
      <w:proofErr w:type="spellEnd"/>
      <w:r w:rsidRPr="007D40B3">
        <w:rPr>
          <w:rFonts w:ascii="Times New Roman" w:hAnsi="Times New Roman"/>
        </w:rPr>
        <w:t xml:space="preserve"> de </w:t>
      </w:r>
      <w:proofErr w:type="spellStart"/>
      <w:r w:rsidRPr="007D40B3">
        <w:rPr>
          <w:rFonts w:ascii="Times New Roman" w:hAnsi="Times New Roman"/>
        </w:rPr>
        <w:t>toate</w:t>
      </w:r>
      <w:proofErr w:type="spellEnd"/>
      <w:r w:rsidRPr="007D40B3">
        <w:rPr>
          <w:rFonts w:ascii="Times New Roman" w:hAnsi="Times New Roman"/>
        </w:rPr>
        <w:t xml:space="preserve"> </w:t>
      </w:r>
      <w:proofErr w:type="spellStart"/>
      <w:r w:rsidRPr="007D40B3">
        <w:rPr>
          <w:rFonts w:ascii="Times New Roman" w:hAnsi="Times New Roman"/>
        </w:rPr>
        <w:t>obligațiile</w:t>
      </w:r>
      <w:proofErr w:type="spellEnd"/>
      <w:r w:rsidRPr="007D40B3">
        <w:rPr>
          <w:rFonts w:ascii="Times New Roman" w:hAnsi="Times New Roman"/>
        </w:rPr>
        <w:t xml:space="preserve"> </w:t>
      </w:r>
      <w:proofErr w:type="spellStart"/>
      <w:r w:rsidRPr="007D40B3">
        <w:rPr>
          <w:rFonts w:ascii="Times New Roman" w:hAnsi="Times New Roman"/>
        </w:rPr>
        <w:t>relevante</w:t>
      </w:r>
      <w:proofErr w:type="spellEnd"/>
      <w:r w:rsidRPr="007D40B3">
        <w:rPr>
          <w:rFonts w:ascii="Times New Roman" w:hAnsi="Times New Roman"/>
        </w:rPr>
        <w:t xml:space="preserve"> din </w:t>
      </w:r>
      <w:proofErr w:type="spellStart"/>
      <w:r w:rsidRPr="007D40B3">
        <w:rPr>
          <w:rFonts w:ascii="Times New Roman" w:hAnsi="Times New Roman"/>
        </w:rPr>
        <w:t>domeniile</w:t>
      </w:r>
      <w:proofErr w:type="spellEnd"/>
      <w:r w:rsidRPr="007D40B3">
        <w:rPr>
          <w:rFonts w:ascii="Times New Roman" w:hAnsi="Times New Roman"/>
        </w:rPr>
        <w:t xml:space="preserve"> </w:t>
      </w:r>
      <w:proofErr w:type="spellStart"/>
      <w:r w:rsidRPr="007D40B3">
        <w:rPr>
          <w:rFonts w:ascii="Times New Roman" w:hAnsi="Times New Roman"/>
        </w:rPr>
        <w:t>mediului</w:t>
      </w:r>
      <w:proofErr w:type="spellEnd"/>
      <w:r w:rsidRPr="007D40B3">
        <w:rPr>
          <w:rFonts w:ascii="Times New Roman" w:hAnsi="Times New Roman"/>
        </w:rPr>
        <w:t xml:space="preserve">, social </w:t>
      </w:r>
      <w:proofErr w:type="spellStart"/>
      <w:r w:rsidRPr="007D40B3">
        <w:rPr>
          <w:rFonts w:ascii="Times New Roman" w:hAnsi="Times New Roman"/>
        </w:rPr>
        <w:t>și</w:t>
      </w:r>
      <w:proofErr w:type="spellEnd"/>
      <w:r w:rsidRPr="007D40B3">
        <w:rPr>
          <w:rFonts w:ascii="Times New Roman" w:hAnsi="Times New Roman"/>
        </w:rPr>
        <w:t xml:space="preserve"> al </w:t>
      </w:r>
      <w:proofErr w:type="spellStart"/>
      <w:r w:rsidRPr="007D40B3">
        <w:rPr>
          <w:rFonts w:ascii="Times New Roman" w:hAnsi="Times New Roman"/>
        </w:rPr>
        <w:t>relațiilor</w:t>
      </w:r>
      <w:proofErr w:type="spellEnd"/>
      <w:r w:rsidRPr="007D40B3">
        <w:rPr>
          <w:rFonts w:ascii="Times New Roman" w:hAnsi="Times New Roman"/>
        </w:rPr>
        <w:t xml:space="preserve"> de </w:t>
      </w:r>
      <w:proofErr w:type="spellStart"/>
      <w:r w:rsidRPr="007D40B3">
        <w:rPr>
          <w:rFonts w:ascii="Times New Roman" w:hAnsi="Times New Roman"/>
        </w:rPr>
        <w:t>muncă</w:t>
      </w:r>
      <w:proofErr w:type="spellEnd"/>
      <w:r w:rsidRPr="007D40B3">
        <w:rPr>
          <w:rFonts w:ascii="Times New Roman" w:hAnsi="Times New Roman"/>
        </w:rPr>
        <w:t xml:space="preserve"> </w:t>
      </w:r>
      <w:proofErr w:type="spellStart"/>
      <w:r w:rsidRPr="007D40B3">
        <w:rPr>
          <w:rFonts w:ascii="Times New Roman" w:hAnsi="Times New Roman"/>
        </w:rPr>
        <w:t>pentru</w:t>
      </w:r>
      <w:proofErr w:type="spellEnd"/>
      <w:r w:rsidRPr="007D40B3">
        <w:rPr>
          <w:rFonts w:ascii="Times New Roman" w:hAnsi="Times New Roman"/>
        </w:rPr>
        <w:t xml:space="preserve"> </w:t>
      </w:r>
      <w:proofErr w:type="spellStart"/>
      <w:r w:rsidRPr="007D40B3">
        <w:rPr>
          <w:rFonts w:ascii="Times New Roman" w:hAnsi="Times New Roman"/>
        </w:rPr>
        <w:t>activitățile</w:t>
      </w:r>
      <w:proofErr w:type="spellEnd"/>
      <w:r w:rsidRPr="007D40B3">
        <w:rPr>
          <w:rFonts w:ascii="Times New Roman" w:hAnsi="Times New Roman"/>
        </w:rPr>
        <w:t xml:space="preserve"> </w:t>
      </w:r>
      <w:proofErr w:type="spellStart"/>
      <w:r w:rsidRPr="007D40B3">
        <w:rPr>
          <w:rFonts w:ascii="Times New Roman" w:hAnsi="Times New Roman"/>
        </w:rPr>
        <w:t>ce</w:t>
      </w:r>
      <w:proofErr w:type="spellEnd"/>
      <w:r w:rsidRPr="007D40B3">
        <w:rPr>
          <w:rFonts w:ascii="Times New Roman" w:hAnsi="Times New Roman"/>
        </w:rPr>
        <w:t xml:space="preserve"> se </w:t>
      </w:r>
      <w:proofErr w:type="spellStart"/>
      <w:r w:rsidRPr="007D40B3">
        <w:rPr>
          <w:rFonts w:ascii="Times New Roman" w:hAnsi="Times New Roman"/>
        </w:rPr>
        <w:t>vor</w:t>
      </w:r>
      <w:proofErr w:type="spellEnd"/>
      <w:r w:rsidRPr="007D40B3">
        <w:rPr>
          <w:rFonts w:ascii="Times New Roman" w:hAnsi="Times New Roman"/>
        </w:rPr>
        <w:t xml:space="preserve"> </w:t>
      </w:r>
      <w:proofErr w:type="spellStart"/>
      <w:r w:rsidRPr="007D40B3">
        <w:rPr>
          <w:rFonts w:ascii="Times New Roman" w:hAnsi="Times New Roman"/>
        </w:rPr>
        <w:t>desfășura</w:t>
      </w:r>
      <w:proofErr w:type="spellEnd"/>
      <w:r w:rsidRPr="007D40B3">
        <w:rPr>
          <w:rFonts w:ascii="Times New Roman" w:hAnsi="Times New Roman"/>
        </w:rPr>
        <w:t xml:space="preserve"> pe </w:t>
      </w:r>
      <w:proofErr w:type="spellStart"/>
      <w:r w:rsidRPr="007D40B3">
        <w:rPr>
          <w:rFonts w:ascii="Times New Roman" w:hAnsi="Times New Roman"/>
        </w:rPr>
        <w:t>parcursul</w:t>
      </w:r>
      <w:proofErr w:type="spellEnd"/>
      <w:r w:rsidRPr="007D40B3">
        <w:rPr>
          <w:rFonts w:ascii="Times New Roman" w:hAnsi="Times New Roman"/>
        </w:rPr>
        <w:t xml:space="preserve"> </w:t>
      </w:r>
      <w:proofErr w:type="spellStart"/>
      <w:r w:rsidRPr="007D40B3">
        <w:rPr>
          <w:rFonts w:ascii="Times New Roman" w:hAnsi="Times New Roman"/>
        </w:rPr>
        <w:t>îndeplinirii</w:t>
      </w:r>
      <w:proofErr w:type="spellEnd"/>
      <w:r w:rsidRPr="007D40B3">
        <w:rPr>
          <w:rFonts w:ascii="Times New Roman" w:hAnsi="Times New Roman"/>
        </w:rPr>
        <w:t xml:space="preserve"> </w:t>
      </w:r>
      <w:proofErr w:type="spellStart"/>
      <w:r w:rsidRPr="007D40B3">
        <w:rPr>
          <w:rFonts w:ascii="Times New Roman" w:hAnsi="Times New Roman"/>
        </w:rPr>
        <w:t>contractului</w:t>
      </w:r>
      <w:proofErr w:type="spellEnd"/>
      <w:r w:rsidRPr="007D40B3">
        <w:rPr>
          <w:rFonts w:ascii="Times New Roman" w:hAnsi="Times New Roman"/>
        </w:rPr>
        <w:t xml:space="preserve"> de </w:t>
      </w:r>
      <w:proofErr w:type="spellStart"/>
      <w:r w:rsidRPr="007D40B3">
        <w:rPr>
          <w:rFonts w:ascii="Times New Roman" w:hAnsi="Times New Roman"/>
        </w:rPr>
        <w:t>furnizare</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conformitate</w:t>
      </w:r>
      <w:proofErr w:type="spellEnd"/>
      <w:r w:rsidRPr="007D40B3">
        <w:rPr>
          <w:rFonts w:ascii="Times New Roman" w:hAnsi="Times New Roman"/>
        </w:rPr>
        <w:t xml:space="preserve"> cu </w:t>
      </w:r>
      <w:proofErr w:type="spellStart"/>
      <w:r w:rsidRPr="007D40B3">
        <w:rPr>
          <w:rFonts w:ascii="Times New Roman" w:hAnsi="Times New Roman"/>
        </w:rPr>
        <w:t>prevederile</w:t>
      </w:r>
      <w:proofErr w:type="spellEnd"/>
      <w:r w:rsidRPr="007D40B3">
        <w:rPr>
          <w:rFonts w:ascii="Times New Roman" w:hAnsi="Times New Roman"/>
        </w:rPr>
        <w:t xml:space="preserve"> </w:t>
      </w:r>
      <w:proofErr w:type="spellStart"/>
      <w:r w:rsidRPr="007D40B3">
        <w:rPr>
          <w:rFonts w:ascii="Times New Roman" w:hAnsi="Times New Roman"/>
        </w:rPr>
        <w:t>Legii</w:t>
      </w:r>
      <w:proofErr w:type="spellEnd"/>
      <w:r w:rsidRPr="007D40B3">
        <w:rPr>
          <w:rFonts w:ascii="Times New Roman" w:hAnsi="Times New Roman"/>
        </w:rPr>
        <w:t xml:space="preserve"> </w:t>
      </w:r>
      <w:proofErr w:type="spellStart"/>
      <w:r w:rsidRPr="007D40B3">
        <w:rPr>
          <w:rFonts w:ascii="Times New Roman" w:hAnsi="Times New Roman"/>
        </w:rPr>
        <w:t>securității</w:t>
      </w:r>
      <w:proofErr w:type="spellEnd"/>
      <w:r w:rsidRPr="007D40B3">
        <w:rPr>
          <w:rFonts w:ascii="Times New Roman" w:hAnsi="Times New Roman"/>
        </w:rPr>
        <w:t xml:space="preserve"> </w:t>
      </w:r>
      <w:proofErr w:type="spellStart"/>
      <w:r w:rsidRPr="007D40B3">
        <w:rPr>
          <w:rFonts w:ascii="Times New Roman" w:hAnsi="Times New Roman"/>
        </w:rPr>
        <w:t>și</w:t>
      </w:r>
      <w:proofErr w:type="spellEnd"/>
      <w:r w:rsidRPr="007D40B3">
        <w:rPr>
          <w:rFonts w:ascii="Times New Roman" w:hAnsi="Times New Roman"/>
        </w:rPr>
        <w:t xml:space="preserve"> </w:t>
      </w:r>
      <w:proofErr w:type="spellStart"/>
      <w:r w:rsidRPr="007D40B3">
        <w:rPr>
          <w:rFonts w:ascii="Times New Roman" w:hAnsi="Times New Roman"/>
        </w:rPr>
        <w:t>sănătății</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muncă</w:t>
      </w:r>
      <w:proofErr w:type="spellEnd"/>
      <w:r w:rsidRPr="007D40B3">
        <w:rPr>
          <w:rFonts w:ascii="Times New Roman" w:hAnsi="Times New Roman"/>
        </w:rPr>
        <w:t xml:space="preserve"> nr. 319/2006, </w:t>
      </w:r>
      <w:proofErr w:type="spellStart"/>
      <w:r w:rsidRPr="007D40B3">
        <w:rPr>
          <w:rFonts w:ascii="Times New Roman" w:hAnsi="Times New Roman"/>
        </w:rPr>
        <w:t>Legea</w:t>
      </w:r>
      <w:proofErr w:type="spellEnd"/>
      <w:r w:rsidRPr="007D40B3">
        <w:rPr>
          <w:rFonts w:ascii="Times New Roman" w:hAnsi="Times New Roman"/>
        </w:rPr>
        <w:t xml:space="preserve"> nr. 265/2006 </w:t>
      </w:r>
      <w:proofErr w:type="spellStart"/>
      <w:r w:rsidRPr="007D40B3">
        <w:rPr>
          <w:rFonts w:ascii="Times New Roman" w:hAnsi="Times New Roman"/>
        </w:rPr>
        <w:t>privind</w:t>
      </w:r>
      <w:proofErr w:type="spellEnd"/>
      <w:r w:rsidRPr="007D40B3">
        <w:rPr>
          <w:rFonts w:ascii="Times New Roman" w:hAnsi="Times New Roman"/>
        </w:rPr>
        <w:t xml:space="preserve"> </w:t>
      </w:r>
      <w:proofErr w:type="spellStart"/>
      <w:r w:rsidRPr="007D40B3">
        <w:rPr>
          <w:rFonts w:ascii="Times New Roman" w:hAnsi="Times New Roman"/>
        </w:rPr>
        <w:t>aprobarea</w:t>
      </w:r>
      <w:proofErr w:type="spellEnd"/>
      <w:r w:rsidRPr="007D40B3">
        <w:rPr>
          <w:rFonts w:ascii="Times New Roman" w:hAnsi="Times New Roman"/>
        </w:rPr>
        <w:t xml:space="preserve"> OUG nr. 195/2005 </w:t>
      </w:r>
      <w:proofErr w:type="spellStart"/>
      <w:r w:rsidRPr="007D40B3">
        <w:rPr>
          <w:rFonts w:ascii="Times New Roman" w:hAnsi="Times New Roman"/>
        </w:rPr>
        <w:t>privind</w:t>
      </w:r>
      <w:proofErr w:type="spellEnd"/>
      <w:r w:rsidRPr="007D40B3">
        <w:rPr>
          <w:rFonts w:ascii="Times New Roman" w:hAnsi="Times New Roman"/>
        </w:rPr>
        <w:t xml:space="preserve"> </w:t>
      </w:r>
      <w:proofErr w:type="spellStart"/>
      <w:r w:rsidRPr="007D40B3">
        <w:rPr>
          <w:rFonts w:ascii="Times New Roman" w:hAnsi="Times New Roman"/>
        </w:rPr>
        <w:t>protecția</w:t>
      </w:r>
      <w:proofErr w:type="spellEnd"/>
      <w:r w:rsidRPr="007D40B3">
        <w:rPr>
          <w:rFonts w:ascii="Times New Roman" w:hAnsi="Times New Roman"/>
        </w:rPr>
        <w:t xml:space="preserve"> </w:t>
      </w:r>
      <w:proofErr w:type="spellStart"/>
      <w:r w:rsidRPr="007D40B3">
        <w:rPr>
          <w:rFonts w:ascii="Times New Roman" w:hAnsi="Times New Roman"/>
        </w:rPr>
        <w:t>mediului</w:t>
      </w:r>
      <w:proofErr w:type="spellEnd"/>
      <w:r w:rsidRPr="007D40B3">
        <w:rPr>
          <w:rFonts w:ascii="Times New Roman" w:hAnsi="Times New Roman"/>
        </w:rPr>
        <w:t xml:space="preserve"> </w:t>
      </w:r>
      <w:proofErr w:type="spellStart"/>
      <w:r w:rsidRPr="007D40B3">
        <w:rPr>
          <w:rFonts w:ascii="Times New Roman" w:hAnsi="Times New Roman"/>
        </w:rPr>
        <w:t>și</w:t>
      </w:r>
      <w:proofErr w:type="spellEnd"/>
      <w:r w:rsidRPr="007D40B3">
        <w:rPr>
          <w:rFonts w:ascii="Times New Roman" w:hAnsi="Times New Roman"/>
        </w:rPr>
        <w:t xml:space="preserve"> ale </w:t>
      </w:r>
      <w:proofErr w:type="spellStart"/>
      <w:proofErr w:type="gramStart"/>
      <w:r w:rsidRPr="007D40B3">
        <w:rPr>
          <w:rFonts w:ascii="Times New Roman" w:hAnsi="Times New Roman"/>
        </w:rPr>
        <w:t>celorlalte</w:t>
      </w:r>
      <w:proofErr w:type="spellEnd"/>
      <w:r w:rsidRPr="007D40B3">
        <w:rPr>
          <w:rFonts w:ascii="Times New Roman" w:hAnsi="Times New Roman"/>
        </w:rPr>
        <w:t xml:space="preserve">  </w:t>
      </w:r>
      <w:proofErr w:type="spellStart"/>
      <w:r w:rsidRPr="007D40B3">
        <w:rPr>
          <w:rFonts w:ascii="Times New Roman" w:hAnsi="Times New Roman"/>
        </w:rPr>
        <w:t>reglementări</w:t>
      </w:r>
      <w:proofErr w:type="spellEnd"/>
      <w:proofErr w:type="gramEnd"/>
      <w:r w:rsidRPr="007D40B3">
        <w:rPr>
          <w:rFonts w:ascii="Times New Roman" w:hAnsi="Times New Roman"/>
        </w:rPr>
        <w:t xml:space="preserve"> </w:t>
      </w:r>
      <w:proofErr w:type="spellStart"/>
      <w:r w:rsidRPr="007D40B3">
        <w:rPr>
          <w:rFonts w:ascii="Times New Roman" w:hAnsi="Times New Roman"/>
        </w:rPr>
        <w:t>aplicabile</w:t>
      </w:r>
      <w:proofErr w:type="spellEnd"/>
      <w:r w:rsidRPr="007D40B3">
        <w:rPr>
          <w:rFonts w:ascii="Times New Roman" w:hAnsi="Times New Roman"/>
        </w:rPr>
        <w:t>.</w:t>
      </w:r>
    </w:p>
    <w:p w14:paraId="4627610A" w14:textId="77777777" w:rsidR="004C684C" w:rsidRPr="007D40B3" w:rsidRDefault="004C684C" w:rsidP="004C684C">
      <w:pPr>
        <w:pStyle w:val="Corptext"/>
        <w:tabs>
          <w:tab w:val="left" w:leader="dot" w:pos="1735"/>
        </w:tabs>
        <w:spacing w:after="0"/>
        <w:rPr>
          <w:rFonts w:ascii="Times New Roman" w:hAnsi="Times New Roman"/>
        </w:rPr>
      </w:pPr>
    </w:p>
    <w:p w14:paraId="6FC28C81" w14:textId="77777777" w:rsidR="004C684C" w:rsidRPr="007D40B3" w:rsidRDefault="004C684C" w:rsidP="004C684C">
      <w:pPr>
        <w:pStyle w:val="Corptext"/>
        <w:tabs>
          <w:tab w:val="left" w:leader="dot" w:pos="1735"/>
        </w:tabs>
        <w:spacing w:after="0"/>
        <w:rPr>
          <w:rFonts w:ascii="Times New Roman" w:hAnsi="Times New Roman"/>
        </w:rPr>
      </w:pPr>
    </w:p>
    <w:p w14:paraId="159522D5" w14:textId="77777777" w:rsidR="004C684C" w:rsidRPr="007D40B3" w:rsidRDefault="004C684C" w:rsidP="004C684C">
      <w:pPr>
        <w:pStyle w:val="Corptext"/>
        <w:tabs>
          <w:tab w:val="left" w:leader="underscore" w:pos="1994"/>
          <w:tab w:val="left" w:leader="underscore" w:pos="2606"/>
          <w:tab w:val="left" w:leader="underscore" w:pos="3218"/>
        </w:tabs>
        <w:spacing w:after="0"/>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1566037F" w14:textId="77777777" w:rsidR="004C684C" w:rsidRPr="007D40B3" w:rsidRDefault="004C684C" w:rsidP="004C684C">
      <w:pPr>
        <w:pStyle w:val="Corptext"/>
        <w:spacing w:after="0"/>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w:t>
      </w:r>
      <w:proofErr w:type="spellStart"/>
      <w:proofErr w:type="gramStart"/>
      <w:r w:rsidRPr="007D40B3">
        <w:rPr>
          <w:rFonts w:ascii="Times New Roman" w:hAnsi="Times New Roman"/>
          <w:i/>
          <w:iCs/>
        </w:rPr>
        <w:t>nume</w:t>
      </w:r>
      <w:proofErr w:type="spellEnd"/>
      <w:proofErr w:type="gramEnd"/>
      <w:r w:rsidRPr="007D40B3">
        <w:rPr>
          <w:rFonts w:ascii="Times New Roman" w:hAnsi="Times New Roman"/>
          <w:i/>
          <w:iCs/>
        </w:rPr>
        <w:t xml:space="preserve">, </w:t>
      </w:r>
      <w:proofErr w:type="spellStart"/>
      <w:r w:rsidRPr="007D40B3">
        <w:rPr>
          <w:rFonts w:ascii="Times New Roman" w:hAnsi="Times New Roman"/>
          <w:i/>
          <w:iCs/>
        </w:rPr>
        <w:t>prenume</w:t>
      </w:r>
      <w:proofErr w:type="spellEnd"/>
      <w:r w:rsidRPr="007D40B3">
        <w:rPr>
          <w:rFonts w:ascii="Times New Roman" w:hAnsi="Times New Roman"/>
          <w:i/>
          <w:iCs/>
        </w:rPr>
        <w:t xml:space="preserve"> </w:t>
      </w:r>
      <w:proofErr w:type="spellStart"/>
      <w:r w:rsidRPr="007D40B3">
        <w:rPr>
          <w:rFonts w:ascii="Times New Roman" w:hAnsi="Times New Roman"/>
          <w:i/>
          <w:iCs/>
        </w:rPr>
        <w:t>și</w:t>
      </w:r>
      <w:proofErr w:type="spellEnd"/>
      <w:r w:rsidRPr="007D40B3">
        <w:rPr>
          <w:rFonts w:ascii="Times New Roman" w:hAnsi="Times New Roman"/>
          <w:i/>
          <w:iCs/>
        </w:rPr>
        <w:t xml:space="preserve"> </w:t>
      </w:r>
      <w:proofErr w:type="spellStart"/>
      <w:r w:rsidRPr="007D40B3">
        <w:rPr>
          <w:rFonts w:ascii="Times New Roman" w:hAnsi="Times New Roman"/>
          <w:i/>
          <w:iCs/>
        </w:rPr>
        <w:t>semnătură</w:t>
      </w:r>
      <w:proofErr w:type="spellEnd"/>
      <w:r w:rsidRPr="007D40B3">
        <w:rPr>
          <w:rFonts w:ascii="Times New Roman" w:hAnsi="Times New Roman"/>
          <w:i/>
          <w:iCs/>
        </w:rPr>
        <w:t>},</w:t>
      </w:r>
    </w:p>
    <w:p w14:paraId="05A0E8DF" w14:textId="77777777" w:rsidR="004C684C" w:rsidRPr="007D40B3" w:rsidRDefault="004C684C" w:rsidP="004C684C">
      <w:pPr>
        <w:pStyle w:val="Corptext"/>
        <w:spacing w:after="0"/>
        <w:ind w:left="1540"/>
        <w:rPr>
          <w:rFonts w:ascii="Times New Roman" w:hAnsi="Times New Roman"/>
        </w:rPr>
      </w:pPr>
      <w:r w:rsidRPr="007D40B3">
        <w:rPr>
          <w:rFonts w:ascii="Times New Roman" w:hAnsi="Times New Roman"/>
          <w:i/>
          <w:iCs/>
        </w:rPr>
        <w:t>L.S.</w:t>
      </w:r>
    </w:p>
    <w:p w14:paraId="09125C4D" w14:textId="77777777" w:rsidR="004C684C" w:rsidRPr="007D40B3" w:rsidRDefault="004C684C" w:rsidP="004C684C">
      <w:pPr>
        <w:pStyle w:val="Corptext"/>
        <w:tabs>
          <w:tab w:val="left" w:leader="dot" w:pos="3813"/>
        </w:tabs>
        <w:spacing w:after="0"/>
        <w:ind w:firstLine="220"/>
        <w:jc w:val="both"/>
        <w:rPr>
          <w:rFonts w:ascii="Times New Roman" w:hAnsi="Times New Roman"/>
        </w:rPr>
      </w:pP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calitate</w:t>
      </w:r>
      <w:proofErr w:type="spellEnd"/>
      <w:r w:rsidRPr="007D40B3">
        <w:rPr>
          <w:rFonts w:ascii="Times New Roman" w:hAnsi="Times New Roman"/>
        </w:rPr>
        <w:t xml:space="preserve"> de</w:t>
      </w:r>
      <w:r w:rsidRPr="007D40B3">
        <w:rPr>
          <w:rFonts w:ascii="Times New Roman" w:hAnsi="Times New Roman"/>
        </w:rPr>
        <w:tab/>
        <w:t xml:space="preserve">legal </w:t>
      </w:r>
      <w:proofErr w:type="spellStart"/>
      <w:r w:rsidRPr="007D40B3">
        <w:rPr>
          <w:rFonts w:ascii="Times New Roman" w:hAnsi="Times New Roman"/>
        </w:rPr>
        <w:t>autorizat</w:t>
      </w:r>
      <w:proofErr w:type="spellEnd"/>
      <w:r w:rsidRPr="007D40B3">
        <w:rPr>
          <w:rFonts w:ascii="Times New Roman" w:hAnsi="Times New Roman"/>
        </w:rPr>
        <w:t xml:space="preserve"> </w:t>
      </w:r>
      <w:proofErr w:type="spellStart"/>
      <w:r w:rsidRPr="007D40B3">
        <w:rPr>
          <w:rFonts w:ascii="Times New Roman" w:hAnsi="Times New Roman"/>
        </w:rPr>
        <w:t>să</w:t>
      </w:r>
      <w:proofErr w:type="spellEnd"/>
      <w:r w:rsidRPr="007D40B3">
        <w:rPr>
          <w:rFonts w:ascii="Times New Roman" w:hAnsi="Times New Roman"/>
        </w:rPr>
        <w:t xml:space="preserve"> </w:t>
      </w:r>
      <w:proofErr w:type="spellStart"/>
      <w:r w:rsidRPr="007D40B3">
        <w:rPr>
          <w:rFonts w:ascii="Times New Roman" w:hAnsi="Times New Roman"/>
        </w:rPr>
        <w:t>semnez</w:t>
      </w:r>
      <w:proofErr w:type="spellEnd"/>
      <w:r w:rsidRPr="007D40B3">
        <w:rPr>
          <w:rFonts w:ascii="Times New Roman" w:hAnsi="Times New Roman"/>
        </w:rPr>
        <w:t xml:space="preserve"> </w:t>
      </w:r>
      <w:proofErr w:type="spellStart"/>
      <w:r w:rsidRPr="007D40B3">
        <w:rPr>
          <w:rFonts w:ascii="Times New Roman" w:hAnsi="Times New Roman"/>
        </w:rPr>
        <w:t>oferta</w:t>
      </w:r>
      <w:proofErr w:type="spellEnd"/>
      <w:r w:rsidRPr="007D40B3">
        <w:rPr>
          <w:rFonts w:ascii="Times New Roman" w:hAnsi="Times New Roman"/>
        </w:rPr>
        <w:t xml:space="preserve"> </w:t>
      </w:r>
      <w:proofErr w:type="spellStart"/>
      <w:r w:rsidRPr="007D40B3">
        <w:rPr>
          <w:rFonts w:ascii="Times New Roman" w:hAnsi="Times New Roman"/>
        </w:rPr>
        <w:t>pentru</w:t>
      </w:r>
      <w:proofErr w:type="spellEnd"/>
      <w:r w:rsidRPr="007D40B3">
        <w:rPr>
          <w:rFonts w:ascii="Times New Roman" w:hAnsi="Times New Roman"/>
        </w:rPr>
        <w:t xml:space="preserve"> </w:t>
      </w:r>
      <w:proofErr w:type="spellStart"/>
      <w:r w:rsidRPr="007D40B3">
        <w:rPr>
          <w:rFonts w:ascii="Times New Roman" w:hAnsi="Times New Roman"/>
        </w:rPr>
        <w:t>și</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numele</w:t>
      </w:r>
      <w:proofErr w:type="spellEnd"/>
    </w:p>
    <w:p w14:paraId="206BACAC" w14:textId="77777777" w:rsidR="004C684C" w:rsidRPr="007D40B3" w:rsidRDefault="004C684C" w:rsidP="004C684C">
      <w:pPr>
        <w:pStyle w:val="Corptext"/>
        <w:tabs>
          <w:tab w:val="right" w:leader="dot" w:pos="5102"/>
          <w:tab w:val="left" w:pos="5309"/>
        </w:tabs>
        <w:spacing w:after="0"/>
        <w:ind w:firstLine="220"/>
        <w:jc w:val="both"/>
        <w:rPr>
          <w:rFonts w:ascii="Times New Roman" w:hAnsi="Times New Roman"/>
        </w:rPr>
        <w:sectPr w:rsidR="004C684C" w:rsidRPr="007D40B3" w:rsidSect="00161E23">
          <w:headerReference w:type="default" r:id="rId16"/>
          <w:pgSz w:w="11900" w:h="16840"/>
          <w:pgMar w:top="568" w:right="360" w:bottom="851" w:left="906" w:header="0" w:footer="3" w:gutter="0"/>
          <w:cols w:space="720"/>
          <w:noEndnote/>
          <w:titlePg/>
          <w:docGrid w:linePitch="360"/>
        </w:sectPr>
      </w:pPr>
      <w:r w:rsidRPr="007D40B3">
        <w:rPr>
          <w:rFonts w:ascii="Times New Roman" w:hAnsi="Times New Roman"/>
        </w:rPr>
        <w:tab/>
        <w:t>(</w:t>
      </w:r>
      <w:proofErr w:type="spellStart"/>
      <w:r w:rsidRPr="007D40B3">
        <w:rPr>
          <w:rFonts w:ascii="Times New Roman" w:hAnsi="Times New Roman"/>
        </w:rPr>
        <w:t>denumirea</w:t>
      </w:r>
      <w:proofErr w:type="spellEnd"/>
      <w:r w:rsidRPr="007D40B3">
        <w:rPr>
          <w:rFonts w:ascii="Times New Roman" w:hAnsi="Times New Roman"/>
        </w:rPr>
        <w:t>/</w:t>
      </w:r>
      <w:proofErr w:type="spellStart"/>
      <w:r w:rsidRPr="007D40B3">
        <w:rPr>
          <w:rFonts w:ascii="Times New Roman" w:hAnsi="Times New Roman"/>
        </w:rPr>
        <w:t>numele</w:t>
      </w:r>
      <w:proofErr w:type="spellEnd"/>
      <w:r w:rsidRPr="007D40B3">
        <w:rPr>
          <w:rFonts w:ascii="Times New Roman" w:hAnsi="Times New Roman"/>
        </w:rPr>
        <w:tab/>
      </w:r>
      <w:proofErr w:type="spellStart"/>
      <w:r w:rsidRPr="007D40B3">
        <w:rPr>
          <w:rFonts w:ascii="Times New Roman" w:hAnsi="Times New Roman"/>
        </w:rPr>
        <w:t>operatorului</w:t>
      </w:r>
      <w:proofErr w:type="spellEnd"/>
      <w:r w:rsidRPr="007D40B3">
        <w:rPr>
          <w:rFonts w:ascii="Times New Roman" w:hAnsi="Times New Roman"/>
        </w:rPr>
        <w:t xml:space="preserve"> economic)</w:t>
      </w:r>
    </w:p>
    <w:p w14:paraId="5DCC0CE3" w14:textId="77777777" w:rsidR="004C684C" w:rsidRPr="007D40B3" w:rsidRDefault="004C684C" w:rsidP="004C684C">
      <w:pPr>
        <w:pStyle w:val="Corptext"/>
        <w:spacing w:after="0"/>
        <w:jc w:val="right"/>
        <w:rPr>
          <w:rFonts w:ascii="Times New Roman" w:hAnsi="Times New Roman"/>
          <w:b/>
          <w:bCs/>
        </w:rPr>
      </w:pPr>
      <w:r w:rsidRPr="007D40B3">
        <w:rPr>
          <w:rFonts w:ascii="Times New Roman" w:hAnsi="Times New Roman"/>
          <w:b/>
          <w:bCs/>
        </w:rPr>
        <w:lastRenderedPageBreak/>
        <w:t>Formular nr. A1</w:t>
      </w:r>
    </w:p>
    <w:p w14:paraId="78174876" w14:textId="77777777" w:rsidR="004C684C" w:rsidRPr="007D40B3" w:rsidRDefault="004C684C" w:rsidP="004C684C">
      <w:pPr>
        <w:jc w:val="both"/>
        <w:rPr>
          <w:rFonts w:ascii="Times New Roman" w:hAnsi="Times New Roman"/>
          <w:sz w:val="20"/>
          <w:szCs w:val="20"/>
        </w:rPr>
      </w:pPr>
      <w:r w:rsidRPr="007D40B3">
        <w:rPr>
          <w:rFonts w:ascii="Times New Roman" w:hAnsi="Times New Roman"/>
          <w:sz w:val="20"/>
          <w:szCs w:val="20"/>
        </w:rPr>
        <w:t xml:space="preserve">OPERATOR ECONOMIC  </w:t>
      </w:r>
    </w:p>
    <w:p w14:paraId="3043DB91" w14:textId="77777777" w:rsidR="004C684C" w:rsidRPr="007D40B3" w:rsidRDefault="004C684C" w:rsidP="004C684C">
      <w:pPr>
        <w:jc w:val="both"/>
        <w:rPr>
          <w:rFonts w:ascii="Times New Roman" w:hAnsi="Times New Roman"/>
          <w:sz w:val="20"/>
          <w:szCs w:val="20"/>
        </w:rPr>
      </w:pPr>
      <w:r w:rsidRPr="007D40B3">
        <w:rPr>
          <w:rFonts w:ascii="Times New Roman" w:hAnsi="Times New Roman"/>
          <w:sz w:val="20"/>
          <w:szCs w:val="20"/>
        </w:rPr>
        <w:t>.........................................</w:t>
      </w:r>
    </w:p>
    <w:p w14:paraId="364B1787" w14:textId="77777777" w:rsidR="004C684C" w:rsidRPr="007D40B3" w:rsidRDefault="004C684C" w:rsidP="004C684C">
      <w:pPr>
        <w:jc w:val="both"/>
        <w:rPr>
          <w:rFonts w:ascii="Times New Roman" w:hAnsi="Times New Roman"/>
          <w:i/>
          <w:sz w:val="20"/>
          <w:szCs w:val="20"/>
        </w:rPr>
      </w:pPr>
      <w:r w:rsidRPr="007D40B3">
        <w:rPr>
          <w:rFonts w:ascii="Times New Roman" w:hAnsi="Times New Roman"/>
          <w:i/>
          <w:sz w:val="20"/>
          <w:szCs w:val="20"/>
        </w:rPr>
        <w:t>(</w:t>
      </w:r>
      <w:proofErr w:type="spellStart"/>
      <w:r w:rsidRPr="007D40B3">
        <w:rPr>
          <w:rFonts w:ascii="Times New Roman" w:hAnsi="Times New Roman"/>
          <w:i/>
          <w:sz w:val="20"/>
          <w:szCs w:val="20"/>
        </w:rPr>
        <w:t>denumirea</w:t>
      </w:r>
      <w:proofErr w:type="spellEnd"/>
      <w:r w:rsidRPr="007D40B3">
        <w:rPr>
          <w:rFonts w:ascii="Times New Roman" w:hAnsi="Times New Roman"/>
          <w:i/>
          <w:sz w:val="20"/>
          <w:szCs w:val="20"/>
        </w:rPr>
        <w:t>/</w:t>
      </w:r>
      <w:proofErr w:type="spellStart"/>
      <w:r w:rsidRPr="007D40B3">
        <w:rPr>
          <w:rFonts w:ascii="Times New Roman" w:hAnsi="Times New Roman"/>
          <w:i/>
          <w:sz w:val="20"/>
          <w:szCs w:val="20"/>
        </w:rPr>
        <w:t>numele</w:t>
      </w:r>
      <w:proofErr w:type="spellEnd"/>
      <w:r w:rsidRPr="007D40B3">
        <w:rPr>
          <w:rFonts w:ascii="Times New Roman" w:hAnsi="Times New Roman"/>
          <w:i/>
          <w:sz w:val="20"/>
          <w:szCs w:val="20"/>
        </w:rPr>
        <w:t xml:space="preserve">, </w:t>
      </w:r>
      <w:proofErr w:type="spellStart"/>
      <w:r w:rsidRPr="007D40B3">
        <w:rPr>
          <w:rFonts w:ascii="Times New Roman" w:hAnsi="Times New Roman"/>
          <w:i/>
          <w:sz w:val="20"/>
          <w:szCs w:val="20"/>
        </w:rPr>
        <w:t>adresa</w:t>
      </w:r>
      <w:proofErr w:type="spellEnd"/>
      <w:r w:rsidRPr="007D40B3">
        <w:rPr>
          <w:rFonts w:ascii="Times New Roman" w:hAnsi="Times New Roman"/>
          <w:i/>
          <w:sz w:val="20"/>
          <w:szCs w:val="20"/>
        </w:rPr>
        <w:t xml:space="preserve">, </w:t>
      </w:r>
      <w:proofErr w:type="spellStart"/>
      <w:r w:rsidRPr="007D40B3">
        <w:rPr>
          <w:rFonts w:ascii="Times New Roman" w:hAnsi="Times New Roman"/>
          <w:i/>
          <w:sz w:val="20"/>
          <w:szCs w:val="20"/>
        </w:rPr>
        <w:t>număr</w:t>
      </w:r>
      <w:proofErr w:type="spellEnd"/>
      <w:r w:rsidRPr="007D40B3">
        <w:rPr>
          <w:rFonts w:ascii="Times New Roman" w:hAnsi="Times New Roman"/>
          <w:i/>
          <w:sz w:val="20"/>
          <w:szCs w:val="20"/>
        </w:rPr>
        <w:t xml:space="preserve"> </w:t>
      </w:r>
      <w:proofErr w:type="spellStart"/>
      <w:proofErr w:type="gramStart"/>
      <w:r w:rsidRPr="007D40B3">
        <w:rPr>
          <w:rFonts w:ascii="Times New Roman" w:hAnsi="Times New Roman"/>
          <w:i/>
          <w:sz w:val="20"/>
          <w:szCs w:val="20"/>
        </w:rPr>
        <w:t>înregistrare,CUI</w:t>
      </w:r>
      <w:proofErr w:type="spellEnd"/>
      <w:proofErr w:type="gramEnd"/>
      <w:r w:rsidRPr="007D40B3">
        <w:rPr>
          <w:rFonts w:ascii="Times New Roman" w:hAnsi="Times New Roman"/>
          <w:i/>
          <w:sz w:val="20"/>
          <w:szCs w:val="20"/>
        </w:rPr>
        <w:t xml:space="preserve">, </w:t>
      </w:r>
      <w:proofErr w:type="spellStart"/>
      <w:r w:rsidRPr="007D40B3">
        <w:rPr>
          <w:rFonts w:ascii="Times New Roman" w:hAnsi="Times New Roman"/>
          <w:i/>
          <w:sz w:val="20"/>
          <w:szCs w:val="20"/>
        </w:rPr>
        <w:t>telefon</w:t>
      </w:r>
      <w:proofErr w:type="spellEnd"/>
      <w:r w:rsidRPr="007D40B3">
        <w:rPr>
          <w:rFonts w:ascii="Times New Roman" w:hAnsi="Times New Roman"/>
          <w:i/>
          <w:sz w:val="20"/>
          <w:szCs w:val="20"/>
        </w:rPr>
        <w:t>, fax)</w:t>
      </w:r>
    </w:p>
    <w:p w14:paraId="79D26550" w14:textId="77777777" w:rsidR="004C684C" w:rsidRPr="007D40B3" w:rsidRDefault="004C684C" w:rsidP="004C684C">
      <w:pPr>
        <w:pStyle w:val="Corptext"/>
        <w:spacing w:after="0"/>
        <w:jc w:val="center"/>
        <w:rPr>
          <w:rFonts w:ascii="Times New Roman" w:hAnsi="Times New Roman"/>
          <w:b/>
          <w:bCs/>
        </w:rPr>
      </w:pPr>
    </w:p>
    <w:p w14:paraId="1785B503" w14:textId="77777777" w:rsidR="004C684C" w:rsidRPr="007D40B3" w:rsidRDefault="004C684C" w:rsidP="004C684C">
      <w:pPr>
        <w:pStyle w:val="Corptext"/>
        <w:spacing w:after="0"/>
        <w:jc w:val="center"/>
        <w:rPr>
          <w:rFonts w:ascii="Times New Roman" w:hAnsi="Times New Roman"/>
          <w:b/>
          <w:bCs/>
        </w:rPr>
      </w:pPr>
    </w:p>
    <w:p w14:paraId="7F7DECCF" w14:textId="77777777" w:rsidR="004C684C" w:rsidRPr="007D40B3" w:rsidRDefault="004C684C" w:rsidP="004C684C">
      <w:pPr>
        <w:pStyle w:val="Corptext"/>
        <w:spacing w:after="0"/>
        <w:jc w:val="center"/>
        <w:rPr>
          <w:rFonts w:ascii="Times New Roman" w:hAnsi="Times New Roman"/>
          <w:b/>
          <w:bCs/>
        </w:rPr>
      </w:pPr>
    </w:p>
    <w:p w14:paraId="1CF2AE4C" w14:textId="77777777" w:rsidR="004C684C" w:rsidRPr="007D40B3" w:rsidRDefault="004C684C" w:rsidP="004C684C">
      <w:pPr>
        <w:pStyle w:val="Corptext"/>
        <w:spacing w:after="0"/>
        <w:jc w:val="center"/>
        <w:rPr>
          <w:rFonts w:ascii="Times New Roman" w:hAnsi="Times New Roman"/>
        </w:rPr>
      </w:pPr>
      <w:proofErr w:type="spellStart"/>
      <w:r w:rsidRPr="007D40B3">
        <w:rPr>
          <w:rFonts w:ascii="Times New Roman" w:hAnsi="Times New Roman"/>
          <w:b/>
          <w:bCs/>
        </w:rPr>
        <w:t>Declarație</w:t>
      </w:r>
      <w:proofErr w:type="spellEnd"/>
      <w:r w:rsidRPr="007D40B3">
        <w:rPr>
          <w:rFonts w:ascii="Times New Roman" w:hAnsi="Times New Roman"/>
          <w:b/>
          <w:bCs/>
        </w:rPr>
        <w:t xml:space="preserve"> pe propria </w:t>
      </w:r>
      <w:proofErr w:type="spellStart"/>
      <w:r w:rsidRPr="007D40B3">
        <w:rPr>
          <w:rFonts w:ascii="Times New Roman" w:hAnsi="Times New Roman"/>
          <w:b/>
          <w:bCs/>
        </w:rPr>
        <w:t>răspundere</w:t>
      </w:r>
      <w:proofErr w:type="spellEnd"/>
      <w:r w:rsidRPr="007D40B3">
        <w:rPr>
          <w:rFonts w:ascii="Times New Roman" w:hAnsi="Times New Roman"/>
          <w:b/>
          <w:bCs/>
        </w:rPr>
        <w:t xml:space="preserve"> cu </w:t>
      </w:r>
      <w:proofErr w:type="spellStart"/>
      <w:r w:rsidRPr="007D40B3">
        <w:rPr>
          <w:rFonts w:ascii="Times New Roman" w:hAnsi="Times New Roman"/>
          <w:b/>
          <w:bCs/>
        </w:rPr>
        <w:t>privire</w:t>
      </w:r>
      <w:proofErr w:type="spellEnd"/>
      <w:r w:rsidRPr="007D40B3">
        <w:rPr>
          <w:rFonts w:ascii="Times New Roman" w:hAnsi="Times New Roman"/>
          <w:b/>
          <w:bCs/>
        </w:rPr>
        <w:t xml:space="preserve"> la </w:t>
      </w:r>
      <w:proofErr w:type="spellStart"/>
      <w:r w:rsidRPr="007D40B3">
        <w:rPr>
          <w:rFonts w:ascii="Times New Roman" w:hAnsi="Times New Roman"/>
          <w:b/>
          <w:bCs/>
        </w:rPr>
        <w:t>conflictul</w:t>
      </w:r>
      <w:proofErr w:type="spellEnd"/>
      <w:r w:rsidRPr="007D40B3">
        <w:rPr>
          <w:rFonts w:ascii="Times New Roman" w:hAnsi="Times New Roman"/>
          <w:b/>
          <w:bCs/>
        </w:rPr>
        <w:t xml:space="preserve"> de </w:t>
      </w:r>
      <w:proofErr w:type="spellStart"/>
      <w:r w:rsidRPr="007D40B3">
        <w:rPr>
          <w:rFonts w:ascii="Times New Roman" w:hAnsi="Times New Roman"/>
          <w:b/>
          <w:bCs/>
        </w:rPr>
        <w:t>interese</w:t>
      </w:r>
      <w:proofErr w:type="spellEnd"/>
    </w:p>
    <w:p w14:paraId="25155F12" w14:textId="77777777" w:rsidR="004C684C" w:rsidRPr="007D40B3" w:rsidRDefault="004C684C" w:rsidP="004C684C">
      <w:pPr>
        <w:pStyle w:val="Heading30"/>
        <w:keepNext/>
        <w:keepLines/>
        <w:spacing w:after="0" w:line="276" w:lineRule="auto"/>
        <w:jc w:val="center"/>
        <w:rPr>
          <w:rFonts w:ascii="Times New Roman" w:hAnsi="Times New Roman" w:cs="Times New Roman"/>
          <w:sz w:val="20"/>
          <w:szCs w:val="20"/>
        </w:rPr>
      </w:pPr>
      <w:bookmarkStart w:id="20" w:name="bookmark520"/>
      <w:bookmarkStart w:id="21" w:name="bookmark521"/>
      <w:bookmarkStart w:id="22" w:name="bookmark522"/>
      <w:proofErr w:type="spellStart"/>
      <w:r w:rsidRPr="007D40B3">
        <w:rPr>
          <w:rFonts w:ascii="Times New Roman" w:hAnsi="Times New Roman" w:cs="Times New Roman"/>
          <w:sz w:val="20"/>
          <w:szCs w:val="20"/>
        </w:rPr>
        <w:t>definit</w:t>
      </w:r>
      <w:proofErr w:type="spellEnd"/>
      <w:r w:rsidRPr="007D40B3">
        <w:rPr>
          <w:rFonts w:ascii="Times New Roman" w:hAnsi="Times New Roman" w:cs="Times New Roman"/>
          <w:sz w:val="20"/>
          <w:szCs w:val="20"/>
        </w:rPr>
        <w:t xml:space="preserve"> de art. 59 din LEGEA Nr. 98 /2016 </w:t>
      </w:r>
      <w:proofErr w:type="spellStart"/>
      <w:r w:rsidRPr="007D40B3">
        <w:rPr>
          <w:rFonts w:ascii="Times New Roman" w:hAnsi="Times New Roman" w:cs="Times New Roman"/>
          <w:sz w:val="20"/>
          <w:szCs w:val="20"/>
        </w:rPr>
        <w:t>privind</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achizițiile</w:t>
      </w:r>
      <w:proofErr w:type="spellEnd"/>
      <w:r w:rsidRPr="007D40B3">
        <w:rPr>
          <w:rFonts w:ascii="Times New Roman" w:hAnsi="Times New Roman" w:cs="Times New Roman"/>
          <w:sz w:val="20"/>
          <w:szCs w:val="20"/>
        </w:rPr>
        <w:br/>
      </w:r>
      <w:proofErr w:type="spellStart"/>
      <w:r w:rsidRPr="007D40B3">
        <w:rPr>
          <w:rFonts w:ascii="Times New Roman" w:hAnsi="Times New Roman" w:cs="Times New Roman"/>
          <w:sz w:val="20"/>
          <w:szCs w:val="20"/>
        </w:rPr>
        <w:t>publice</w:t>
      </w:r>
      <w:bookmarkEnd w:id="20"/>
      <w:bookmarkEnd w:id="21"/>
      <w:bookmarkEnd w:id="22"/>
      <w:proofErr w:type="spellEnd"/>
    </w:p>
    <w:p w14:paraId="3FECF7A0" w14:textId="77777777" w:rsidR="004C684C" w:rsidRPr="007D40B3" w:rsidRDefault="004C684C" w:rsidP="004C684C">
      <w:pPr>
        <w:pStyle w:val="Heading30"/>
        <w:keepNext/>
        <w:keepLines/>
        <w:spacing w:after="0" w:line="276" w:lineRule="auto"/>
        <w:jc w:val="center"/>
        <w:rPr>
          <w:rFonts w:ascii="Times New Roman" w:hAnsi="Times New Roman" w:cs="Times New Roman"/>
          <w:sz w:val="20"/>
          <w:szCs w:val="20"/>
        </w:rPr>
      </w:pPr>
    </w:p>
    <w:p w14:paraId="5C7E1DB1" w14:textId="6A12FBF5" w:rsidR="004C684C" w:rsidRPr="004C684C" w:rsidRDefault="004C684C" w:rsidP="004C684C">
      <w:pPr>
        <w:pStyle w:val="Corptext"/>
        <w:widowControl w:val="0"/>
        <w:numPr>
          <w:ilvl w:val="0"/>
          <w:numId w:val="20"/>
        </w:numPr>
        <w:tabs>
          <w:tab w:val="left" w:pos="450"/>
          <w:tab w:val="left" w:pos="540"/>
          <w:tab w:val="right" w:leader="dot" w:pos="3971"/>
          <w:tab w:val="left" w:pos="4140"/>
          <w:tab w:val="left" w:leader="dot" w:pos="7754"/>
        </w:tabs>
        <w:spacing w:after="0"/>
        <w:jc w:val="both"/>
        <w:rPr>
          <w:rFonts w:ascii="Times New Roman" w:hAnsi="Times New Roman"/>
        </w:rPr>
      </w:pPr>
      <w:bookmarkStart w:id="23" w:name="bookmark523"/>
      <w:bookmarkEnd w:id="23"/>
      <w:r w:rsidRPr="004C684C">
        <w:rPr>
          <w:rFonts w:ascii="Times New Roman" w:hAnsi="Times New Roman"/>
        </w:rPr>
        <w:t xml:space="preserve">Subsemnatul/a, </w:t>
      </w:r>
      <w:r w:rsidRPr="004C684C">
        <w:rPr>
          <w:rFonts w:ascii="Times New Roman" w:hAnsi="Times New Roman"/>
        </w:rPr>
        <w:tab/>
        <w:t>,</w:t>
      </w:r>
      <w:r w:rsidRPr="004C684C">
        <w:rPr>
          <w:rFonts w:ascii="Times New Roman" w:hAnsi="Times New Roman"/>
        </w:rPr>
        <w:tab/>
      </w:r>
      <w:proofErr w:type="spellStart"/>
      <w:r w:rsidRPr="004C684C">
        <w:rPr>
          <w:rFonts w:ascii="Times New Roman" w:hAnsi="Times New Roman"/>
        </w:rPr>
        <w:t>în</w:t>
      </w:r>
      <w:proofErr w:type="spellEnd"/>
      <w:r w:rsidRPr="004C684C">
        <w:rPr>
          <w:rFonts w:ascii="Times New Roman" w:hAnsi="Times New Roman"/>
        </w:rPr>
        <w:t xml:space="preserve"> </w:t>
      </w:r>
      <w:proofErr w:type="spellStart"/>
      <w:r w:rsidRPr="004C684C">
        <w:rPr>
          <w:rFonts w:ascii="Times New Roman" w:hAnsi="Times New Roman"/>
        </w:rPr>
        <w:t>calitate</w:t>
      </w:r>
      <w:proofErr w:type="spellEnd"/>
      <w:r w:rsidRPr="004C684C">
        <w:rPr>
          <w:rFonts w:ascii="Times New Roman" w:hAnsi="Times New Roman"/>
        </w:rPr>
        <w:t xml:space="preserve"> de (</w:t>
      </w:r>
      <w:proofErr w:type="spellStart"/>
      <w:r w:rsidRPr="004C684C">
        <w:rPr>
          <w:rFonts w:ascii="Times New Roman" w:hAnsi="Times New Roman"/>
        </w:rPr>
        <w:t>ofertant</w:t>
      </w:r>
      <w:proofErr w:type="spellEnd"/>
      <w:r w:rsidRPr="004C684C">
        <w:rPr>
          <w:rFonts w:ascii="Times New Roman" w:hAnsi="Times New Roman"/>
        </w:rPr>
        <w:t>/</w:t>
      </w:r>
      <w:proofErr w:type="spellStart"/>
      <w:r w:rsidRPr="004C684C">
        <w:rPr>
          <w:rFonts w:ascii="Times New Roman" w:hAnsi="Times New Roman"/>
        </w:rPr>
        <w:t>candidat</w:t>
      </w:r>
      <w:proofErr w:type="spellEnd"/>
      <w:r w:rsidRPr="004C684C">
        <w:rPr>
          <w:rFonts w:ascii="Times New Roman" w:hAnsi="Times New Roman"/>
        </w:rPr>
        <w:t>/</w:t>
      </w:r>
      <w:proofErr w:type="spellStart"/>
      <w:r w:rsidRPr="004C684C">
        <w:rPr>
          <w:rFonts w:ascii="Times New Roman" w:hAnsi="Times New Roman"/>
        </w:rPr>
        <w:t>ofertant</w:t>
      </w:r>
      <w:proofErr w:type="spellEnd"/>
      <w:r>
        <w:rPr>
          <w:rFonts w:ascii="Times New Roman" w:hAnsi="Times New Roman"/>
        </w:rPr>
        <w:t xml:space="preserve"> </w:t>
      </w:r>
      <w:proofErr w:type="spellStart"/>
      <w:r w:rsidRPr="004C684C">
        <w:rPr>
          <w:rFonts w:ascii="Times New Roman" w:hAnsi="Times New Roman"/>
        </w:rPr>
        <w:t>asociat</w:t>
      </w:r>
      <w:proofErr w:type="spellEnd"/>
      <w:r w:rsidRPr="004C684C">
        <w:rPr>
          <w:rFonts w:ascii="Times New Roman" w:hAnsi="Times New Roman"/>
        </w:rPr>
        <w:t>/</w:t>
      </w:r>
      <w:proofErr w:type="spellStart"/>
      <w:r w:rsidRPr="004C684C">
        <w:rPr>
          <w:rFonts w:ascii="Times New Roman" w:hAnsi="Times New Roman"/>
        </w:rPr>
        <w:t>subcontractant</w:t>
      </w:r>
      <w:proofErr w:type="spellEnd"/>
      <w:r w:rsidRPr="004C684C">
        <w:rPr>
          <w:rFonts w:ascii="Times New Roman" w:hAnsi="Times New Roman"/>
        </w:rPr>
        <w:t xml:space="preserve">), la </w:t>
      </w:r>
      <w:proofErr w:type="spellStart"/>
      <w:r w:rsidRPr="004C684C">
        <w:rPr>
          <w:rFonts w:ascii="Times New Roman" w:hAnsi="Times New Roman"/>
        </w:rPr>
        <w:t>contractul</w:t>
      </w:r>
      <w:proofErr w:type="spellEnd"/>
      <w:r w:rsidRPr="004C684C">
        <w:rPr>
          <w:rFonts w:ascii="Times New Roman" w:hAnsi="Times New Roman"/>
        </w:rPr>
        <w:t xml:space="preserve"> de </w:t>
      </w:r>
      <w:proofErr w:type="spellStart"/>
      <w:r w:rsidRPr="004C684C">
        <w:rPr>
          <w:b/>
          <w:bCs/>
        </w:rPr>
        <w:t>Furnizarea</w:t>
      </w:r>
      <w:proofErr w:type="spellEnd"/>
      <w:r w:rsidRPr="004C684C">
        <w:rPr>
          <w:b/>
          <w:bCs/>
        </w:rPr>
        <w:t xml:space="preserve"> de </w:t>
      </w:r>
      <w:proofErr w:type="spellStart"/>
      <w:r w:rsidRPr="004C684C">
        <w:rPr>
          <w:b/>
          <w:bCs/>
        </w:rPr>
        <w:t>îmbracaminte</w:t>
      </w:r>
      <w:proofErr w:type="spellEnd"/>
      <w:r w:rsidRPr="004C684C">
        <w:rPr>
          <w:b/>
          <w:bCs/>
        </w:rPr>
        <w:t xml:space="preserve">, </w:t>
      </w:r>
      <w:proofErr w:type="spellStart"/>
      <w:r w:rsidRPr="004C684C">
        <w:rPr>
          <w:b/>
          <w:bCs/>
        </w:rPr>
        <w:t>încălțăminte</w:t>
      </w:r>
      <w:proofErr w:type="spellEnd"/>
      <w:r w:rsidRPr="004C684C">
        <w:rPr>
          <w:b/>
          <w:bCs/>
        </w:rPr>
        <w:t xml:space="preserve"> </w:t>
      </w:r>
      <w:proofErr w:type="spellStart"/>
      <w:r w:rsidRPr="004C684C">
        <w:rPr>
          <w:b/>
          <w:bCs/>
        </w:rPr>
        <w:t>și</w:t>
      </w:r>
      <w:proofErr w:type="spellEnd"/>
      <w:r w:rsidRPr="004C684C">
        <w:rPr>
          <w:b/>
          <w:bCs/>
        </w:rPr>
        <w:t xml:space="preserve"> </w:t>
      </w:r>
      <w:proofErr w:type="spellStart"/>
      <w:r w:rsidRPr="004C684C">
        <w:rPr>
          <w:b/>
          <w:bCs/>
        </w:rPr>
        <w:t>rechizite</w:t>
      </w:r>
      <w:proofErr w:type="spellEnd"/>
      <w:r w:rsidRPr="004C684C">
        <w:rPr>
          <w:b/>
          <w:bCs/>
        </w:rPr>
        <w:t xml:space="preserve"> </w:t>
      </w:r>
      <w:proofErr w:type="spellStart"/>
      <w:r w:rsidRPr="004C684C">
        <w:rPr>
          <w:b/>
          <w:bCs/>
        </w:rPr>
        <w:t>scolare</w:t>
      </w:r>
      <w:proofErr w:type="spellEnd"/>
      <w:r w:rsidRPr="004C684C">
        <w:rPr>
          <w:b/>
          <w:bCs/>
        </w:rPr>
        <w:t xml:space="preserve"> </w:t>
      </w:r>
      <w:proofErr w:type="spellStart"/>
      <w:r w:rsidRPr="004C684C">
        <w:rPr>
          <w:b/>
          <w:bCs/>
        </w:rPr>
        <w:t>pentru</w:t>
      </w:r>
      <w:proofErr w:type="spellEnd"/>
      <w:r w:rsidRPr="004C684C">
        <w:rPr>
          <w:b/>
          <w:bCs/>
        </w:rPr>
        <w:t xml:space="preserve"> </w:t>
      </w:r>
      <w:proofErr w:type="spellStart"/>
      <w:proofErr w:type="gramStart"/>
      <w:r w:rsidRPr="004C684C">
        <w:rPr>
          <w:b/>
          <w:bCs/>
        </w:rPr>
        <w:t>proiectul</w:t>
      </w:r>
      <w:proofErr w:type="spellEnd"/>
      <w:r w:rsidRPr="004C684C">
        <w:rPr>
          <w:b/>
          <w:bCs/>
        </w:rPr>
        <w:t xml:space="preserve">  ”</w:t>
      </w:r>
      <w:proofErr w:type="spellStart"/>
      <w:proofErr w:type="gramEnd"/>
      <w:r w:rsidRPr="004C684C">
        <w:rPr>
          <w:b/>
          <w:bCs/>
        </w:rPr>
        <w:t>Furnizare</w:t>
      </w:r>
      <w:proofErr w:type="spellEnd"/>
      <w:r w:rsidRPr="004C684C">
        <w:rPr>
          <w:b/>
          <w:bCs/>
        </w:rPr>
        <w:t xml:space="preserve"> de </w:t>
      </w:r>
      <w:proofErr w:type="spellStart"/>
      <w:r w:rsidRPr="004C684C">
        <w:rPr>
          <w:b/>
          <w:bCs/>
        </w:rPr>
        <w:t>servicii</w:t>
      </w:r>
      <w:proofErr w:type="spellEnd"/>
      <w:r w:rsidRPr="004C684C">
        <w:rPr>
          <w:b/>
          <w:bCs/>
        </w:rPr>
        <w:t xml:space="preserve"> integrate </w:t>
      </w:r>
      <w:proofErr w:type="spellStart"/>
      <w:r w:rsidRPr="004C684C">
        <w:rPr>
          <w:b/>
          <w:bCs/>
        </w:rPr>
        <w:t>în</w:t>
      </w:r>
      <w:proofErr w:type="spellEnd"/>
      <w:r w:rsidRPr="004C684C">
        <w:rPr>
          <w:b/>
          <w:bCs/>
        </w:rPr>
        <w:t xml:space="preserve"> </w:t>
      </w:r>
      <w:proofErr w:type="spellStart"/>
      <w:r w:rsidRPr="004C684C">
        <w:rPr>
          <w:b/>
          <w:bCs/>
        </w:rPr>
        <w:t>comunitățile</w:t>
      </w:r>
      <w:proofErr w:type="spellEnd"/>
      <w:r w:rsidRPr="004C684C">
        <w:rPr>
          <w:b/>
          <w:bCs/>
        </w:rPr>
        <w:t xml:space="preserve"> </w:t>
      </w:r>
      <w:proofErr w:type="spellStart"/>
      <w:r w:rsidRPr="004C684C">
        <w:rPr>
          <w:b/>
          <w:bCs/>
        </w:rPr>
        <w:t>rurale</w:t>
      </w:r>
      <w:proofErr w:type="spellEnd"/>
      <w:r w:rsidRPr="004C684C">
        <w:rPr>
          <w:b/>
          <w:bCs/>
        </w:rPr>
        <w:t xml:space="preserve"> - </w:t>
      </w:r>
      <w:proofErr w:type="spellStart"/>
      <w:r w:rsidRPr="004C684C">
        <w:rPr>
          <w:b/>
          <w:bCs/>
        </w:rPr>
        <w:t>facilitarea</w:t>
      </w:r>
      <w:proofErr w:type="spellEnd"/>
      <w:r w:rsidRPr="004C684C">
        <w:rPr>
          <w:b/>
          <w:bCs/>
        </w:rPr>
        <w:t xml:space="preserve"> </w:t>
      </w:r>
      <w:proofErr w:type="spellStart"/>
      <w:r w:rsidRPr="004C684C">
        <w:rPr>
          <w:b/>
          <w:bCs/>
        </w:rPr>
        <w:t>accesului</w:t>
      </w:r>
      <w:proofErr w:type="spellEnd"/>
      <w:r w:rsidRPr="004C684C">
        <w:rPr>
          <w:b/>
          <w:bCs/>
        </w:rPr>
        <w:t xml:space="preserve"> </w:t>
      </w:r>
      <w:proofErr w:type="spellStart"/>
      <w:r w:rsidRPr="004C684C">
        <w:rPr>
          <w:b/>
          <w:bCs/>
        </w:rPr>
        <w:t>persoanelor</w:t>
      </w:r>
      <w:proofErr w:type="spellEnd"/>
      <w:r w:rsidRPr="004C684C">
        <w:rPr>
          <w:b/>
          <w:bCs/>
        </w:rPr>
        <w:t xml:space="preserve"> </w:t>
      </w:r>
      <w:proofErr w:type="spellStart"/>
      <w:r w:rsidRPr="004C684C">
        <w:rPr>
          <w:b/>
          <w:bCs/>
        </w:rPr>
        <w:t>vulnerabile</w:t>
      </w:r>
      <w:proofErr w:type="spellEnd"/>
      <w:r w:rsidRPr="004C684C">
        <w:rPr>
          <w:b/>
          <w:bCs/>
        </w:rPr>
        <w:t xml:space="preserve"> la </w:t>
      </w:r>
      <w:proofErr w:type="spellStart"/>
      <w:r w:rsidRPr="004C684C">
        <w:rPr>
          <w:b/>
          <w:bCs/>
        </w:rPr>
        <w:t>servicii</w:t>
      </w:r>
      <w:proofErr w:type="spellEnd"/>
      <w:r w:rsidRPr="004C684C">
        <w:rPr>
          <w:b/>
          <w:bCs/>
        </w:rPr>
        <w:t xml:space="preserve"> de </w:t>
      </w:r>
      <w:proofErr w:type="spellStart"/>
      <w:r w:rsidRPr="004C684C">
        <w:rPr>
          <w:b/>
          <w:bCs/>
        </w:rPr>
        <w:t>bază</w:t>
      </w:r>
      <w:proofErr w:type="spellEnd"/>
      <w:r w:rsidRPr="004C684C">
        <w:rPr>
          <w:b/>
          <w:bCs/>
        </w:rPr>
        <w:t xml:space="preserve"> </w:t>
      </w:r>
      <w:proofErr w:type="spellStart"/>
      <w:r w:rsidRPr="004C684C">
        <w:rPr>
          <w:b/>
          <w:bCs/>
        </w:rPr>
        <w:t>eficiente</w:t>
      </w:r>
      <w:proofErr w:type="spellEnd"/>
      <w:r w:rsidRPr="004C684C">
        <w:rPr>
          <w:b/>
          <w:bCs/>
        </w:rPr>
        <w:t xml:space="preserve"> </w:t>
      </w:r>
      <w:proofErr w:type="spellStart"/>
      <w:r w:rsidRPr="004C684C">
        <w:rPr>
          <w:b/>
          <w:bCs/>
        </w:rPr>
        <w:t>și</w:t>
      </w:r>
      <w:proofErr w:type="spellEnd"/>
      <w:r w:rsidRPr="004C684C">
        <w:rPr>
          <w:b/>
          <w:bCs/>
        </w:rPr>
        <w:t xml:space="preserve"> de </w:t>
      </w:r>
      <w:proofErr w:type="spellStart"/>
      <w:r w:rsidRPr="004C684C">
        <w:rPr>
          <w:b/>
          <w:bCs/>
        </w:rPr>
        <w:t>calitate</w:t>
      </w:r>
      <w:proofErr w:type="spellEnd"/>
      <w:r w:rsidRPr="004C684C">
        <w:rPr>
          <w:b/>
          <w:bCs/>
        </w:rPr>
        <w:t>”</w:t>
      </w:r>
      <w:r w:rsidRPr="004C684C">
        <w:rPr>
          <w:rFonts w:ascii="Times New Roman" w:hAnsi="Times New Roman"/>
          <w:b/>
          <w:bCs/>
        </w:rPr>
        <w:t xml:space="preserve">, </w:t>
      </w:r>
      <w:proofErr w:type="spellStart"/>
      <w:r w:rsidRPr="004C684C">
        <w:rPr>
          <w:rFonts w:ascii="Times New Roman" w:hAnsi="Times New Roman"/>
        </w:rPr>
        <w:t>în</w:t>
      </w:r>
      <w:proofErr w:type="spellEnd"/>
      <w:r w:rsidRPr="004C684C">
        <w:rPr>
          <w:rFonts w:ascii="Times New Roman" w:hAnsi="Times New Roman"/>
        </w:rPr>
        <w:t xml:space="preserve"> </w:t>
      </w:r>
      <w:proofErr w:type="spellStart"/>
      <w:r w:rsidRPr="004C684C">
        <w:rPr>
          <w:rFonts w:ascii="Times New Roman" w:hAnsi="Times New Roman"/>
        </w:rPr>
        <w:t>temeiul</w:t>
      </w:r>
      <w:proofErr w:type="spellEnd"/>
      <w:r w:rsidRPr="004C684C">
        <w:rPr>
          <w:rFonts w:ascii="Times New Roman" w:hAnsi="Times New Roman"/>
        </w:rPr>
        <w:t xml:space="preserve"> art. 59 din </w:t>
      </w:r>
      <w:proofErr w:type="spellStart"/>
      <w:r w:rsidRPr="004C684C">
        <w:rPr>
          <w:rFonts w:ascii="Times New Roman" w:hAnsi="Times New Roman"/>
        </w:rPr>
        <w:t>Legea</w:t>
      </w:r>
      <w:proofErr w:type="spellEnd"/>
      <w:r w:rsidRPr="004C684C">
        <w:rPr>
          <w:rFonts w:ascii="Times New Roman" w:hAnsi="Times New Roman"/>
        </w:rPr>
        <w:t xml:space="preserve"> nr. 98 /2016 </w:t>
      </w:r>
      <w:proofErr w:type="spellStart"/>
      <w:r w:rsidRPr="004C684C">
        <w:rPr>
          <w:rFonts w:ascii="Times New Roman" w:hAnsi="Times New Roman"/>
        </w:rPr>
        <w:t>privind</w:t>
      </w:r>
      <w:proofErr w:type="spellEnd"/>
      <w:r w:rsidRPr="004C684C">
        <w:rPr>
          <w:rFonts w:ascii="Times New Roman" w:hAnsi="Times New Roman"/>
        </w:rPr>
        <w:t xml:space="preserve"> </w:t>
      </w:r>
      <w:proofErr w:type="spellStart"/>
      <w:r w:rsidRPr="004C684C">
        <w:rPr>
          <w:rFonts w:ascii="Times New Roman" w:hAnsi="Times New Roman"/>
        </w:rPr>
        <w:t>atribuirea</w:t>
      </w:r>
      <w:proofErr w:type="spellEnd"/>
      <w:r w:rsidRPr="004C684C">
        <w:rPr>
          <w:rFonts w:ascii="Times New Roman" w:hAnsi="Times New Roman"/>
        </w:rPr>
        <w:t xml:space="preserve"> </w:t>
      </w:r>
      <w:proofErr w:type="spellStart"/>
      <w:r w:rsidRPr="004C684C">
        <w:rPr>
          <w:rFonts w:ascii="Times New Roman" w:hAnsi="Times New Roman"/>
        </w:rPr>
        <w:t>contractelor</w:t>
      </w:r>
      <w:proofErr w:type="spellEnd"/>
      <w:r w:rsidRPr="004C684C">
        <w:rPr>
          <w:rFonts w:ascii="Times New Roman" w:hAnsi="Times New Roman"/>
        </w:rPr>
        <w:t xml:space="preserve"> de </w:t>
      </w:r>
      <w:proofErr w:type="spellStart"/>
      <w:r w:rsidRPr="004C684C">
        <w:rPr>
          <w:rFonts w:ascii="Times New Roman" w:hAnsi="Times New Roman"/>
        </w:rPr>
        <w:t>achiziție</w:t>
      </w:r>
      <w:proofErr w:type="spellEnd"/>
      <w:r w:rsidRPr="004C684C">
        <w:rPr>
          <w:rFonts w:ascii="Times New Roman" w:hAnsi="Times New Roman"/>
        </w:rPr>
        <w:t xml:space="preserve"> </w:t>
      </w:r>
      <w:proofErr w:type="spellStart"/>
      <w:r w:rsidRPr="004C684C">
        <w:rPr>
          <w:rFonts w:ascii="Times New Roman" w:hAnsi="Times New Roman"/>
        </w:rPr>
        <w:t>publică</w:t>
      </w:r>
      <w:proofErr w:type="spellEnd"/>
      <w:r w:rsidRPr="004C684C">
        <w:rPr>
          <w:rFonts w:ascii="Times New Roman" w:hAnsi="Times New Roman"/>
        </w:rPr>
        <w:t xml:space="preserve">, </w:t>
      </w:r>
      <w:proofErr w:type="spellStart"/>
      <w:r w:rsidRPr="004C684C">
        <w:rPr>
          <w:rFonts w:ascii="Times New Roman" w:hAnsi="Times New Roman"/>
        </w:rPr>
        <w:t>declar</w:t>
      </w:r>
      <w:proofErr w:type="spellEnd"/>
      <w:r w:rsidRPr="004C684C">
        <w:rPr>
          <w:rFonts w:ascii="Times New Roman" w:hAnsi="Times New Roman"/>
        </w:rPr>
        <w:t xml:space="preserve"> pe </w:t>
      </w:r>
      <w:proofErr w:type="spellStart"/>
      <w:r w:rsidRPr="004C684C">
        <w:rPr>
          <w:rFonts w:ascii="Times New Roman" w:hAnsi="Times New Roman"/>
        </w:rPr>
        <w:t>proprie</w:t>
      </w:r>
      <w:proofErr w:type="spellEnd"/>
      <w:r w:rsidRPr="004C684C">
        <w:rPr>
          <w:rFonts w:ascii="Times New Roman" w:hAnsi="Times New Roman"/>
        </w:rPr>
        <w:t xml:space="preserve"> </w:t>
      </w:r>
      <w:proofErr w:type="spellStart"/>
      <w:r w:rsidRPr="004C684C">
        <w:rPr>
          <w:rFonts w:ascii="Times New Roman" w:hAnsi="Times New Roman"/>
        </w:rPr>
        <w:t>răspundere</w:t>
      </w:r>
      <w:proofErr w:type="spellEnd"/>
      <w:r w:rsidRPr="004C684C">
        <w:rPr>
          <w:rFonts w:ascii="Times New Roman" w:hAnsi="Times New Roman"/>
        </w:rPr>
        <w:t xml:space="preserve">, sub </w:t>
      </w:r>
      <w:proofErr w:type="spellStart"/>
      <w:r w:rsidRPr="004C684C">
        <w:rPr>
          <w:rFonts w:ascii="Times New Roman" w:hAnsi="Times New Roman"/>
        </w:rPr>
        <w:t>sancțiunea</w:t>
      </w:r>
      <w:proofErr w:type="spellEnd"/>
      <w:r w:rsidRPr="004C684C">
        <w:rPr>
          <w:rFonts w:ascii="Times New Roman" w:hAnsi="Times New Roman"/>
        </w:rPr>
        <w:t xml:space="preserve"> </w:t>
      </w:r>
      <w:proofErr w:type="spellStart"/>
      <w:r w:rsidRPr="004C684C">
        <w:rPr>
          <w:rFonts w:ascii="Times New Roman" w:hAnsi="Times New Roman"/>
        </w:rPr>
        <w:t>falsului</w:t>
      </w:r>
      <w:proofErr w:type="spellEnd"/>
      <w:r w:rsidRPr="004C684C">
        <w:rPr>
          <w:rFonts w:ascii="Times New Roman" w:hAnsi="Times New Roman"/>
        </w:rPr>
        <w:t xml:space="preserve"> </w:t>
      </w:r>
      <w:proofErr w:type="spellStart"/>
      <w:r w:rsidRPr="004C684C">
        <w:rPr>
          <w:rFonts w:ascii="Times New Roman" w:hAnsi="Times New Roman"/>
        </w:rPr>
        <w:t>în</w:t>
      </w:r>
      <w:proofErr w:type="spellEnd"/>
      <w:r w:rsidRPr="004C684C">
        <w:rPr>
          <w:rFonts w:ascii="Times New Roman" w:hAnsi="Times New Roman"/>
        </w:rPr>
        <w:t xml:space="preserve"> </w:t>
      </w:r>
      <w:proofErr w:type="spellStart"/>
      <w:r w:rsidRPr="004C684C">
        <w:rPr>
          <w:rFonts w:ascii="Times New Roman" w:hAnsi="Times New Roman"/>
        </w:rPr>
        <w:t>declarații</w:t>
      </w:r>
      <w:proofErr w:type="spellEnd"/>
      <w:r w:rsidRPr="004C684C">
        <w:rPr>
          <w:rFonts w:ascii="Times New Roman" w:hAnsi="Times New Roman"/>
        </w:rPr>
        <w:t xml:space="preserve">, </w:t>
      </w:r>
      <w:proofErr w:type="spellStart"/>
      <w:r w:rsidRPr="004C684C">
        <w:rPr>
          <w:rFonts w:ascii="Times New Roman" w:hAnsi="Times New Roman"/>
        </w:rPr>
        <w:t>următoarele</w:t>
      </w:r>
      <w:proofErr w:type="spellEnd"/>
      <w:r w:rsidRPr="004C684C">
        <w:rPr>
          <w:rFonts w:ascii="Times New Roman" w:hAnsi="Times New Roman"/>
        </w:rPr>
        <w:t>:</w:t>
      </w:r>
    </w:p>
    <w:p w14:paraId="6D460037" w14:textId="77777777" w:rsidR="004C684C" w:rsidRPr="007D40B3" w:rsidRDefault="004C684C" w:rsidP="004C684C">
      <w:pPr>
        <w:pStyle w:val="Corptext"/>
        <w:widowControl w:val="0"/>
        <w:numPr>
          <w:ilvl w:val="0"/>
          <w:numId w:val="21"/>
        </w:numPr>
        <w:tabs>
          <w:tab w:val="left" w:pos="331"/>
          <w:tab w:val="left" w:leader="dot" w:pos="2801"/>
        </w:tabs>
        <w:spacing w:after="0"/>
        <w:jc w:val="both"/>
        <w:rPr>
          <w:rFonts w:ascii="Times New Roman" w:hAnsi="Times New Roman"/>
        </w:rPr>
      </w:pPr>
      <w:bookmarkStart w:id="24" w:name="bookmark524"/>
      <w:bookmarkEnd w:id="24"/>
      <w:r w:rsidRPr="007D40B3">
        <w:rPr>
          <w:rFonts w:ascii="Times New Roman" w:hAnsi="Times New Roman"/>
        </w:rPr>
        <w:t xml:space="preserve"> nu </w:t>
      </w:r>
      <w:proofErr w:type="spellStart"/>
      <w:r w:rsidRPr="007D40B3">
        <w:rPr>
          <w:rFonts w:ascii="Times New Roman" w:hAnsi="Times New Roman"/>
        </w:rPr>
        <w:t>dețin</w:t>
      </w:r>
      <w:proofErr w:type="spellEnd"/>
      <w:r w:rsidRPr="007D40B3">
        <w:rPr>
          <w:rFonts w:ascii="Times New Roman" w:hAnsi="Times New Roman"/>
        </w:rPr>
        <w:t xml:space="preserve"> </w:t>
      </w:r>
      <w:proofErr w:type="spellStart"/>
      <w:r w:rsidRPr="007D40B3">
        <w:rPr>
          <w:rFonts w:ascii="Times New Roman" w:hAnsi="Times New Roman"/>
        </w:rPr>
        <w:t>părți</w:t>
      </w:r>
      <w:proofErr w:type="spellEnd"/>
      <w:r w:rsidRPr="007D40B3">
        <w:rPr>
          <w:rFonts w:ascii="Times New Roman" w:hAnsi="Times New Roman"/>
        </w:rPr>
        <w:t xml:space="preserve"> </w:t>
      </w:r>
      <w:proofErr w:type="spellStart"/>
      <w:r w:rsidRPr="007D40B3">
        <w:rPr>
          <w:rFonts w:ascii="Times New Roman" w:hAnsi="Times New Roman"/>
        </w:rPr>
        <w:t>sociale</w:t>
      </w:r>
      <w:proofErr w:type="spellEnd"/>
      <w:r w:rsidRPr="007D40B3">
        <w:rPr>
          <w:rFonts w:ascii="Times New Roman" w:hAnsi="Times New Roman"/>
        </w:rPr>
        <w:t xml:space="preserve">, </w:t>
      </w:r>
      <w:proofErr w:type="spellStart"/>
      <w:r w:rsidRPr="007D40B3">
        <w:rPr>
          <w:rFonts w:ascii="Times New Roman" w:hAnsi="Times New Roman"/>
        </w:rPr>
        <w:t>părți</w:t>
      </w:r>
      <w:proofErr w:type="spellEnd"/>
      <w:r w:rsidRPr="007D40B3">
        <w:rPr>
          <w:rFonts w:ascii="Times New Roman" w:hAnsi="Times New Roman"/>
        </w:rPr>
        <w:t xml:space="preserve"> de </w:t>
      </w:r>
      <w:proofErr w:type="spellStart"/>
      <w:r w:rsidRPr="007D40B3">
        <w:rPr>
          <w:rFonts w:ascii="Times New Roman" w:hAnsi="Times New Roman"/>
        </w:rPr>
        <w:t>interes</w:t>
      </w:r>
      <w:proofErr w:type="spellEnd"/>
      <w:r w:rsidRPr="007D40B3">
        <w:rPr>
          <w:rFonts w:ascii="Times New Roman" w:hAnsi="Times New Roman"/>
        </w:rPr>
        <w:t xml:space="preserve">, </w:t>
      </w:r>
      <w:proofErr w:type="spellStart"/>
      <w:r w:rsidRPr="007D40B3">
        <w:rPr>
          <w:rFonts w:ascii="Times New Roman" w:hAnsi="Times New Roman"/>
        </w:rPr>
        <w:t>acțiuni</w:t>
      </w:r>
      <w:proofErr w:type="spellEnd"/>
      <w:r w:rsidRPr="007D40B3">
        <w:rPr>
          <w:rFonts w:ascii="Times New Roman" w:hAnsi="Times New Roman"/>
        </w:rPr>
        <w:t xml:space="preserve"> din </w:t>
      </w:r>
      <w:proofErr w:type="spellStart"/>
      <w:r w:rsidRPr="007D40B3">
        <w:rPr>
          <w:rFonts w:ascii="Times New Roman" w:hAnsi="Times New Roman"/>
        </w:rPr>
        <w:t>capitalul</w:t>
      </w:r>
      <w:proofErr w:type="spellEnd"/>
      <w:r w:rsidRPr="007D40B3">
        <w:rPr>
          <w:rFonts w:ascii="Times New Roman" w:hAnsi="Times New Roman"/>
        </w:rPr>
        <w:t xml:space="preserve"> </w:t>
      </w:r>
      <w:proofErr w:type="spellStart"/>
      <w:r w:rsidRPr="007D40B3">
        <w:rPr>
          <w:rFonts w:ascii="Times New Roman" w:hAnsi="Times New Roman"/>
        </w:rPr>
        <w:t>subscris</w:t>
      </w:r>
      <w:proofErr w:type="spellEnd"/>
      <w:r w:rsidRPr="007D40B3">
        <w:rPr>
          <w:rFonts w:ascii="Times New Roman" w:hAnsi="Times New Roman"/>
        </w:rPr>
        <w:t xml:space="preserve">, </w:t>
      </w:r>
      <w:proofErr w:type="spellStart"/>
      <w:r w:rsidRPr="007D40B3">
        <w:rPr>
          <w:rFonts w:ascii="Times New Roman" w:hAnsi="Times New Roman"/>
        </w:rPr>
        <w:t>ori</w:t>
      </w:r>
      <w:proofErr w:type="spellEnd"/>
      <w:r w:rsidRPr="007D40B3">
        <w:rPr>
          <w:rFonts w:ascii="Times New Roman" w:hAnsi="Times New Roman"/>
        </w:rPr>
        <w:t xml:space="preserve"> a </w:t>
      </w:r>
      <w:proofErr w:type="spellStart"/>
      <w:r w:rsidRPr="007D40B3">
        <w:rPr>
          <w:rFonts w:ascii="Times New Roman" w:hAnsi="Times New Roman"/>
        </w:rPr>
        <w:t>persoanelor</w:t>
      </w:r>
      <w:proofErr w:type="spellEnd"/>
      <w:r w:rsidRPr="007D40B3">
        <w:rPr>
          <w:rFonts w:ascii="Times New Roman" w:hAnsi="Times New Roman"/>
        </w:rPr>
        <w:t xml:space="preserve"> care fac </w:t>
      </w:r>
      <w:proofErr w:type="spellStart"/>
      <w:r w:rsidRPr="007D40B3">
        <w:rPr>
          <w:rFonts w:ascii="Times New Roman" w:hAnsi="Times New Roman"/>
        </w:rPr>
        <w:t>parte</w:t>
      </w:r>
      <w:proofErr w:type="spellEnd"/>
      <w:r w:rsidRPr="007D40B3">
        <w:rPr>
          <w:rFonts w:ascii="Times New Roman" w:hAnsi="Times New Roman"/>
        </w:rPr>
        <w:t xml:space="preserve"> din </w:t>
      </w:r>
      <w:proofErr w:type="spellStart"/>
      <w:r w:rsidRPr="007D40B3">
        <w:rPr>
          <w:rFonts w:ascii="Times New Roman" w:hAnsi="Times New Roman"/>
        </w:rPr>
        <w:t>consiliul</w:t>
      </w:r>
      <w:proofErr w:type="spellEnd"/>
      <w:r w:rsidRPr="007D40B3">
        <w:rPr>
          <w:rFonts w:ascii="Times New Roman" w:hAnsi="Times New Roman"/>
        </w:rPr>
        <w:t xml:space="preserve"> de </w:t>
      </w:r>
      <w:proofErr w:type="spellStart"/>
      <w:r w:rsidRPr="007D40B3">
        <w:rPr>
          <w:rFonts w:ascii="Times New Roman" w:hAnsi="Times New Roman"/>
        </w:rPr>
        <w:t>administrație</w:t>
      </w:r>
      <w:proofErr w:type="spellEnd"/>
      <w:r w:rsidRPr="007D40B3">
        <w:rPr>
          <w:rFonts w:ascii="Times New Roman" w:hAnsi="Times New Roman"/>
        </w:rPr>
        <w:t>/</w:t>
      </w:r>
      <w:proofErr w:type="spellStart"/>
      <w:r w:rsidRPr="007D40B3">
        <w:rPr>
          <w:rFonts w:ascii="Times New Roman" w:hAnsi="Times New Roman"/>
        </w:rPr>
        <w:t>organul</w:t>
      </w:r>
      <w:proofErr w:type="spellEnd"/>
      <w:r w:rsidRPr="007D40B3">
        <w:rPr>
          <w:rFonts w:ascii="Times New Roman" w:hAnsi="Times New Roman"/>
        </w:rPr>
        <w:t xml:space="preserve"> de </w:t>
      </w:r>
      <w:proofErr w:type="spellStart"/>
      <w:r w:rsidRPr="007D40B3">
        <w:rPr>
          <w:rFonts w:ascii="Times New Roman" w:hAnsi="Times New Roman"/>
        </w:rPr>
        <w:t>conducere</w:t>
      </w:r>
      <w:proofErr w:type="spellEnd"/>
      <w:r w:rsidRPr="007D40B3">
        <w:rPr>
          <w:rFonts w:ascii="Times New Roman" w:hAnsi="Times New Roman"/>
        </w:rPr>
        <w:t xml:space="preserve"> </w:t>
      </w:r>
      <w:proofErr w:type="spellStart"/>
      <w:r w:rsidRPr="007D40B3">
        <w:rPr>
          <w:rFonts w:ascii="Times New Roman" w:hAnsi="Times New Roman"/>
        </w:rPr>
        <w:t>sau</w:t>
      </w:r>
      <w:proofErr w:type="spellEnd"/>
      <w:r w:rsidRPr="007D40B3">
        <w:rPr>
          <w:rFonts w:ascii="Times New Roman" w:hAnsi="Times New Roman"/>
        </w:rPr>
        <w:t xml:space="preserve"> de </w:t>
      </w:r>
      <w:proofErr w:type="spellStart"/>
      <w:r w:rsidRPr="007D40B3">
        <w:rPr>
          <w:rFonts w:ascii="Times New Roman" w:hAnsi="Times New Roman"/>
        </w:rPr>
        <w:t>supervizare</w:t>
      </w:r>
      <w:proofErr w:type="spellEnd"/>
      <w:r w:rsidRPr="007D40B3">
        <w:rPr>
          <w:rFonts w:ascii="Times New Roman" w:hAnsi="Times New Roman"/>
        </w:rPr>
        <w:t xml:space="preserve"> al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w:t>
      </w:r>
    </w:p>
    <w:p w14:paraId="31833F62" w14:textId="77777777" w:rsidR="004C684C" w:rsidRPr="007D40B3" w:rsidRDefault="004C684C" w:rsidP="004C684C">
      <w:pPr>
        <w:pStyle w:val="Corptext"/>
        <w:widowControl w:val="0"/>
        <w:numPr>
          <w:ilvl w:val="0"/>
          <w:numId w:val="21"/>
        </w:numPr>
        <w:tabs>
          <w:tab w:val="left" w:pos="331"/>
          <w:tab w:val="left" w:leader="dot" w:pos="2801"/>
        </w:tabs>
        <w:spacing w:after="0"/>
        <w:jc w:val="both"/>
        <w:rPr>
          <w:rFonts w:ascii="Times New Roman" w:hAnsi="Times New Roman"/>
        </w:rPr>
      </w:pPr>
      <w:bookmarkStart w:id="25" w:name="bookmark525"/>
      <w:bookmarkEnd w:id="25"/>
      <w:r w:rsidRPr="007D40B3">
        <w:rPr>
          <w:rFonts w:ascii="Times New Roman" w:hAnsi="Times New Roman"/>
        </w:rPr>
        <w:t xml:space="preserve">nu sunt </w:t>
      </w:r>
      <w:proofErr w:type="spellStart"/>
      <w:r w:rsidRPr="007D40B3">
        <w:rPr>
          <w:rFonts w:ascii="Times New Roman" w:hAnsi="Times New Roman"/>
        </w:rPr>
        <w:t>soț</w:t>
      </w:r>
      <w:proofErr w:type="spellEnd"/>
      <w:r w:rsidRPr="007D40B3">
        <w:rPr>
          <w:rFonts w:ascii="Times New Roman" w:hAnsi="Times New Roman"/>
        </w:rPr>
        <w:t>/</w:t>
      </w:r>
      <w:proofErr w:type="spellStart"/>
      <w:r w:rsidRPr="007D40B3">
        <w:rPr>
          <w:rFonts w:ascii="Times New Roman" w:hAnsi="Times New Roman"/>
        </w:rPr>
        <w:t>soție</w:t>
      </w:r>
      <w:proofErr w:type="spellEnd"/>
      <w:r w:rsidRPr="007D40B3">
        <w:rPr>
          <w:rFonts w:ascii="Times New Roman" w:hAnsi="Times New Roman"/>
        </w:rPr>
        <w:t xml:space="preserve">, </w:t>
      </w:r>
      <w:proofErr w:type="spellStart"/>
      <w:r w:rsidRPr="007D40B3">
        <w:rPr>
          <w:rFonts w:ascii="Times New Roman" w:hAnsi="Times New Roman"/>
        </w:rPr>
        <w:t>rudă</w:t>
      </w:r>
      <w:proofErr w:type="spellEnd"/>
      <w:r w:rsidRPr="007D40B3">
        <w:rPr>
          <w:rFonts w:ascii="Times New Roman" w:hAnsi="Times New Roman"/>
        </w:rPr>
        <w:t xml:space="preserve"> </w:t>
      </w:r>
      <w:proofErr w:type="spellStart"/>
      <w:r w:rsidRPr="007D40B3">
        <w:rPr>
          <w:rFonts w:ascii="Times New Roman" w:hAnsi="Times New Roman"/>
        </w:rPr>
        <w:t>sau</w:t>
      </w:r>
      <w:proofErr w:type="spellEnd"/>
      <w:r w:rsidRPr="007D40B3">
        <w:rPr>
          <w:rFonts w:ascii="Times New Roman" w:hAnsi="Times New Roman"/>
        </w:rPr>
        <w:t xml:space="preserve"> </w:t>
      </w:r>
      <w:proofErr w:type="spellStart"/>
      <w:r w:rsidRPr="007D40B3">
        <w:rPr>
          <w:rFonts w:ascii="Times New Roman" w:hAnsi="Times New Roman"/>
        </w:rPr>
        <w:t>afin</w:t>
      </w:r>
      <w:proofErr w:type="spellEnd"/>
      <w:r w:rsidRPr="007D40B3">
        <w:rPr>
          <w:rFonts w:ascii="Times New Roman" w:hAnsi="Times New Roman"/>
        </w:rPr>
        <w:t xml:space="preserve">, </w:t>
      </w:r>
      <w:proofErr w:type="spellStart"/>
      <w:r w:rsidRPr="007D40B3">
        <w:rPr>
          <w:rFonts w:ascii="Times New Roman" w:hAnsi="Times New Roman"/>
        </w:rPr>
        <w:t>până</w:t>
      </w:r>
      <w:proofErr w:type="spellEnd"/>
      <w:r w:rsidRPr="007D40B3">
        <w:rPr>
          <w:rFonts w:ascii="Times New Roman" w:hAnsi="Times New Roman"/>
        </w:rPr>
        <w:t xml:space="preserve"> la </w:t>
      </w:r>
      <w:proofErr w:type="spellStart"/>
      <w:r w:rsidRPr="007D40B3">
        <w:rPr>
          <w:rFonts w:ascii="Times New Roman" w:hAnsi="Times New Roman"/>
        </w:rPr>
        <w:t>gradul</w:t>
      </w:r>
      <w:proofErr w:type="spellEnd"/>
      <w:r w:rsidRPr="007D40B3">
        <w:rPr>
          <w:rFonts w:ascii="Times New Roman" w:hAnsi="Times New Roman"/>
        </w:rPr>
        <w:t xml:space="preserve"> al </w:t>
      </w:r>
      <w:proofErr w:type="spellStart"/>
      <w:r w:rsidRPr="007D40B3">
        <w:rPr>
          <w:rFonts w:ascii="Times New Roman" w:hAnsi="Times New Roman"/>
        </w:rPr>
        <w:t>doilea</w:t>
      </w:r>
      <w:proofErr w:type="spellEnd"/>
      <w:r w:rsidRPr="007D40B3">
        <w:rPr>
          <w:rFonts w:ascii="Times New Roman" w:hAnsi="Times New Roman"/>
        </w:rPr>
        <w:t xml:space="preserve"> </w:t>
      </w:r>
      <w:proofErr w:type="spellStart"/>
      <w:r w:rsidRPr="007D40B3">
        <w:rPr>
          <w:rFonts w:ascii="Times New Roman" w:hAnsi="Times New Roman"/>
        </w:rPr>
        <w:t>inclusiv</w:t>
      </w:r>
      <w:proofErr w:type="spellEnd"/>
      <w:r w:rsidRPr="007D40B3">
        <w:rPr>
          <w:rFonts w:ascii="Times New Roman" w:hAnsi="Times New Roman"/>
        </w:rPr>
        <w:t xml:space="preserve">, cu </w:t>
      </w:r>
      <w:proofErr w:type="spellStart"/>
      <w:r w:rsidRPr="007D40B3">
        <w:rPr>
          <w:rFonts w:ascii="Times New Roman" w:hAnsi="Times New Roman"/>
        </w:rPr>
        <w:t>persoane</w:t>
      </w:r>
      <w:proofErr w:type="spellEnd"/>
      <w:r w:rsidRPr="007D40B3">
        <w:rPr>
          <w:rFonts w:ascii="Times New Roman" w:hAnsi="Times New Roman"/>
        </w:rPr>
        <w:t xml:space="preserve"> care fac </w:t>
      </w:r>
      <w:proofErr w:type="spellStart"/>
      <w:r w:rsidRPr="007D40B3">
        <w:rPr>
          <w:rFonts w:ascii="Times New Roman" w:hAnsi="Times New Roman"/>
        </w:rPr>
        <w:t>parte</w:t>
      </w:r>
      <w:proofErr w:type="spellEnd"/>
      <w:r w:rsidRPr="007D40B3">
        <w:rPr>
          <w:rFonts w:ascii="Times New Roman" w:hAnsi="Times New Roman"/>
        </w:rPr>
        <w:t xml:space="preserve"> din </w:t>
      </w:r>
      <w:proofErr w:type="spellStart"/>
      <w:r w:rsidRPr="007D40B3">
        <w:rPr>
          <w:rFonts w:ascii="Times New Roman" w:hAnsi="Times New Roman"/>
        </w:rPr>
        <w:t>consiliul</w:t>
      </w:r>
      <w:proofErr w:type="spellEnd"/>
      <w:r w:rsidRPr="007D40B3">
        <w:rPr>
          <w:rFonts w:ascii="Times New Roman" w:hAnsi="Times New Roman"/>
        </w:rPr>
        <w:t xml:space="preserve"> de </w:t>
      </w:r>
      <w:proofErr w:type="spellStart"/>
      <w:r w:rsidRPr="007D40B3">
        <w:rPr>
          <w:rFonts w:ascii="Times New Roman" w:hAnsi="Times New Roman"/>
        </w:rPr>
        <w:t>administrație</w:t>
      </w:r>
      <w:proofErr w:type="spellEnd"/>
      <w:r w:rsidRPr="007D40B3">
        <w:rPr>
          <w:rFonts w:ascii="Times New Roman" w:hAnsi="Times New Roman"/>
        </w:rPr>
        <w:t>/</w:t>
      </w:r>
      <w:proofErr w:type="spellStart"/>
      <w:r w:rsidRPr="007D40B3">
        <w:rPr>
          <w:rFonts w:ascii="Times New Roman" w:hAnsi="Times New Roman"/>
        </w:rPr>
        <w:t>organul</w:t>
      </w:r>
      <w:proofErr w:type="spellEnd"/>
      <w:r w:rsidRPr="007D40B3">
        <w:rPr>
          <w:rFonts w:ascii="Times New Roman" w:hAnsi="Times New Roman"/>
        </w:rPr>
        <w:t xml:space="preserve"> de </w:t>
      </w:r>
      <w:proofErr w:type="spellStart"/>
      <w:r w:rsidRPr="007D40B3">
        <w:rPr>
          <w:rFonts w:ascii="Times New Roman" w:hAnsi="Times New Roman"/>
        </w:rPr>
        <w:t>conducere</w:t>
      </w:r>
      <w:proofErr w:type="spellEnd"/>
      <w:r w:rsidRPr="007D40B3">
        <w:rPr>
          <w:rFonts w:ascii="Times New Roman" w:hAnsi="Times New Roman"/>
        </w:rPr>
        <w:t xml:space="preserve"> </w:t>
      </w:r>
      <w:proofErr w:type="spellStart"/>
      <w:r w:rsidRPr="007D40B3">
        <w:rPr>
          <w:rFonts w:ascii="Times New Roman" w:hAnsi="Times New Roman"/>
        </w:rPr>
        <w:t>sau</w:t>
      </w:r>
      <w:proofErr w:type="spellEnd"/>
      <w:r w:rsidRPr="007D40B3">
        <w:rPr>
          <w:rFonts w:ascii="Times New Roman" w:hAnsi="Times New Roman"/>
        </w:rPr>
        <w:t xml:space="preserve"> de </w:t>
      </w:r>
      <w:proofErr w:type="spellStart"/>
      <w:r w:rsidRPr="007D40B3">
        <w:rPr>
          <w:rFonts w:ascii="Times New Roman" w:hAnsi="Times New Roman"/>
        </w:rPr>
        <w:t>supervizare</w:t>
      </w:r>
      <w:proofErr w:type="spellEnd"/>
      <w:r w:rsidRPr="007D40B3">
        <w:rPr>
          <w:rFonts w:ascii="Times New Roman" w:hAnsi="Times New Roman"/>
        </w:rPr>
        <w:t xml:space="preserve"> al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w:t>
      </w:r>
      <w:bookmarkStart w:id="26" w:name="bookmark526"/>
      <w:bookmarkEnd w:id="26"/>
    </w:p>
    <w:p w14:paraId="132360C1" w14:textId="77777777" w:rsidR="004C684C" w:rsidRPr="007D40B3" w:rsidRDefault="004C684C" w:rsidP="004C684C">
      <w:pPr>
        <w:pStyle w:val="Corptext"/>
        <w:widowControl w:val="0"/>
        <w:numPr>
          <w:ilvl w:val="0"/>
          <w:numId w:val="21"/>
        </w:numPr>
        <w:tabs>
          <w:tab w:val="left" w:pos="331"/>
          <w:tab w:val="left" w:leader="dot" w:pos="2801"/>
        </w:tabs>
        <w:spacing w:after="0"/>
        <w:jc w:val="both"/>
        <w:rPr>
          <w:rFonts w:ascii="Times New Roman" w:hAnsi="Times New Roman"/>
        </w:rPr>
      </w:pPr>
      <w:r w:rsidRPr="007D40B3">
        <w:rPr>
          <w:rFonts w:ascii="Times New Roman" w:hAnsi="Times New Roman"/>
        </w:rPr>
        <w:t xml:space="preserve"> nu am, direct </w:t>
      </w:r>
      <w:proofErr w:type="spellStart"/>
      <w:r w:rsidRPr="007D40B3">
        <w:rPr>
          <w:rFonts w:ascii="Times New Roman" w:hAnsi="Times New Roman"/>
        </w:rPr>
        <w:t>ori</w:t>
      </w:r>
      <w:proofErr w:type="spellEnd"/>
      <w:r w:rsidRPr="007D40B3">
        <w:rPr>
          <w:rFonts w:ascii="Times New Roman" w:hAnsi="Times New Roman"/>
        </w:rPr>
        <w:t xml:space="preserve"> indirect, un </w:t>
      </w:r>
      <w:proofErr w:type="spellStart"/>
      <w:r w:rsidRPr="007D40B3">
        <w:rPr>
          <w:rFonts w:ascii="Times New Roman" w:hAnsi="Times New Roman"/>
        </w:rPr>
        <w:t>interes</w:t>
      </w:r>
      <w:proofErr w:type="spellEnd"/>
      <w:r w:rsidRPr="007D40B3">
        <w:rPr>
          <w:rFonts w:ascii="Times New Roman" w:hAnsi="Times New Roman"/>
        </w:rPr>
        <w:t xml:space="preserve"> personal, </w:t>
      </w:r>
      <w:proofErr w:type="spellStart"/>
      <w:r w:rsidRPr="007D40B3">
        <w:rPr>
          <w:rFonts w:ascii="Times New Roman" w:hAnsi="Times New Roman"/>
        </w:rPr>
        <w:t>financiar</w:t>
      </w:r>
      <w:proofErr w:type="spellEnd"/>
      <w:r w:rsidRPr="007D40B3">
        <w:rPr>
          <w:rFonts w:ascii="Times New Roman" w:hAnsi="Times New Roman"/>
        </w:rPr>
        <w:t xml:space="preserve">, economic </w:t>
      </w:r>
      <w:proofErr w:type="spellStart"/>
      <w:r w:rsidRPr="007D40B3">
        <w:rPr>
          <w:rFonts w:ascii="Times New Roman" w:hAnsi="Times New Roman"/>
        </w:rPr>
        <w:t>sau</w:t>
      </w:r>
      <w:proofErr w:type="spellEnd"/>
      <w:r w:rsidRPr="007D40B3">
        <w:rPr>
          <w:rFonts w:ascii="Times New Roman" w:hAnsi="Times New Roman"/>
        </w:rPr>
        <w:t xml:space="preserve"> de </w:t>
      </w:r>
      <w:proofErr w:type="spellStart"/>
      <w:r w:rsidRPr="007D40B3">
        <w:rPr>
          <w:rFonts w:ascii="Times New Roman" w:hAnsi="Times New Roman"/>
        </w:rPr>
        <w:t>altă</w:t>
      </w:r>
      <w:proofErr w:type="spellEnd"/>
      <w:r w:rsidRPr="007D40B3">
        <w:rPr>
          <w:rFonts w:ascii="Times New Roman" w:hAnsi="Times New Roman"/>
        </w:rPr>
        <w:t xml:space="preserve"> </w:t>
      </w:r>
      <w:proofErr w:type="spellStart"/>
      <w:r w:rsidRPr="007D40B3">
        <w:rPr>
          <w:rFonts w:ascii="Times New Roman" w:hAnsi="Times New Roman"/>
        </w:rPr>
        <w:t>natură</w:t>
      </w:r>
      <w:proofErr w:type="spellEnd"/>
      <w:r w:rsidRPr="007D40B3">
        <w:rPr>
          <w:rFonts w:ascii="Times New Roman" w:hAnsi="Times New Roman"/>
        </w:rPr>
        <w:t xml:space="preserve">, nu </w:t>
      </w:r>
      <w:proofErr w:type="spellStart"/>
      <w:r w:rsidRPr="007D40B3">
        <w:rPr>
          <w:rFonts w:ascii="Times New Roman" w:hAnsi="Times New Roman"/>
        </w:rPr>
        <w:t>mă</w:t>
      </w:r>
      <w:proofErr w:type="spellEnd"/>
      <w:r w:rsidRPr="007D40B3">
        <w:rPr>
          <w:rFonts w:ascii="Times New Roman" w:hAnsi="Times New Roman"/>
        </w:rPr>
        <w:t xml:space="preserve"> </w:t>
      </w:r>
      <w:proofErr w:type="spellStart"/>
      <w:proofErr w:type="gramStart"/>
      <w:r w:rsidRPr="007D40B3">
        <w:rPr>
          <w:rFonts w:ascii="Times New Roman" w:hAnsi="Times New Roman"/>
        </w:rPr>
        <w:t>aflu</w:t>
      </w:r>
      <w:proofErr w:type="spellEnd"/>
      <w:r w:rsidRPr="007D40B3">
        <w:rPr>
          <w:rFonts w:ascii="Times New Roman" w:hAnsi="Times New Roman"/>
        </w:rPr>
        <w:t xml:space="preserve">  </w:t>
      </w:r>
      <w:proofErr w:type="spellStart"/>
      <w:r w:rsidRPr="007D40B3">
        <w:rPr>
          <w:rFonts w:ascii="Times New Roman" w:hAnsi="Times New Roman"/>
        </w:rPr>
        <w:t>într</w:t>
      </w:r>
      <w:proofErr w:type="spellEnd"/>
      <w:proofErr w:type="gramEnd"/>
      <w:r w:rsidRPr="007D40B3">
        <w:rPr>
          <w:rFonts w:ascii="Times New Roman" w:hAnsi="Times New Roman"/>
        </w:rPr>
        <w:t xml:space="preserve">-o </w:t>
      </w:r>
      <w:proofErr w:type="spellStart"/>
      <w:r w:rsidRPr="007D40B3">
        <w:rPr>
          <w:rFonts w:ascii="Times New Roman" w:hAnsi="Times New Roman"/>
        </w:rPr>
        <w:t>altă</w:t>
      </w:r>
      <w:proofErr w:type="spellEnd"/>
      <w:r w:rsidRPr="007D40B3">
        <w:rPr>
          <w:rFonts w:ascii="Times New Roman" w:hAnsi="Times New Roman"/>
        </w:rPr>
        <w:t xml:space="preserve"> </w:t>
      </w:r>
      <w:proofErr w:type="spellStart"/>
      <w:r w:rsidRPr="007D40B3">
        <w:rPr>
          <w:rFonts w:ascii="Times New Roman" w:hAnsi="Times New Roman"/>
        </w:rPr>
        <w:t>situație</w:t>
      </w:r>
      <w:proofErr w:type="spellEnd"/>
      <w:r w:rsidRPr="007D40B3">
        <w:rPr>
          <w:rFonts w:ascii="Times New Roman" w:hAnsi="Times New Roman"/>
        </w:rPr>
        <w:t xml:space="preserve"> de </w:t>
      </w:r>
      <w:proofErr w:type="spellStart"/>
      <w:r w:rsidRPr="007D40B3">
        <w:rPr>
          <w:rFonts w:ascii="Times New Roman" w:hAnsi="Times New Roman"/>
        </w:rPr>
        <w:t>natură</w:t>
      </w:r>
      <w:proofErr w:type="spellEnd"/>
      <w:r w:rsidRPr="007D40B3">
        <w:rPr>
          <w:rFonts w:ascii="Times New Roman" w:hAnsi="Times New Roman"/>
        </w:rPr>
        <w:t xml:space="preserve"> </w:t>
      </w:r>
      <w:proofErr w:type="spellStart"/>
      <w:r w:rsidRPr="007D40B3">
        <w:rPr>
          <w:rFonts w:ascii="Times New Roman" w:hAnsi="Times New Roman"/>
        </w:rPr>
        <w:t>să</w:t>
      </w:r>
      <w:proofErr w:type="spellEnd"/>
      <w:r w:rsidRPr="007D40B3">
        <w:rPr>
          <w:rFonts w:ascii="Times New Roman" w:hAnsi="Times New Roman"/>
        </w:rPr>
        <w:t xml:space="preserve"> </w:t>
      </w:r>
      <w:proofErr w:type="spellStart"/>
      <w:r w:rsidRPr="007D40B3">
        <w:rPr>
          <w:rFonts w:ascii="Times New Roman" w:hAnsi="Times New Roman"/>
        </w:rPr>
        <w:t>afecteze</w:t>
      </w:r>
      <w:proofErr w:type="spellEnd"/>
      <w:r w:rsidRPr="007D40B3">
        <w:rPr>
          <w:rFonts w:ascii="Times New Roman" w:hAnsi="Times New Roman"/>
        </w:rPr>
        <w:t xml:space="preserve"> </w:t>
      </w:r>
      <w:proofErr w:type="spellStart"/>
      <w:r w:rsidRPr="007D40B3">
        <w:rPr>
          <w:rFonts w:ascii="Times New Roman" w:hAnsi="Times New Roman"/>
        </w:rPr>
        <w:t>independența</w:t>
      </w:r>
      <w:proofErr w:type="spellEnd"/>
      <w:r w:rsidRPr="007D40B3">
        <w:rPr>
          <w:rFonts w:ascii="Times New Roman" w:hAnsi="Times New Roman"/>
        </w:rPr>
        <w:t xml:space="preserve"> </w:t>
      </w:r>
      <w:proofErr w:type="spellStart"/>
      <w:r w:rsidRPr="007D40B3">
        <w:rPr>
          <w:rFonts w:ascii="Times New Roman" w:hAnsi="Times New Roman"/>
        </w:rPr>
        <w:t>și</w:t>
      </w:r>
      <w:proofErr w:type="spellEnd"/>
      <w:r w:rsidRPr="007D40B3">
        <w:rPr>
          <w:rFonts w:ascii="Times New Roman" w:hAnsi="Times New Roman"/>
        </w:rPr>
        <w:t xml:space="preserve"> </w:t>
      </w:r>
      <w:proofErr w:type="spellStart"/>
      <w:proofErr w:type="gramStart"/>
      <w:r w:rsidRPr="007D40B3">
        <w:rPr>
          <w:rFonts w:ascii="Times New Roman" w:hAnsi="Times New Roman"/>
        </w:rPr>
        <w:t>imparțialitatea</w:t>
      </w:r>
      <w:proofErr w:type="spellEnd"/>
      <w:r w:rsidRPr="007D40B3">
        <w:rPr>
          <w:rFonts w:ascii="Times New Roman" w:hAnsi="Times New Roman"/>
        </w:rPr>
        <w:t xml:space="preserve">  </w:t>
      </w:r>
      <w:proofErr w:type="spellStart"/>
      <w:r w:rsidRPr="007D40B3">
        <w:rPr>
          <w:rFonts w:ascii="Times New Roman" w:hAnsi="Times New Roman"/>
        </w:rPr>
        <w:t>Autorității</w:t>
      </w:r>
      <w:proofErr w:type="spellEnd"/>
      <w:proofErr w:type="gramEnd"/>
      <w:r w:rsidRPr="007D40B3">
        <w:rPr>
          <w:rFonts w:ascii="Times New Roman" w:hAnsi="Times New Roman"/>
        </w:rPr>
        <w:t xml:space="preserve"> </w:t>
      </w:r>
      <w:proofErr w:type="spellStart"/>
      <w:r w:rsidRPr="007D40B3">
        <w:rPr>
          <w:rFonts w:ascii="Times New Roman" w:hAnsi="Times New Roman"/>
        </w:rPr>
        <w:t>Contractante</w:t>
      </w:r>
      <w:proofErr w:type="spellEnd"/>
      <w:r w:rsidRPr="007D40B3">
        <w:rPr>
          <w:rFonts w:ascii="Times New Roman" w:hAnsi="Times New Roman"/>
        </w:rPr>
        <w:t xml:space="preserve"> pe </w:t>
      </w:r>
      <w:proofErr w:type="spellStart"/>
      <w:r w:rsidRPr="007D40B3">
        <w:rPr>
          <w:rFonts w:ascii="Times New Roman" w:hAnsi="Times New Roman"/>
        </w:rPr>
        <w:t>parcursul</w:t>
      </w:r>
      <w:proofErr w:type="spellEnd"/>
      <w:r w:rsidRPr="007D40B3">
        <w:rPr>
          <w:rFonts w:ascii="Times New Roman" w:hAnsi="Times New Roman"/>
        </w:rPr>
        <w:t xml:space="preserve"> </w:t>
      </w:r>
      <w:proofErr w:type="spellStart"/>
      <w:r w:rsidRPr="007D40B3">
        <w:rPr>
          <w:rFonts w:ascii="Times New Roman" w:hAnsi="Times New Roman"/>
        </w:rPr>
        <w:t>procesului</w:t>
      </w:r>
      <w:proofErr w:type="spellEnd"/>
      <w:r w:rsidRPr="007D40B3">
        <w:rPr>
          <w:rFonts w:ascii="Times New Roman" w:hAnsi="Times New Roman"/>
        </w:rPr>
        <w:t xml:space="preserve"> de </w:t>
      </w:r>
      <w:proofErr w:type="spellStart"/>
      <w:r w:rsidRPr="007D40B3">
        <w:rPr>
          <w:rFonts w:ascii="Times New Roman" w:hAnsi="Times New Roman"/>
        </w:rPr>
        <w:t>evaluare</w:t>
      </w:r>
      <w:proofErr w:type="spellEnd"/>
      <w:r w:rsidRPr="007D40B3">
        <w:rPr>
          <w:rFonts w:ascii="Times New Roman" w:hAnsi="Times New Roman"/>
        </w:rPr>
        <w:t>;</w:t>
      </w:r>
      <w:bookmarkStart w:id="27" w:name="bookmark527"/>
      <w:bookmarkEnd w:id="27"/>
    </w:p>
    <w:p w14:paraId="4F4390E6" w14:textId="77777777" w:rsidR="004C684C" w:rsidRPr="007D40B3" w:rsidRDefault="004C684C" w:rsidP="004C684C">
      <w:pPr>
        <w:pStyle w:val="Corptext"/>
        <w:widowControl w:val="0"/>
        <w:numPr>
          <w:ilvl w:val="0"/>
          <w:numId w:val="21"/>
        </w:numPr>
        <w:tabs>
          <w:tab w:val="left" w:pos="331"/>
          <w:tab w:val="left" w:leader="dot" w:pos="2801"/>
        </w:tabs>
        <w:spacing w:after="0"/>
        <w:jc w:val="both"/>
        <w:rPr>
          <w:rFonts w:ascii="Times New Roman" w:hAnsi="Times New Roman"/>
        </w:rPr>
      </w:pPr>
      <w:r w:rsidRPr="007D40B3">
        <w:rPr>
          <w:rFonts w:ascii="Times New Roman" w:hAnsi="Times New Roman"/>
        </w:rPr>
        <w:t xml:space="preserve"> nu am </w:t>
      </w:r>
      <w:proofErr w:type="spellStart"/>
      <w:r w:rsidRPr="007D40B3">
        <w:rPr>
          <w:rFonts w:ascii="Times New Roman" w:hAnsi="Times New Roman"/>
        </w:rPr>
        <w:t>drept</w:t>
      </w:r>
      <w:proofErr w:type="spellEnd"/>
      <w:r w:rsidRPr="007D40B3">
        <w:rPr>
          <w:rFonts w:ascii="Times New Roman" w:hAnsi="Times New Roman"/>
        </w:rPr>
        <w:t xml:space="preserve"> </w:t>
      </w:r>
      <w:proofErr w:type="spellStart"/>
      <w:r w:rsidRPr="007D40B3">
        <w:rPr>
          <w:rFonts w:ascii="Times New Roman" w:hAnsi="Times New Roman"/>
        </w:rPr>
        <w:t>membri</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cadrul</w:t>
      </w:r>
      <w:proofErr w:type="spellEnd"/>
      <w:r w:rsidRPr="007D40B3">
        <w:rPr>
          <w:rFonts w:ascii="Times New Roman" w:hAnsi="Times New Roman"/>
        </w:rPr>
        <w:t xml:space="preserve"> </w:t>
      </w:r>
      <w:proofErr w:type="spellStart"/>
      <w:r w:rsidRPr="007D40B3">
        <w:rPr>
          <w:rFonts w:ascii="Times New Roman" w:hAnsi="Times New Roman"/>
        </w:rPr>
        <w:t>consiliului</w:t>
      </w:r>
      <w:proofErr w:type="spellEnd"/>
      <w:r w:rsidRPr="007D40B3">
        <w:rPr>
          <w:rFonts w:ascii="Times New Roman" w:hAnsi="Times New Roman"/>
        </w:rPr>
        <w:t xml:space="preserve"> de </w:t>
      </w:r>
      <w:proofErr w:type="spellStart"/>
      <w:r w:rsidRPr="007D40B3">
        <w:rPr>
          <w:rFonts w:ascii="Times New Roman" w:hAnsi="Times New Roman"/>
        </w:rPr>
        <w:t>administrație</w:t>
      </w:r>
      <w:proofErr w:type="spellEnd"/>
      <w:r w:rsidRPr="007D40B3">
        <w:rPr>
          <w:rFonts w:ascii="Times New Roman" w:hAnsi="Times New Roman"/>
        </w:rPr>
        <w:t>/</w:t>
      </w:r>
      <w:proofErr w:type="spellStart"/>
      <w:r w:rsidRPr="007D40B3">
        <w:rPr>
          <w:rFonts w:ascii="Times New Roman" w:hAnsi="Times New Roman"/>
        </w:rPr>
        <w:t>organul</w:t>
      </w:r>
      <w:proofErr w:type="spellEnd"/>
      <w:r w:rsidRPr="007D40B3">
        <w:rPr>
          <w:rFonts w:ascii="Times New Roman" w:hAnsi="Times New Roman"/>
        </w:rPr>
        <w:t xml:space="preserve"> de </w:t>
      </w:r>
      <w:proofErr w:type="spellStart"/>
      <w:r w:rsidRPr="007D40B3">
        <w:rPr>
          <w:rFonts w:ascii="Times New Roman" w:hAnsi="Times New Roman"/>
        </w:rPr>
        <w:t>conducere</w:t>
      </w:r>
      <w:proofErr w:type="spellEnd"/>
      <w:r w:rsidRPr="007D40B3">
        <w:rPr>
          <w:rFonts w:ascii="Times New Roman" w:hAnsi="Times New Roman"/>
        </w:rPr>
        <w:t xml:space="preserve"> </w:t>
      </w:r>
      <w:proofErr w:type="spellStart"/>
      <w:r w:rsidRPr="007D40B3">
        <w:rPr>
          <w:rFonts w:ascii="Times New Roman" w:hAnsi="Times New Roman"/>
        </w:rPr>
        <w:t>sau</w:t>
      </w:r>
      <w:proofErr w:type="spellEnd"/>
      <w:r w:rsidRPr="007D40B3">
        <w:rPr>
          <w:rFonts w:ascii="Times New Roman" w:hAnsi="Times New Roman"/>
        </w:rPr>
        <w:t xml:space="preserve"> de </w:t>
      </w:r>
      <w:proofErr w:type="spellStart"/>
      <w:r w:rsidRPr="007D40B3">
        <w:rPr>
          <w:rFonts w:ascii="Times New Roman" w:hAnsi="Times New Roman"/>
        </w:rPr>
        <w:t>supervizare</w:t>
      </w:r>
      <w:proofErr w:type="spellEnd"/>
      <w:r w:rsidRPr="007D40B3">
        <w:rPr>
          <w:rFonts w:ascii="Times New Roman" w:hAnsi="Times New Roman"/>
        </w:rPr>
        <w:t xml:space="preserve"> </w:t>
      </w:r>
      <w:proofErr w:type="spellStart"/>
      <w:r w:rsidRPr="007D40B3">
        <w:rPr>
          <w:rFonts w:ascii="Times New Roman" w:hAnsi="Times New Roman"/>
        </w:rPr>
        <w:t>și</w:t>
      </w:r>
      <w:proofErr w:type="spellEnd"/>
      <w:r w:rsidRPr="007D40B3">
        <w:rPr>
          <w:rFonts w:ascii="Times New Roman" w:hAnsi="Times New Roman"/>
        </w:rPr>
        <w:t>/</w:t>
      </w:r>
      <w:proofErr w:type="spellStart"/>
      <w:r w:rsidRPr="007D40B3">
        <w:rPr>
          <w:rFonts w:ascii="Times New Roman" w:hAnsi="Times New Roman"/>
        </w:rPr>
        <w:t>sau</w:t>
      </w:r>
      <w:proofErr w:type="spellEnd"/>
      <w:r w:rsidRPr="007D40B3">
        <w:rPr>
          <w:rFonts w:ascii="Times New Roman" w:hAnsi="Times New Roman"/>
        </w:rPr>
        <w:t xml:space="preserve"> nu am </w:t>
      </w:r>
      <w:proofErr w:type="spellStart"/>
      <w:r w:rsidRPr="007D40B3">
        <w:rPr>
          <w:rFonts w:ascii="Times New Roman" w:hAnsi="Times New Roman"/>
        </w:rPr>
        <w:t>acționari</w:t>
      </w:r>
      <w:proofErr w:type="spellEnd"/>
      <w:r w:rsidRPr="007D40B3">
        <w:rPr>
          <w:rFonts w:ascii="Times New Roman" w:hAnsi="Times New Roman"/>
        </w:rPr>
        <w:t xml:space="preserve"> </w:t>
      </w:r>
      <w:proofErr w:type="spellStart"/>
      <w:r w:rsidRPr="007D40B3">
        <w:rPr>
          <w:rFonts w:ascii="Times New Roman" w:hAnsi="Times New Roman"/>
        </w:rPr>
        <w:t>ori</w:t>
      </w:r>
      <w:proofErr w:type="spellEnd"/>
      <w:r w:rsidRPr="007D40B3">
        <w:rPr>
          <w:rFonts w:ascii="Times New Roman" w:hAnsi="Times New Roman"/>
        </w:rPr>
        <w:t xml:space="preserve"> </w:t>
      </w:r>
      <w:proofErr w:type="spellStart"/>
      <w:r w:rsidRPr="007D40B3">
        <w:rPr>
          <w:rFonts w:ascii="Times New Roman" w:hAnsi="Times New Roman"/>
        </w:rPr>
        <w:t>asociați</w:t>
      </w:r>
      <w:proofErr w:type="spellEnd"/>
      <w:r w:rsidRPr="007D40B3">
        <w:rPr>
          <w:rFonts w:ascii="Times New Roman" w:hAnsi="Times New Roman"/>
        </w:rPr>
        <w:t xml:space="preserve"> </w:t>
      </w:r>
      <w:proofErr w:type="spellStart"/>
      <w:r w:rsidRPr="007D40B3">
        <w:rPr>
          <w:rFonts w:ascii="Times New Roman" w:hAnsi="Times New Roman"/>
        </w:rPr>
        <w:t>semnificativi</w:t>
      </w:r>
      <w:proofErr w:type="spellEnd"/>
      <w:r w:rsidRPr="007D40B3">
        <w:rPr>
          <w:rFonts w:ascii="Times New Roman" w:hAnsi="Times New Roman"/>
        </w:rPr>
        <w:t xml:space="preserve"> </w:t>
      </w:r>
      <w:proofErr w:type="spellStart"/>
      <w:r w:rsidRPr="007D40B3">
        <w:rPr>
          <w:rFonts w:ascii="Times New Roman" w:hAnsi="Times New Roman"/>
        </w:rPr>
        <w:t>persoane</w:t>
      </w:r>
      <w:proofErr w:type="spellEnd"/>
      <w:r w:rsidRPr="007D40B3">
        <w:rPr>
          <w:rFonts w:ascii="Times New Roman" w:hAnsi="Times New Roman"/>
        </w:rPr>
        <w:t xml:space="preserve"> care sunt </w:t>
      </w:r>
      <w:proofErr w:type="spellStart"/>
      <w:r w:rsidRPr="007D40B3">
        <w:rPr>
          <w:rFonts w:ascii="Times New Roman" w:hAnsi="Times New Roman"/>
        </w:rPr>
        <w:t>soț</w:t>
      </w:r>
      <w:proofErr w:type="spellEnd"/>
      <w:r w:rsidRPr="007D40B3">
        <w:rPr>
          <w:rFonts w:ascii="Times New Roman" w:hAnsi="Times New Roman"/>
        </w:rPr>
        <w:t>/</w:t>
      </w:r>
      <w:proofErr w:type="spellStart"/>
      <w:r w:rsidRPr="007D40B3">
        <w:rPr>
          <w:rFonts w:ascii="Times New Roman" w:hAnsi="Times New Roman"/>
        </w:rPr>
        <w:t>soție</w:t>
      </w:r>
      <w:proofErr w:type="spellEnd"/>
      <w:r w:rsidRPr="007D40B3">
        <w:rPr>
          <w:rFonts w:ascii="Times New Roman" w:hAnsi="Times New Roman"/>
        </w:rPr>
        <w:t xml:space="preserve">, </w:t>
      </w:r>
      <w:proofErr w:type="spellStart"/>
      <w:r w:rsidRPr="007D40B3">
        <w:rPr>
          <w:rFonts w:ascii="Times New Roman" w:hAnsi="Times New Roman"/>
        </w:rPr>
        <w:t>rudă</w:t>
      </w:r>
      <w:proofErr w:type="spellEnd"/>
      <w:r w:rsidRPr="007D40B3">
        <w:rPr>
          <w:rFonts w:ascii="Times New Roman" w:hAnsi="Times New Roman"/>
        </w:rPr>
        <w:t xml:space="preserve"> </w:t>
      </w:r>
      <w:proofErr w:type="spellStart"/>
      <w:r w:rsidRPr="007D40B3">
        <w:rPr>
          <w:rFonts w:ascii="Times New Roman" w:hAnsi="Times New Roman"/>
        </w:rPr>
        <w:t>sau</w:t>
      </w:r>
      <w:proofErr w:type="spellEnd"/>
      <w:r w:rsidRPr="007D40B3">
        <w:rPr>
          <w:rFonts w:ascii="Times New Roman" w:hAnsi="Times New Roman"/>
        </w:rPr>
        <w:t xml:space="preserve"> </w:t>
      </w:r>
      <w:proofErr w:type="spellStart"/>
      <w:r w:rsidRPr="007D40B3">
        <w:rPr>
          <w:rFonts w:ascii="Times New Roman" w:hAnsi="Times New Roman"/>
        </w:rPr>
        <w:t>afin</w:t>
      </w:r>
      <w:proofErr w:type="spellEnd"/>
      <w:r w:rsidRPr="007D40B3">
        <w:rPr>
          <w:rFonts w:ascii="Times New Roman" w:hAnsi="Times New Roman"/>
        </w:rPr>
        <w:t xml:space="preserve"> </w:t>
      </w:r>
      <w:proofErr w:type="spellStart"/>
      <w:r w:rsidRPr="007D40B3">
        <w:rPr>
          <w:rFonts w:ascii="Times New Roman" w:hAnsi="Times New Roman"/>
        </w:rPr>
        <w:t>până</w:t>
      </w:r>
      <w:proofErr w:type="spellEnd"/>
      <w:r w:rsidRPr="007D40B3">
        <w:rPr>
          <w:rFonts w:ascii="Times New Roman" w:hAnsi="Times New Roman"/>
        </w:rPr>
        <w:t xml:space="preserve"> la </w:t>
      </w:r>
      <w:proofErr w:type="spellStart"/>
      <w:r w:rsidRPr="007D40B3">
        <w:rPr>
          <w:rFonts w:ascii="Times New Roman" w:hAnsi="Times New Roman"/>
        </w:rPr>
        <w:t>gradul</w:t>
      </w:r>
      <w:proofErr w:type="spellEnd"/>
      <w:r w:rsidRPr="007D40B3">
        <w:rPr>
          <w:rFonts w:ascii="Times New Roman" w:hAnsi="Times New Roman"/>
        </w:rPr>
        <w:t xml:space="preserve"> al </w:t>
      </w:r>
      <w:proofErr w:type="spellStart"/>
      <w:r w:rsidRPr="007D40B3">
        <w:rPr>
          <w:rFonts w:ascii="Times New Roman" w:hAnsi="Times New Roman"/>
        </w:rPr>
        <w:t>doilea</w:t>
      </w:r>
      <w:proofErr w:type="spellEnd"/>
      <w:r w:rsidRPr="007D40B3">
        <w:rPr>
          <w:rFonts w:ascii="Times New Roman" w:hAnsi="Times New Roman"/>
        </w:rPr>
        <w:t xml:space="preserve"> </w:t>
      </w:r>
      <w:proofErr w:type="spellStart"/>
      <w:r w:rsidRPr="007D40B3">
        <w:rPr>
          <w:rFonts w:ascii="Times New Roman" w:hAnsi="Times New Roman"/>
        </w:rPr>
        <w:t>inclusiv</w:t>
      </w:r>
      <w:proofErr w:type="spellEnd"/>
      <w:r w:rsidRPr="007D40B3">
        <w:rPr>
          <w:rFonts w:ascii="Times New Roman" w:hAnsi="Times New Roman"/>
        </w:rPr>
        <w:t xml:space="preserve"> </w:t>
      </w:r>
      <w:proofErr w:type="spellStart"/>
      <w:r w:rsidRPr="007D40B3">
        <w:rPr>
          <w:rFonts w:ascii="Times New Roman" w:hAnsi="Times New Roman"/>
        </w:rPr>
        <w:t>ori</w:t>
      </w:r>
      <w:proofErr w:type="spellEnd"/>
      <w:r w:rsidRPr="007D40B3">
        <w:rPr>
          <w:rFonts w:ascii="Times New Roman" w:hAnsi="Times New Roman"/>
        </w:rPr>
        <w:t xml:space="preserve"> care se </w:t>
      </w:r>
      <w:proofErr w:type="spellStart"/>
      <w:r w:rsidRPr="007D40B3">
        <w:rPr>
          <w:rFonts w:ascii="Times New Roman" w:hAnsi="Times New Roman"/>
        </w:rPr>
        <w:t>află</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relații</w:t>
      </w:r>
      <w:proofErr w:type="spellEnd"/>
      <w:r w:rsidRPr="007D40B3">
        <w:rPr>
          <w:rFonts w:ascii="Times New Roman" w:hAnsi="Times New Roman"/>
        </w:rPr>
        <w:t xml:space="preserve"> </w:t>
      </w:r>
      <w:proofErr w:type="spellStart"/>
      <w:r w:rsidRPr="007D40B3">
        <w:rPr>
          <w:rFonts w:ascii="Times New Roman" w:hAnsi="Times New Roman"/>
        </w:rPr>
        <w:t>comerciale</w:t>
      </w:r>
      <w:proofErr w:type="spellEnd"/>
      <w:r w:rsidRPr="007D40B3">
        <w:rPr>
          <w:rFonts w:ascii="Times New Roman" w:hAnsi="Times New Roman"/>
        </w:rPr>
        <w:t xml:space="preserve"> cu </w:t>
      </w:r>
      <w:proofErr w:type="spellStart"/>
      <w:r w:rsidRPr="007D40B3">
        <w:rPr>
          <w:rFonts w:ascii="Times New Roman" w:hAnsi="Times New Roman"/>
        </w:rPr>
        <w:t>persoane</w:t>
      </w:r>
      <w:proofErr w:type="spellEnd"/>
      <w:r w:rsidRPr="007D40B3">
        <w:rPr>
          <w:rFonts w:ascii="Times New Roman" w:hAnsi="Times New Roman"/>
        </w:rPr>
        <w:t xml:space="preserve"> cu </w:t>
      </w:r>
      <w:proofErr w:type="spellStart"/>
      <w:r w:rsidRPr="007D40B3">
        <w:rPr>
          <w:rFonts w:ascii="Times New Roman" w:hAnsi="Times New Roman"/>
        </w:rPr>
        <w:t>funcții</w:t>
      </w:r>
      <w:proofErr w:type="spellEnd"/>
      <w:r w:rsidRPr="007D40B3">
        <w:rPr>
          <w:rFonts w:ascii="Times New Roman" w:hAnsi="Times New Roman"/>
        </w:rPr>
        <w:t xml:space="preserve"> de </w:t>
      </w:r>
      <w:proofErr w:type="spellStart"/>
      <w:r w:rsidRPr="007D40B3">
        <w:rPr>
          <w:rFonts w:ascii="Times New Roman" w:hAnsi="Times New Roman"/>
        </w:rPr>
        <w:t>decizie</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cadrul</w:t>
      </w:r>
      <w:proofErr w:type="spellEnd"/>
      <w:r w:rsidRPr="007D40B3">
        <w:rPr>
          <w:rFonts w:ascii="Times New Roman" w:hAnsi="Times New Roman"/>
        </w:rPr>
        <w:t xml:space="preserve"> </w:t>
      </w:r>
      <w:proofErr w:type="spellStart"/>
      <w:r w:rsidRPr="007D40B3">
        <w:rPr>
          <w:rFonts w:ascii="Times New Roman" w:hAnsi="Times New Roman"/>
        </w:rPr>
        <w:t>avansate</w:t>
      </w:r>
      <w:proofErr w:type="spellEnd"/>
      <w:r w:rsidRPr="007D40B3">
        <w:rPr>
          <w:rFonts w:ascii="Times New Roman" w:hAnsi="Times New Roman"/>
        </w:rPr>
        <w:t xml:space="preserve"> implicate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procedura</w:t>
      </w:r>
      <w:proofErr w:type="spellEnd"/>
      <w:r w:rsidRPr="007D40B3">
        <w:rPr>
          <w:rFonts w:ascii="Times New Roman" w:hAnsi="Times New Roman"/>
        </w:rPr>
        <w:t xml:space="preserve"> de </w:t>
      </w:r>
      <w:proofErr w:type="spellStart"/>
      <w:r w:rsidRPr="007D40B3">
        <w:rPr>
          <w:rFonts w:ascii="Times New Roman" w:hAnsi="Times New Roman"/>
        </w:rPr>
        <w:t>atribuire</w:t>
      </w:r>
      <w:proofErr w:type="spellEnd"/>
      <w:r w:rsidRPr="007D40B3">
        <w:rPr>
          <w:rFonts w:ascii="Times New Roman" w:hAnsi="Times New Roman"/>
        </w:rPr>
        <w:t>;</w:t>
      </w:r>
      <w:bookmarkStart w:id="28" w:name="bookmark528"/>
      <w:bookmarkEnd w:id="28"/>
    </w:p>
    <w:p w14:paraId="6E1A97A7" w14:textId="77777777" w:rsidR="004C684C" w:rsidRPr="007D40B3" w:rsidRDefault="004C684C" w:rsidP="004C684C">
      <w:pPr>
        <w:pStyle w:val="Corptext"/>
        <w:widowControl w:val="0"/>
        <w:numPr>
          <w:ilvl w:val="0"/>
          <w:numId w:val="21"/>
        </w:numPr>
        <w:tabs>
          <w:tab w:val="left" w:pos="331"/>
          <w:tab w:val="left" w:leader="dot" w:pos="2801"/>
        </w:tabs>
        <w:spacing w:after="0"/>
        <w:jc w:val="both"/>
        <w:rPr>
          <w:rFonts w:ascii="Times New Roman" w:hAnsi="Times New Roman"/>
        </w:rPr>
      </w:pPr>
      <w:r w:rsidRPr="007D40B3">
        <w:rPr>
          <w:rFonts w:ascii="Times New Roman" w:hAnsi="Times New Roman"/>
        </w:rPr>
        <w:t xml:space="preserve"> nu am </w:t>
      </w:r>
      <w:proofErr w:type="spellStart"/>
      <w:r w:rsidRPr="007D40B3">
        <w:rPr>
          <w:rFonts w:ascii="Times New Roman" w:hAnsi="Times New Roman"/>
        </w:rPr>
        <w:t>nominalizat</w:t>
      </w:r>
      <w:proofErr w:type="spellEnd"/>
      <w:r w:rsidRPr="007D40B3">
        <w:rPr>
          <w:rFonts w:ascii="Times New Roman" w:hAnsi="Times New Roman"/>
        </w:rPr>
        <w:t xml:space="preserve"> </w:t>
      </w:r>
      <w:proofErr w:type="spellStart"/>
      <w:r w:rsidRPr="007D40B3">
        <w:rPr>
          <w:rFonts w:ascii="Times New Roman" w:hAnsi="Times New Roman"/>
        </w:rPr>
        <w:t>printre</w:t>
      </w:r>
      <w:proofErr w:type="spellEnd"/>
      <w:r w:rsidRPr="007D40B3">
        <w:rPr>
          <w:rFonts w:ascii="Times New Roman" w:hAnsi="Times New Roman"/>
        </w:rPr>
        <w:t xml:space="preserve"> </w:t>
      </w:r>
      <w:proofErr w:type="spellStart"/>
      <w:r w:rsidRPr="007D40B3">
        <w:rPr>
          <w:rFonts w:ascii="Times New Roman" w:hAnsi="Times New Roman"/>
        </w:rPr>
        <w:t>principalele</w:t>
      </w:r>
      <w:proofErr w:type="spellEnd"/>
      <w:r w:rsidRPr="007D40B3">
        <w:rPr>
          <w:rFonts w:ascii="Times New Roman" w:hAnsi="Times New Roman"/>
        </w:rPr>
        <w:t xml:space="preserve"> </w:t>
      </w:r>
      <w:proofErr w:type="spellStart"/>
      <w:r w:rsidRPr="007D40B3">
        <w:rPr>
          <w:rFonts w:ascii="Times New Roman" w:hAnsi="Times New Roman"/>
        </w:rPr>
        <w:t>persoane</w:t>
      </w:r>
      <w:proofErr w:type="spellEnd"/>
      <w:r w:rsidRPr="007D40B3">
        <w:rPr>
          <w:rFonts w:ascii="Times New Roman" w:hAnsi="Times New Roman"/>
        </w:rPr>
        <w:t xml:space="preserve"> </w:t>
      </w:r>
      <w:proofErr w:type="spellStart"/>
      <w:r w:rsidRPr="007D40B3">
        <w:rPr>
          <w:rFonts w:ascii="Times New Roman" w:hAnsi="Times New Roman"/>
        </w:rPr>
        <w:t>desemnate</w:t>
      </w:r>
      <w:proofErr w:type="spellEnd"/>
      <w:r w:rsidRPr="007D40B3">
        <w:rPr>
          <w:rFonts w:ascii="Times New Roman" w:hAnsi="Times New Roman"/>
        </w:rPr>
        <w:t xml:space="preserve"> </w:t>
      </w:r>
      <w:proofErr w:type="spellStart"/>
      <w:r w:rsidRPr="007D40B3">
        <w:rPr>
          <w:rFonts w:ascii="Times New Roman" w:hAnsi="Times New Roman"/>
        </w:rPr>
        <w:t>pentru</w:t>
      </w:r>
      <w:proofErr w:type="spellEnd"/>
      <w:r w:rsidRPr="007D40B3">
        <w:rPr>
          <w:rFonts w:ascii="Times New Roman" w:hAnsi="Times New Roman"/>
        </w:rPr>
        <w:t xml:space="preserve"> </w:t>
      </w:r>
      <w:proofErr w:type="spellStart"/>
      <w:r w:rsidRPr="007D40B3">
        <w:rPr>
          <w:rFonts w:ascii="Times New Roman" w:hAnsi="Times New Roman"/>
        </w:rPr>
        <w:t>executarea</w:t>
      </w:r>
      <w:proofErr w:type="spellEnd"/>
      <w:r w:rsidRPr="007D40B3">
        <w:rPr>
          <w:rFonts w:ascii="Times New Roman" w:hAnsi="Times New Roman"/>
        </w:rPr>
        <w:t xml:space="preserve"> </w:t>
      </w:r>
      <w:proofErr w:type="spellStart"/>
      <w:r w:rsidRPr="007D40B3">
        <w:rPr>
          <w:rFonts w:ascii="Times New Roman" w:hAnsi="Times New Roman"/>
        </w:rPr>
        <w:t>contractului</w:t>
      </w:r>
      <w:proofErr w:type="spellEnd"/>
      <w:r w:rsidRPr="007D40B3">
        <w:rPr>
          <w:rFonts w:ascii="Times New Roman" w:hAnsi="Times New Roman"/>
        </w:rPr>
        <w:t xml:space="preserve"> </w:t>
      </w:r>
      <w:proofErr w:type="spellStart"/>
      <w:r w:rsidRPr="007D40B3">
        <w:rPr>
          <w:rFonts w:ascii="Times New Roman" w:hAnsi="Times New Roman"/>
        </w:rPr>
        <w:t>persoane</w:t>
      </w:r>
      <w:proofErr w:type="spellEnd"/>
      <w:r w:rsidRPr="007D40B3">
        <w:rPr>
          <w:rFonts w:ascii="Times New Roman" w:hAnsi="Times New Roman"/>
        </w:rPr>
        <w:t xml:space="preserve"> care sunt </w:t>
      </w:r>
      <w:proofErr w:type="spellStart"/>
      <w:r w:rsidRPr="007D40B3">
        <w:rPr>
          <w:rFonts w:ascii="Times New Roman" w:hAnsi="Times New Roman"/>
        </w:rPr>
        <w:t>soț</w:t>
      </w:r>
      <w:proofErr w:type="spellEnd"/>
      <w:r w:rsidRPr="007D40B3">
        <w:rPr>
          <w:rFonts w:ascii="Times New Roman" w:hAnsi="Times New Roman"/>
        </w:rPr>
        <w:t>/</w:t>
      </w:r>
      <w:proofErr w:type="spellStart"/>
      <w:r w:rsidRPr="007D40B3">
        <w:rPr>
          <w:rFonts w:ascii="Times New Roman" w:hAnsi="Times New Roman"/>
        </w:rPr>
        <w:t>soție</w:t>
      </w:r>
      <w:proofErr w:type="spellEnd"/>
      <w:r w:rsidRPr="007D40B3">
        <w:rPr>
          <w:rFonts w:ascii="Times New Roman" w:hAnsi="Times New Roman"/>
        </w:rPr>
        <w:t xml:space="preserve">, </w:t>
      </w:r>
      <w:proofErr w:type="spellStart"/>
      <w:r w:rsidRPr="007D40B3">
        <w:rPr>
          <w:rFonts w:ascii="Times New Roman" w:hAnsi="Times New Roman"/>
        </w:rPr>
        <w:t>rudă</w:t>
      </w:r>
      <w:proofErr w:type="spellEnd"/>
      <w:r w:rsidRPr="007D40B3">
        <w:rPr>
          <w:rFonts w:ascii="Times New Roman" w:hAnsi="Times New Roman"/>
        </w:rPr>
        <w:t xml:space="preserve"> </w:t>
      </w:r>
      <w:proofErr w:type="spellStart"/>
      <w:r w:rsidRPr="007D40B3">
        <w:rPr>
          <w:rFonts w:ascii="Times New Roman" w:hAnsi="Times New Roman"/>
        </w:rPr>
        <w:t>sau</w:t>
      </w:r>
      <w:proofErr w:type="spellEnd"/>
      <w:r w:rsidRPr="007D40B3">
        <w:rPr>
          <w:rFonts w:ascii="Times New Roman" w:hAnsi="Times New Roman"/>
        </w:rPr>
        <w:t xml:space="preserve"> </w:t>
      </w:r>
      <w:proofErr w:type="spellStart"/>
      <w:r w:rsidRPr="007D40B3">
        <w:rPr>
          <w:rFonts w:ascii="Times New Roman" w:hAnsi="Times New Roman"/>
        </w:rPr>
        <w:t>afin</w:t>
      </w:r>
      <w:proofErr w:type="spellEnd"/>
      <w:r w:rsidRPr="007D40B3">
        <w:rPr>
          <w:rFonts w:ascii="Times New Roman" w:hAnsi="Times New Roman"/>
        </w:rPr>
        <w:t xml:space="preserve"> </w:t>
      </w:r>
      <w:proofErr w:type="spellStart"/>
      <w:r w:rsidRPr="007D40B3">
        <w:rPr>
          <w:rFonts w:ascii="Times New Roman" w:hAnsi="Times New Roman"/>
        </w:rPr>
        <w:t>până</w:t>
      </w:r>
      <w:proofErr w:type="spellEnd"/>
      <w:r w:rsidRPr="007D40B3">
        <w:rPr>
          <w:rFonts w:ascii="Times New Roman" w:hAnsi="Times New Roman"/>
        </w:rPr>
        <w:t xml:space="preserve"> la </w:t>
      </w:r>
      <w:proofErr w:type="spellStart"/>
      <w:r w:rsidRPr="007D40B3">
        <w:rPr>
          <w:rFonts w:ascii="Times New Roman" w:hAnsi="Times New Roman"/>
        </w:rPr>
        <w:t>gradul</w:t>
      </w:r>
      <w:proofErr w:type="spellEnd"/>
      <w:r w:rsidRPr="007D40B3">
        <w:rPr>
          <w:rFonts w:ascii="Times New Roman" w:hAnsi="Times New Roman"/>
        </w:rPr>
        <w:t xml:space="preserve"> al </w:t>
      </w:r>
      <w:proofErr w:type="spellStart"/>
      <w:r w:rsidRPr="007D40B3">
        <w:rPr>
          <w:rFonts w:ascii="Times New Roman" w:hAnsi="Times New Roman"/>
        </w:rPr>
        <w:t>doilea</w:t>
      </w:r>
      <w:proofErr w:type="spellEnd"/>
      <w:r w:rsidRPr="007D40B3">
        <w:rPr>
          <w:rFonts w:ascii="Times New Roman" w:hAnsi="Times New Roman"/>
        </w:rPr>
        <w:t xml:space="preserve"> </w:t>
      </w:r>
      <w:proofErr w:type="spellStart"/>
      <w:r w:rsidRPr="007D40B3">
        <w:rPr>
          <w:rFonts w:ascii="Times New Roman" w:hAnsi="Times New Roman"/>
        </w:rPr>
        <w:t>inclusiv</w:t>
      </w:r>
      <w:proofErr w:type="spellEnd"/>
      <w:r w:rsidRPr="007D40B3">
        <w:rPr>
          <w:rFonts w:ascii="Times New Roman" w:hAnsi="Times New Roman"/>
        </w:rPr>
        <w:t xml:space="preserve"> </w:t>
      </w:r>
      <w:proofErr w:type="spellStart"/>
      <w:r w:rsidRPr="007D40B3">
        <w:rPr>
          <w:rFonts w:ascii="Times New Roman" w:hAnsi="Times New Roman"/>
        </w:rPr>
        <w:t>ori</w:t>
      </w:r>
      <w:proofErr w:type="spellEnd"/>
      <w:r w:rsidRPr="007D40B3">
        <w:rPr>
          <w:rFonts w:ascii="Times New Roman" w:hAnsi="Times New Roman"/>
        </w:rPr>
        <w:t xml:space="preserve"> care se </w:t>
      </w:r>
      <w:proofErr w:type="spellStart"/>
      <w:r w:rsidRPr="007D40B3">
        <w:rPr>
          <w:rFonts w:ascii="Times New Roman" w:hAnsi="Times New Roman"/>
        </w:rPr>
        <w:t>află</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relații</w:t>
      </w:r>
      <w:proofErr w:type="spellEnd"/>
      <w:r w:rsidRPr="007D40B3">
        <w:rPr>
          <w:rFonts w:ascii="Times New Roman" w:hAnsi="Times New Roman"/>
        </w:rPr>
        <w:t xml:space="preserve"> </w:t>
      </w:r>
      <w:proofErr w:type="spellStart"/>
      <w:r w:rsidRPr="007D40B3">
        <w:rPr>
          <w:rFonts w:ascii="Times New Roman" w:hAnsi="Times New Roman"/>
        </w:rPr>
        <w:t>comerciale</w:t>
      </w:r>
      <w:proofErr w:type="spellEnd"/>
      <w:r w:rsidRPr="007D40B3">
        <w:rPr>
          <w:rFonts w:ascii="Times New Roman" w:hAnsi="Times New Roman"/>
        </w:rPr>
        <w:t xml:space="preserve"> cu </w:t>
      </w:r>
      <w:proofErr w:type="spellStart"/>
      <w:r w:rsidRPr="007D40B3">
        <w:rPr>
          <w:rFonts w:ascii="Times New Roman" w:hAnsi="Times New Roman"/>
        </w:rPr>
        <w:t>persoane</w:t>
      </w:r>
      <w:proofErr w:type="spellEnd"/>
      <w:r w:rsidRPr="007D40B3">
        <w:rPr>
          <w:rFonts w:ascii="Times New Roman" w:hAnsi="Times New Roman"/>
        </w:rPr>
        <w:t xml:space="preserve"> cu </w:t>
      </w:r>
      <w:proofErr w:type="spellStart"/>
      <w:r w:rsidRPr="007D40B3">
        <w:rPr>
          <w:rFonts w:ascii="Times New Roman" w:hAnsi="Times New Roman"/>
        </w:rPr>
        <w:t>funcții</w:t>
      </w:r>
      <w:proofErr w:type="spellEnd"/>
      <w:r w:rsidRPr="007D40B3">
        <w:rPr>
          <w:rFonts w:ascii="Times New Roman" w:hAnsi="Times New Roman"/>
        </w:rPr>
        <w:t xml:space="preserve"> de </w:t>
      </w:r>
      <w:proofErr w:type="spellStart"/>
      <w:r w:rsidRPr="007D40B3">
        <w:rPr>
          <w:rFonts w:ascii="Times New Roman" w:hAnsi="Times New Roman"/>
        </w:rPr>
        <w:t>decizie</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cadrul</w:t>
      </w:r>
      <w:proofErr w:type="spellEnd"/>
      <w:r w:rsidRPr="007D40B3">
        <w:rPr>
          <w:rFonts w:ascii="Times New Roman" w:hAnsi="Times New Roman"/>
        </w:rPr>
        <w:t xml:space="preserve"> implicate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procedura</w:t>
      </w:r>
      <w:proofErr w:type="spellEnd"/>
      <w:r w:rsidRPr="007D40B3">
        <w:rPr>
          <w:rFonts w:ascii="Times New Roman" w:hAnsi="Times New Roman"/>
        </w:rPr>
        <w:t xml:space="preserve"> de </w:t>
      </w:r>
      <w:proofErr w:type="spellStart"/>
      <w:r w:rsidRPr="007D40B3">
        <w:rPr>
          <w:rFonts w:ascii="Times New Roman" w:hAnsi="Times New Roman"/>
        </w:rPr>
        <w:t>atribuire</w:t>
      </w:r>
      <w:proofErr w:type="spellEnd"/>
      <w:r w:rsidRPr="007D40B3">
        <w:rPr>
          <w:rFonts w:ascii="Times New Roman" w:hAnsi="Times New Roman"/>
        </w:rPr>
        <w:t>.</w:t>
      </w:r>
    </w:p>
    <w:p w14:paraId="0D38C22E" w14:textId="77777777" w:rsidR="004C684C" w:rsidRPr="007D40B3" w:rsidRDefault="004C684C" w:rsidP="004C684C">
      <w:pPr>
        <w:pStyle w:val="Corptext"/>
        <w:widowControl w:val="0"/>
        <w:numPr>
          <w:ilvl w:val="0"/>
          <w:numId w:val="20"/>
        </w:numPr>
        <w:tabs>
          <w:tab w:val="left" w:pos="283"/>
          <w:tab w:val="left" w:pos="540"/>
          <w:tab w:val="right" w:leader="dot" w:pos="3971"/>
          <w:tab w:val="left" w:pos="4104"/>
        </w:tabs>
        <w:spacing w:after="0"/>
        <w:rPr>
          <w:rFonts w:ascii="Times New Roman" w:hAnsi="Times New Roman"/>
        </w:rPr>
      </w:pPr>
      <w:bookmarkStart w:id="29" w:name="bookmark529"/>
      <w:bookmarkEnd w:id="29"/>
      <w:r w:rsidRPr="007D40B3">
        <w:rPr>
          <w:rFonts w:ascii="Times New Roman" w:hAnsi="Times New Roman"/>
        </w:rPr>
        <w:t xml:space="preserve">Subsemnatul/a, </w:t>
      </w:r>
      <w:r w:rsidRPr="007D40B3">
        <w:rPr>
          <w:rFonts w:ascii="Times New Roman" w:hAnsi="Times New Roman"/>
        </w:rPr>
        <w:tab/>
        <w:t xml:space="preserve">, </w:t>
      </w:r>
      <w:proofErr w:type="spellStart"/>
      <w:r w:rsidRPr="007D40B3">
        <w:rPr>
          <w:rFonts w:ascii="Times New Roman" w:hAnsi="Times New Roman"/>
        </w:rPr>
        <w:t>declar</w:t>
      </w:r>
      <w:proofErr w:type="spellEnd"/>
      <w:r w:rsidRPr="007D40B3">
        <w:rPr>
          <w:rFonts w:ascii="Times New Roman" w:hAnsi="Times New Roman"/>
        </w:rPr>
        <w:tab/>
      </w:r>
      <w:proofErr w:type="spellStart"/>
      <w:r w:rsidRPr="007D40B3">
        <w:rPr>
          <w:rFonts w:ascii="Times New Roman" w:hAnsi="Times New Roman"/>
        </w:rPr>
        <w:t>că</w:t>
      </w:r>
      <w:proofErr w:type="spellEnd"/>
      <w:r w:rsidRPr="007D40B3">
        <w:rPr>
          <w:rFonts w:ascii="Times New Roman" w:hAnsi="Times New Roman"/>
        </w:rPr>
        <w:t xml:space="preserve"> </w:t>
      </w:r>
      <w:proofErr w:type="spellStart"/>
      <w:r w:rsidRPr="007D40B3">
        <w:rPr>
          <w:rFonts w:ascii="Times New Roman" w:hAnsi="Times New Roman"/>
        </w:rPr>
        <w:t>voi</w:t>
      </w:r>
      <w:proofErr w:type="spellEnd"/>
      <w:r w:rsidRPr="007D40B3">
        <w:rPr>
          <w:rFonts w:ascii="Times New Roman" w:hAnsi="Times New Roman"/>
        </w:rPr>
        <w:t xml:space="preserve"> </w:t>
      </w:r>
      <w:proofErr w:type="spellStart"/>
      <w:r w:rsidRPr="007D40B3">
        <w:rPr>
          <w:rFonts w:ascii="Times New Roman" w:hAnsi="Times New Roman"/>
        </w:rPr>
        <w:t>informa</w:t>
      </w:r>
      <w:proofErr w:type="spellEnd"/>
      <w:r w:rsidRPr="007D40B3">
        <w:rPr>
          <w:rFonts w:ascii="Times New Roman" w:hAnsi="Times New Roman"/>
        </w:rPr>
        <w:t xml:space="preserve"> </w:t>
      </w:r>
      <w:proofErr w:type="spellStart"/>
      <w:r w:rsidRPr="007D40B3">
        <w:rPr>
          <w:rFonts w:ascii="Times New Roman" w:hAnsi="Times New Roman"/>
        </w:rPr>
        <w:t>imediat</w:t>
      </w:r>
      <w:proofErr w:type="spellEnd"/>
      <w:r w:rsidRPr="007D40B3">
        <w:rPr>
          <w:rFonts w:ascii="Times New Roman" w:hAnsi="Times New Roman"/>
        </w:rPr>
        <w:t xml:space="preserve"> </w:t>
      </w:r>
      <w:proofErr w:type="spellStart"/>
      <w:r w:rsidRPr="007D40B3">
        <w:rPr>
          <w:rFonts w:ascii="Times New Roman" w:hAnsi="Times New Roman"/>
        </w:rPr>
        <w:t>Autoritatea</w:t>
      </w:r>
      <w:proofErr w:type="spellEnd"/>
      <w:r w:rsidRPr="007D40B3">
        <w:rPr>
          <w:rFonts w:ascii="Times New Roman" w:hAnsi="Times New Roman"/>
        </w:rPr>
        <w:t xml:space="preserve"> </w:t>
      </w:r>
      <w:proofErr w:type="spellStart"/>
      <w:r w:rsidRPr="007D40B3">
        <w:rPr>
          <w:rFonts w:ascii="Times New Roman" w:hAnsi="Times New Roman"/>
        </w:rPr>
        <w:t>Contractantă</w:t>
      </w:r>
      <w:proofErr w:type="spellEnd"/>
      <w:r w:rsidRPr="007D40B3">
        <w:rPr>
          <w:rFonts w:ascii="Times New Roman" w:hAnsi="Times New Roman"/>
        </w:rPr>
        <w:t xml:space="preserve"> </w:t>
      </w:r>
      <w:proofErr w:type="spellStart"/>
      <w:r w:rsidRPr="007D40B3">
        <w:rPr>
          <w:rFonts w:ascii="Times New Roman" w:hAnsi="Times New Roman"/>
        </w:rPr>
        <w:t>dacă</w:t>
      </w:r>
      <w:proofErr w:type="spellEnd"/>
      <w:r w:rsidRPr="007D40B3">
        <w:rPr>
          <w:rFonts w:ascii="Times New Roman" w:hAnsi="Times New Roman"/>
        </w:rPr>
        <w:t xml:space="preserve"> </w:t>
      </w:r>
      <w:proofErr w:type="spellStart"/>
      <w:r w:rsidRPr="007D40B3">
        <w:rPr>
          <w:rFonts w:ascii="Times New Roman" w:hAnsi="Times New Roman"/>
        </w:rPr>
        <w:t>vor</w:t>
      </w:r>
      <w:proofErr w:type="spellEnd"/>
      <w:r w:rsidRPr="007D40B3">
        <w:rPr>
          <w:rFonts w:ascii="Times New Roman" w:hAnsi="Times New Roman"/>
        </w:rPr>
        <w:t xml:space="preserve"> </w:t>
      </w:r>
      <w:proofErr w:type="spellStart"/>
      <w:r w:rsidRPr="007D40B3">
        <w:rPr>
          <w:rFonts w:ascii="Times New Roman" w:hAnsi="Times New Roman"/>
        </w:rPr>
        <w:t>interveni</w:t>
      </w:r>
      <w:proofErr w:type="spellEnd"/>
    </w:p>
    <w:p w14:paraId="557E1063" w14:textId="77777777" w:rsidR="004C684C" w:rsidRPr="007D40B3" w:rsidRDefault="004C684C" w:rsidP="004C684C">
      <w:pPr>
        <w:pStyle w:val="Corptext"/>
        <w:spacing w:after="0"/>
        <w:jc w:val="both"/>
        <w:rPr>
          <w:rFonts w:ascii="Times New Roman" w:hAnsi="Times New Roman"/>
        </w:rPr>
      </w:pPr>
      <w:proofErr w:type="spellStart"/>
      <w:r w:rsidRPr="007D40B3">
        <w:rPr>
          <w:rFonts w:ascii="Times New Roman" w:hAnsi="Times New Roman"/>
        </w:rPr>
        <w:t>modificări</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prezenta</w:t>
      </w:r>
      <w:proofErr w:type="spellEnd"/>
      <w:r w:rsidRPr="007D40B3">
        <w:rPr>
          <w:rFonts w:ascii="Times New Roman" w:hAnsi="Times New Roman"/>
        </w:rPr>
        <w:t xml:space="preserve"> </w:t>
      </w:r>
      <w:proofErr w:type="spellStart"/>
      <w:r w:rsidRPr="007D40B3">
        <w:rPr>
          <w:rFonts w:ascii="Times New Roman" w:hAnsi="Times New Roman"/>
        </w:rPr>
        <w:t>declarație</w:t>
      </w:r>
      <w:proofErr w:type="spellEnd"/>
      <w:r w:rsidRPr="007D40B3">
        <w:rPr>
          <w:rFonts w:ascii="Times New Roman" w:hAnsi="Times New Roman"/>
        </w:rPr>
        <w:t xml:space="preserve"> la </w:t>
      </w:r>
      <w:proofErr w:type="spellStart"/>
      <w:r w:rsidRPr="007D40B3">
        <w:rPr>
          <w:rFonts w:ascii="Times New Roman" w:hAnsi="Times New Roman"/>
        </w:rPr>
        <w:t>orice</w:t>
      </w:r>
      <w:proofErr w:type="spellEnd"/>
      <w:r w:rsidRPr="007D40B3">
        <w:rPr>
          <w:rFonts w:ascii="Times New Roman" w:hAnsi="Times New Roman"/>
        </w:rPr>
        <w:t xml:space="preserve"> </w:t>
      </w:r>
      <w:proofErr w:type="spellStart"/>
      <w:r w:rsidRPr="007D40B3">
        <w:rPr>
          <w:rFonts w:ascii="Times New Roman" w:hAnsi="Times New Roman"/>
        </w:rPr>
        <w:t>punct</w:t>
      </w:r>
      <w:proofErr w:type="spellEnd"/>
      <w:r w:rsidRPr="007D40B3">
        <w:rPr>
          <w:rFonts w:ascii="Times New Roman" w:hAnsi="Times New Roman"/>
        </w:rPr>
        <w:t xml:space="preserve"> pe </w:t>
      </w:r>
      <w:proofErr w:type="spellStart"/>
      <w:r w:rsidRPr="007D40B3">
        <w:rPr>
          <w:rFonts w:ascii="Times New Roman" w:hAnsi="Times New Roman"/>
        </w:rPr>
        <w:t>parcursul</w:t>
      </w:r>
      <w:proofErr w:type="spellEnd"/>
      <w:r w:rsidRPr="007D40B3">
        <w:rPr>
          <w:rFonts w:ascii="Times New Roman" w:hAnsi="Times New Roman"/>
        </w:rPr>
        <w:t xml:space="preserve"> </w:t>
      </w:r>
      <w:proofErr w:type="spellStart"/>
      <w:r w:rsidRPr="007D40B3">
        <w:rPr>
          <w:rFonts w:ascii="Times New Roman" w:hAnsi="Times New Roman"/>
        </w:rPr>
        <w:t>derulării</w:t>
      </w:r>
      <w:proofErr w:type="spellEnd"/>
      <w:r w:rsidRPr="007D40B3">
        <w:rPr>
          <w:rFonts w:ascii="Times New Roman" w:hAnsi="Times New Roman"/>
        </w:rPr>
        <w:t xml:space="preserve"> </w:t>
      </w:r>
      <w:proofErr w:type="spellStart"/>
      <w:r w:rsidRPr="007D40B3">
        <w:rPr>
          <w:rFonts w:ascii="Times New Roman" w:hAnsi="Times New Roman"/>
        </w:rPr>
        <w:t>procedurii</w:t>
      </w:r>
      <w:proofErr w:type="spellEnd"/>
      <w:r w:rsidRPr="007D40B3">
        <w:rPr>
          <w:rFonts w:ascii="Times New Roman" w:hAnsi="Times New Roman"/>
        </w:rPr>
        <w:t xml:space="preserve"> de </w:t>
      </w:r>
      <w:proofErr w:type="spellStart"/>
      <w:r w:rsidRPr="007D40B3">
        <w:rPr>
          <w:rFonts w:ascii="Times New Roman" w:hAnsi="Times New Roman"/>
        </w:rPr>
        <w:t>atribuire</w:t>
      </w:r>
      <w:proofErr w:type="spellEnd"/>
      <w:r w:rsidRPr="007D40B3">
        <w:rPr>
          <w:rFonts w:ascii="Times New Roman" w:hAnsi="Times New Roman"/>
        </w:rPr>
        <w:t xml:space="preserve"> a </w:t>
      </w:r>
      <w:proofErr w:type="spellStart"/>
      <w:r w:rsidRPr="007D40B3">
        <w:rPr>
          <w:rFonts w:ascii="Times New Roman" w:hAnsi="Times New Roman"/>
        </w:rPr>
        <w:t>contractului</w:t>
      </w:r>
      <w:proofErr w:type="spellEnd"/>
      <w:r w:rsidRPr="007D40B3">
        <w:rPr>
          <w:rFonts w:ascii="Times New Roman" w:hAnsi="Times New Roman"/>
        </w:rPr>
        <w:t xml:space="preserve"> de </w:t>
      </w:r>
      <w:proofErr w:type="spellStart"/>
      <w:r w:rsidRPr="007D40B3">
        <w:rPr>
          <w:rFonts w:ascii="Times New Roman" w:hAnsi="Times New Roman"/>
        </w:rPr>
        <w:t>achiziție</w:t>
      </w:r>
      <w:proofErr w:type="spellEnd"/>
      <w:r w:rsidRPr="007D40B3">
        <w:rPr>
          <w:rFonts w:ascii="Times New Roman" w:hAnsi="Times New Roman"/>
        </w:rPr>
        <w:t xml:space="preserve"> </w:t>
      </w:r>
      <w:proofErr w:type="spellStart"/>
      <w:r w:rsidRPr="007D40B3">
        <w:rPr>
          <w:rFonts w:ascii="Times New Roman" w:hAnsi="Times New Roman"/>
        </w:rPr>
        <w:t>publică</w:t>
      </w:r>
      <w:proofErr w:type="spellEnd"/>
      <w:r w:rsidRPr="007D40B3">
        <w:rPr>
          <w:rFonts w:ascii="Times New Roman" w:hAnsi="Times New Roman"/>
        </w:rPr>
        <w:t xml:space="preserve"> </w:t>
      </w:r>
      <w:proofErr w:type="spellStart"/>
      <w:r w:rsidRPr="007D40B3">
        <w:rPr>
          <w:rFonts w:ascii="Times New Roman" w:hAnsi="Times New Roman"/>
        </w:rPr>
        <w:t>sau</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cazul</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care </w:t>
      </w:r>
      <w:proofErr w:type="spellStart"/>
      <w:r w:rsidRPr="007D40B3">
        <w:rPr>
          <w:rFonts w:ascii="Times New Roman" w:hAnsi="Times New Roman"/>
        </w:rPr>
        <w:t>vom</w:t>
      </w:r>
      <w:proofErr w:type="spellEnd"/>
      <w:r w:rsidRPr="007D40B3">
        <w:rPr>
          <w:rFonts w:ascii="Times New Roman" w:hAnsi="Times New Roman"/>
        </w:rPr>
        <w:t xml:space="preserve"> fi </w:t>
      </w:r>
      <w:proofErr w:type="spellStart"/>
      <w:r w:rsidRPr="007D40B3">
        <w:rPr>
          <w:rFonts w:ascii="Times New Roman" w:hAnsi="Times New Roman"/>
        </w:rPr>
        <w:t>desemnați</w:t>
      </w:r>
      <w:proofErr w:type="spellEnd"/>
      <w:r w:rsidRPr="007D40B3">
        <w:rPr>
          <w:rFonts w:ascii="Times New Roman" w:hAnsi="Times New Roman"/>
        </w:rPr>
        <w:t xml:space="preserve"> </w:t>
      </w:r>
      <w:proofErr w:type="spellStart"/>
      <w:r w:rsidRPr="007D40B3">
        <w:rPr>
          <w:rFonts w:ascii="Times New Roman" w:hAnsi="Times New Roman"/>
        </w:rPr>
        <w:t>câștigători</w:t>
      </w:r>
      <w:proofErr w:type="spellEnd"/>
      <w:r w:rsidRPr="007D40B3">
        <w:rPr>
          <w:rFonts w:ascii="Times New Roman" w:hAnsi="Times New Roman"/>
        </w:rPr>
        <w:t xml:space="preserve">, pe </w:t>
      </w:r>
      <w:proofErr w:type="spellStart"/>
      <w:r w:rsidRPr="007D40B3">
        <w:rPr>
          <w:rFonts w:ascii="Times New Roman" w:hAnsi="Times New Roman"/>
        </w:rPr>
        <w:t>parcursul</w:t>
      </w:r>
      <w:proofErr w:type="spellEnd"/>
      <w:r w:rsidRPr="007D40B3">
        <w:rPr>
          <w:rFonts w:ascii="Times New Roman" w:hAnsi="Times New Roman"/>
        </w:rPr>
        <w:t xml:space="preserve"> </w:t>
      </w:r>
      <w:proofErr w:type="spellStart"/>
      <w:r w:rsidRPr="007D40B3">
        <w:rPr>
          <w:rFonts w:ascii="Times New Roman" w:hAnsi="Times New Roman"/>
        </w:rPr>
        <w:t>derulării</w:t>
      </w:r>
      <w:proofErr w:type="spellEnd"/>
      <w:r w:rsidRPr="007D40B3">
        <w:rPr>
          <w:rFonts w:ascii="Times New Roman" w:hAnsi="Times New Roman"/>
        </w:rPr>
        <w:t xml:space="preserve"> </w:t>
      </w:r>
      <w:proofErr w:type="spellStart"/>
      <w:r w:rsidRPr="007D40B3">
        <w:rPr>
          <w:rFonts w:ascii="Times New Roman" w:hAnsi="Times New Roman"/>
        </w:rPr>
        <w:t>contractului</w:t>
      </w:r>
      <w:proofErr w:type="spellEnd"/>
      <w:r w:rsidRPr="007D40B3">
        <w:rPr>
          <w:rFonts w:ascii="Times New Roman" w:hAnsi="Times New Roman"/>
        </w:rPr>
        <w:t xml:space="preserve"> de </w:t>
      </w:r>
      <w:proofErr w:type="spellStart"/>
      <w:r w:rsidRPr="007D40B3">
        <w:rPr>
          <w:rFonts w:ascii="Times New Roman" w:hAnsi="Times New Roman"/>
        </w:rPr>
        <w:t>achiziție</w:t>
      </w:r>
      <w:proofErr w:type="spellEnd"/>
      <w:r w:rsidRPr="007D40B3">
        <w:rPr>
          <w:rFonts w:ascii="Times New Roman" w:hAnsi="Times New Roman"/>
        </w:rPr>
        <w:t xml:space="preserve"> </w:t>
      </w:r>
      <w:proofErr w:type="spellStart"/>
      <w:r w:rsidRPr="007D40B3">
        <w:rPr>
          <w:rFonts w:ascii="Times New Roman" w:hAnsi="Times New Roman"/>
        </w:rPr>
        <w:t>publică</w:t>
      </w:r>
      <w:proofErr w:type="spellEnd"/>
      <w:r w:rsidRPr="007D40B3">
        <w:rPr>
          <w:rFonts w:ascii="Times New Roman" w:hAnsi="Times New Roman"/>
        </w:rPr>
        <w:t>.</w:t>
      </w:r>
    </w:p>
    <w:p w14:paraId="60479036" w14:textId="77777777" w:rsidR="004C684C" w:rsidRPr="007D40B3" w:rsidRDefault="004C684C" w:rsidP="004C684C">
      <w:pPr>
        <w:pStyle w:val="Corptext"/>
        <w:widowControl w:val="0"/>
        <w:numPr>
          <w:ilvl w:val="0"/>
          <w:numId w:val="20"/>
        </w:numPr>
        <w:tabs>
          <w:tab w:val="left" w:pos="283"/>
        </w:tabs>
        <w:spacing w:after="0"/>
        <w:jc w:val="both"/>
        <w:rPr>
          <w:rFonts w:ascii="Times New Roman" w:hAnsi="Times New Roman"/>
        </w:rPr>
      </w:pPr>
      <w:bookmarkStart w:id="30" w:name="bookmark530"/>
      <w:bookmarkEnd w:id="30"/>
      <w:r w:rsidRPr="007D40B3">
        <w:rPr>
          <w:rFonts w:ascii="Times New Roman" w:hAnsi="Times New Roman"/>
        </w:rPr>
        <w:t xml:space="preserve">De </w:t>
      </w:r>
      <w:proofErr w:type="spellStart"/>
      <w:r w:rsidRPr="007D40B3">
        <w:rPr>
          <w:rFonts w:ascii="Times New Roman" w:hAnsi="Times New Roman"/>
        </w:rPr>
        <w:t>asemenea</w:t>
      </w:r>
      <w:proofErr w:type="spellEnd"/>
      <w:r w:rsidRPr="007D40B3">
        <w:rPr>
          <w:rFonts w:ascii="Times New Roman" w:hAnsi="Times New Roman"/>
        </w:rPr>
        <w:t xml:space="preserve">, </w:t>
      </w:r>
      <w:proofErr w:type="spellStart"/>
      <w:r w:rsidRPr="007D40B3">
        <w:rPr>
          <w:rFonts w:ascii="Times New Roman" w:hAnsi="Times New Roman"/>
        </w:rPr>
        <w:t>declar</w:t>
      </w:r>
      <w:proofErr w:type="spellEnd"/>
      <w:r w:rsidRPr="007D40B3">
        <w:rPr>
          <w:rFonts w:ascii="Times New Roman" w:hAnsi="Times New Roman"/>
        </w:rPr>
        <w:t xml:space="preserve"> </w:t>
      </w:r>
      <w:proofErr w:type="spellStart"/>
      <w:r w:rsidRPr="007D40B3">
        <w:rPr>
          <w:rFonts w:ascii="Times New Roman" w:hAnsi="Times New Roman"/>
        </w:rPr>
        <w:t>că</w:t>
      </w:r>
      <w:proofErr w:type="spellEnd"/>
      <w:r w:rsidRPr="007D40B3">
        <w:rPr>
          <w:rFonts w:ascii="Times New Roman" w:hAnsi="Times New Roman"/>
        </w:rPr>
        <w:t xml:space="preserve"> </w:t>
      </w:r>
      <w:proofErr w:type="spellStart"/>
      <w:r w:rsidRPr="007D40B3">
        <w:rPr>
          <w:rFonts w:ascii="Times New Roman" w:hAnsi="Times New Roman"/>
        </w:rPr>
        <w:t>informațiile</w:t>
      </w:r>
      <w:proofErr w:type="spellEnd"/>
      <w:r w:rsidRPr="007D40B3">
        <w:rPr>
          <w:rFonts w:ascii="Times New Roman" w:hAnsi="Times New Roman"/>
        </w:rPr>
        <w:t xml:space="preserve"> </w:t>
      </w:r>
      <w:proofErr w:type="spellStart"/>
      <w:r w:rsidRPr="007D40B3">
        <w:rPr>
          <w:rFonts w:ascii="Times New Roman" w:hAnsi="Times New Roman"/>
        </w:rPr>
        <w:t>furnizate</w:t>
      </w:r>
      <w:proofErr w:type="spellEnd"/>
      <w:r w:rsidRPr="007D40B3">
        <w:rPr>
          <w:rFonts w:ascii="Times New Roman" w:hAnsi="Times New Roman"/>
        </w:rPr>
        <w:t xml:space="preserve"> sunt complete </w:t>
      </w:r>
      <w:proofErr w:type="spellStart"/>
      <w:r w:rsidRPr="007D40B3">
        <w:rPr>
          <w:rFonts w:ascii="Times New Roman" w:hAnsi="Times New Roman"/>
        </w:rPr>
        <w:t>și</w:t>
      </w:r>
      <w:proofErr w:type="spellEnd"/>
      <w:r w:rsidRPr="007D40B3">
        <w:rPr>
          <w:rFonts w:ascii="Times New Roman" w:hAnsi="Times New Roman"/>
        </w:rPr>
        <w:t xml:space="preserve"> </w:t>
      </w:r>
      <w:proofErr w:type="spellStart"/>
      <w:r w:rsidRPr="007D40B3">
        <w:rPr>
          <w:rFonts w:ascii="Times New Roman" w:hAnsi="Times New Roman"/>
        </w:rPr>
        <w:t>corecte</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fiecare</w:t>
      </w:r>
      <w:proofErr w:type="spellEnd"/>
      <w:r w:rsidRPr="007D40B3">
        <w:rPr>
          <w:rFonts w:ascii="Times New Roman" w:hAnsi="Times New Roman"/>
        </w:rPr>
        <w:t xml:space="preserve"> </w:t>
      </w:r>
      <w:proofErr w:type="spellStart"/>
      <w:r w:rsidRPr="007D40B3">
        <w:rPr>
          <w:rFonts w:ascii="Times New Roman" w:hAnsi="Times New Roman"/>
        </w:rPr>
        <w:t>detaliu</w:t>
      </w:r>
      <w:proofErr w:type="spellEnd"/>
      <w:r w:rsidRPr="007D40B3">
        <w:rPr>
          <w:rFonts w:ascii="Times New Roman" w:hAnsi="Times New Roman"/>
        </w:rPr>
        <w:t xml:space="preserve"> </w:t>
      </w:r>
      <w:proofErr w:type="spellStart"/>
      <w:r w:rsidRPr="007D40B3">
        <w:rPr>
          <w:rFonts w:ascii="Times New Roman" w:hAnsi="Times New Roman"/>
        </w:rPr>
        <w:t>și</w:t>
      </w:r>
      <w:proofErr w:type="spellEnd"/>
      <w:r w:rsidRPr="007D40B3">
        <w:rPr>
          <w:rFonts w:ascii="Times New Roman" w:hAnsi="Times New Roman"/>
        </w:rPr>
        <w:t xml:space="preserve"> </w:t>
      </w:r>
      <w:proofErr w:type="spellStart"/>
      <w:r w:rsidRPr="007D40B3">
        <w:rPr>
          <w:rFonts w:ascii="Times New Roman" w:hAnsi="Times New Roman"/>
        </w:rPr>
        <w:t>înțeleg</w:t>
      </w:r>
      <w:proofErr w:type="spellEnd"/>
      <w:r w:rsidRPr="007D40B3">
        <w:rPr>
          <w:rFonts w:ascii="Times New Roman" w:hAnsi="Times New Roman"/>
        </w:rPr>
        <w:t xml:space="preserve"> </w:t>
      </w:r>
      <w:proofErr w:type="spellStart"/>
      <w:r w:rsidRPr="007D40B3">
        <w:rPr>
          <w:rFonts w:ascii="Times New Roman" w:hAnsi="Times New Roman"/>
        </w:rPr>
        <w:t>că</w:t>
      </w:r>
      <w:proofErr w:type="spellEnd"/>
      <w:r w:rsidRPr="007D40B3">
        <w:rPr>
          <w:rFonts w:ascii="Times New Roman" w:hAnsi="Times New Roman"/>
        </w:rPr>
        <w:t xml:space="preserve"> </w:t>
      </w:r>
      <w:proofErr w:type="spellStart"/>
      <w:r w:rsidRPr="007D40B3">
        <w:rPr>
          <w:rFonts w:ascii="Times New Roman" w:hAnsi="Times New Roman"/>
        </w:rPr>
        <w:t>Autoritatea</w:t>
      </w:r>
      <w:proofErr w:type="spellEnd"/>
      <w:r w:rsidRPr="007D40B3">
        <w:rPr>
          <w:rFonts w:ascii="Times New Roman" w:hAnsi="Times New Roman"/>
        </w:rPr>
        <w:t xml:space="preserve"> </w:t>
      </w:r>
      <w:proofErr w:type="spellStart"/>
      <w:r w:rsidRPr="007D40B3">
        <w:rPr>
          <w:rFonts w:ascii="Times New Roman" w:hAnsi="Times New Roman"/>
        </w:rPr>
        <w:t>Contractantă</w:t>
      </w:r>
      <w:proofErr w:type="spellEnd"/>
      <w:r w:rsidRPr="007D40B3">
        <w:rPr>
          <w:rFonts w:ascii="Times New Roman" w:hAnsi="Times New Roman"/>
        </w:rPr>
        <w:t xml:space="preserve"> are </w:t>
      </w:r>
      <w:proofErr w:type="spellStart"/>
      <w:r w:rsidRPr="007D40B3">
        <w:rPr>
          <w:rFonts w:ascii="Times New Roman" w:hAnsi="Times New Roman"/>
        </w:rPr>
        <w:t>dreptul</w:t>
      </w:r>
      <w:proofErr w:type="spellEnd"/>
      <w:r w:rsidRPr="007D40B3">
        <w:rPr>
          <w:rFonts w:ascii="Times New Roman" w:hAnsi="Times New Roman"/>
        </w:rPr>
        <w:t xml:space="preserve"> de a </w:t>
      </w:r>
      <w:proofErr w:type="spellStart"/>
      <w:r w:rsidRPr="007D40B3">
        <w:rPr>
          <w:rFonts w:ascii="Times New Roman" w:hAnsi="Times New Roman"/>
        </w:rPr>
        <w:t>solicita</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scopul</w:t>
      </w:r>
      <w:proofErr w:type="spellEnd"/>
      <w:r w:rsidRPr="007D40B3">
        <w:rPr>
          <w:rFonts w:ascii="Times New Roman" w:hAnsi="Times New Roman"/>
        </w:rPr>
        <w:t xml:space="preserve"> </w:t>
      </w:r>
      <w:proofErr w:type="spellStart"/>
      <w:r w:rsidRPr="007D40B3">
        <w:rPr>
          <w:rFonts w:ascii="Times New Roman" w:hAnsi="Times New Roman"/>
        </w:rPr>
        <w:t>verificării</w:t>
      </w:r>
      <w:proofErr w:type="spellEnd"/>
      <w:r w:rsidRPr="007D40B3">
        <w:rPr>
          <w:rFonts w:ascii="Times New Roman" w:hAnsi="Times New Roman"/>
        </w:rPr>
        <w:t xml:space="preserve"> </w:t>
      </w:r>
      <w:proofErr w:type="spellStart"/>
      <w:r w:rsidRPr="007D40B3">
        <w:rPr>
          <w:rFonts w:ascii="Times New Roman" w:hAnsi="Times New Roman"/>
        </w:rPr>
        <w:t>și</w:t>
      </w:r>
      <w:proofErr w:type="spellEnd"/>
      <w:r w:rsidRPr="007D40B3">
        <w:rPr>
          <w:rFonts w:ascii="Times New Roman" w:hAnsi="Times New Roman"/>
        </w:rPr>
        <w:t xml:space="preserve"> </w:t>
      </w:r>
      <w:proofErr w:type="spellStart"/>
      <w:r w:rsidRPr="007D40B3">
        <w:rPr>
          <w:rFonts w:ascii="Times New Roman" w:hAnsi="Times New Roman"/>
        </w:rPr>
        <w:t>confirmării</w:t>
      </w:r>
      <w:proofErr w:type="spellEnd"/>
      <w:r w:rsidRPr="007D40B3">
        <w:rPr>
          <w:rFonts w:ascii="Times New Roman" w:hAnsi="Times New Roman"/>
        </w:rPr>
        <w:t xml:space="preserve"> </w:t>
      </w:r>
      <w:proofErr w:type="spellStart"/>
      <w:r w:rsidRPr="007D40B3">
        <w:rPr>
          <w:rFonts w:ascii="Times New Roman" w:hAnsi="Times New Roman"/>
        </w:rPr>
        <w:t>declarațiilor</w:t>
      </w:r>
      <w:proofErr w:type="spellEnd"/>
      <w:r w:rsidRPr="007D40B3">
        <w:rPr>
          <w:rFonts w:ascii="Times New Roman" w:hAnsi="Times New Roman"/>
        </w:rPr>
        <w:t xml:space="preserve">, </w:t>
      </w:r>
      <w:proofErr w:type="spellStart"/>
      <w:r w:rsidRPr="007D40B3">
        <w:rPr>
          <w:rFonts w:ascii="Times New Roman" w:hAnsi="Times New Roman"/>
        </w:rPr>
        <w:t>situațiilor</w:t>
      </w:r>
      <w:proofErr w:type="spellEnd"/>
      <w:r w:rsidRPr="007D40B3">
        <w:rPr>
          <w:rFonts w:ascii="Times New Roman" w:hAnsi="Times New Roman"/>
        </w:rPr>
        <w:t xml:space="preserve"> </w:t>
      </w:r>
      <w:proofErr w:type="spellStart"/>
      <w:r w:rsidRPr="007D40B3">
        <w:rPr>
          <w:rFonts w:ascii="Times New Roman" w:hAnsi="Times New Roman"/>
        </w:rPr>
        <w:t>și</w:t>
      </w:r>
      <w:proofErr w:type="spellEnd"/>
      <w:r w:rsidRPr="007D40B3">
        <w:rPr>
          <w:rFonts w:ascii="Times New Roman" w:hAnsi="Times New Roman"/>
        </w:rPr>
        <w:t xml:space="preserve"> </w:t>
      </w:r>
      <w:proofErr w:type="spellStart"/>
      <w:r w:rsidRPr="007D40B3">
        <w:rPr>
          <w:rFonts w:ascii="Times New Roman" w:hAnsi="Times New Roman"/>
        </w:rPr>
        <w:t>documentelor</w:t>
      </w:r>
      <w:proofErr w:type="spellEnd"/>
      <w:r w:rsidRPr="007D40B3">
        <w:rPr>
          <w:rFonts w:ascii="Times New Roman" w:hAnsi="Times New Roman"/>
        </w:rPr>
        <w:t xml:space="preserve"> care </w:t>
      </w:r>
      <w:proofErr w:type="spellStart"/>
      <w:r w:rsidRPr="007D40B3">
        <w:rPr>
          <w:rFonts w:ascii="Times New Roman" w:hAnsi="Times New Roman"/>
        </w:rPr>
        <w:t>însoțesc</w:t>
      </w:r>
      <w:proofErr w:type="spellEnd"/>
      <w:r w:rsidRPr="007D40B3">
        <w:rPr>
          <w:rFonts w:ascii="Times New Roman" w:hAnsi="Times New Roman"/>
        </w:rPr>
        <w:t xml:space="preserve"> </w:t>
      </w:r>
      <w:proofErr w:type="spellStart"/>
      <w:r w:rsidRPr="007D40B3">
        <w:rPr>
          <w:rFonts w:ascii="Times New Roman" w:hAnsi="Times New Roman"/>
        </w:rPr>
        <w:t>oferta</w:t>
      </w:r>
      <w:proofErr w:type="spellEnd"/>
      <w:r w:rsidRPr="007D40B3">
        <w:rPr>
          <w:rFonts w:ascii="Times New Roman" w:hAnsi="Times New Roman"/>
        </w:rPr>
        <w:t xml:space="preserve">, </w:t>
      </w:r>
      <w:proofErr w:type="spellStart"/>
      <w:r w:rsidRPr="007D40B3">
        <w:rPr>
          <w:rFonts w:ascii="Times New Roman" w:hAnsi="Times New Roman"/>
        </w:rPr>
        <w:t>orice</w:t>
      </w:r>
      <w:proofErr w:type="spellEnd"/>
      <w:r w:rsidRPr="007D40B3">
        <w:rPr>
          <w:rFonts w:ascii="Times New Roman" w:hAnsi="Times New Roman"/>
        </w:rPr>
        <w:t xml:space="preserve"> </w:t>
      </w:r>
      <w:proofErr w:type="spellStart"/>
      <w:r w:rsidRPr="007D40B3">
        <w:rPr>
          <w:rFonts w:ascii="Times New Roman" w:hAnsi="Times New Roman"/>
        </w:rPr>
        <w:t>informații</w:t>
      </w:r>
      <w:proofErr w:type="spellEnd"/>
      <w:r w:rsidRPr="007D40B3">
        <w:rPr>
          <w:rFonts w:ascii="Times New Roman" w:hAnsi="Times New Roman"/>
        </w:rPr>
        <w:t xml:space="preserve"> </w:t>
      </w:r>
      <w:proofErr w:type="spellStart"/>
      <w:r w:rsidRPr="007D40B3">
        <w:rPr>
          <w:rFonts w:ascii="Times New Roman" w:hAnsi="Times New Roman"/>
        </w:rPr>
        <w:t>suplimentare</w:t>
      </w:r>
      <w:proofErr w:type="spellEnd"/>
      <w:r w:rsidRPr="007D40B3">
        <w:rPr>
          <w:rFonts w:ascii="Times New Roman" w:hAnsi="Times New Roman"/>
        </w:rPr>
        <w:t>.</w:t>
      </w:r>
    </w:p>
    <w:p w14:paraId="34745730" w14:textId="77777777" w:rsidR="004C684C" w:rsidRPr="007D40B3" w:rsidRDefault="004C684C" w:rsidP="004C684C">
      <w:pPr>
        <w:pStyle w:val="Corptext"/>
        <w:widowControl w:val="0"/>
        <w:numPr>
          <w:ilvl w:val="0"/>
          <w:numId w:val="20"/>
        </w:numPr>
        <w:tabs>
          <w:tab w:val="left" w:pos="283"/>
        </w:tabs>
        <w:spacing w:after="0"/>
        <w:jc w:val="both"/>
        <w:rPr>
          <w:rFonts w:ascii="Times New Roman" w:hAnsi="Times New Roman"/>
        </w:rPr>
      </w:pPr>
      <w:bookmarkStart w:id="31" w:name="bookmark531"/>
      <w:bookmarkEnd w:id="31"/>
      <w:r w:rsidRPr="007D40B3">
        <w:rPr>
          <w:rFonts w:ascii="Times New Roman" w:hAnsi="Times New Roman"/>
        </w:rPr>
        <w:t xml:space="preserve">Subsemnatul/a </w:t>
      </w:r>
      <w:proofErr w:type="spellStart"/>
      <w:r w:rsidRPr="007D40B3">
        <w:rPr>
          <w:rFonts w:ascii="Times New Roman" w:hAnsi="Times New Roman"/>
        </w:rPr>
        <w:t>autorizez</w:t>
      </w:r>
      <w:proofErr w:type="spellEnd"/>
      <w:r w:rsidRPr="007D40B3">
        <w:rPr>
          <w:rFonts w:ascii="Times New Roman" w:hAnsi="Times New Roman"/>
        </w:rPr>
        <w:t xml:space="preserve"> </w:t>
      </w:r>
      <w:proofErr w:type="spellStart"/>
      <w:r w:rsidRPr="007D40B3">
        <w:rPr>
          <w:rFonts w:ascii="Times New Roman" w:hAnsi="Times New Roman"/>
        </w:rPr>
        <w:t>prin</w:t>
      </w:r>
      <w:proofErr w:type="spellEnd"/>
      <w:r w:rsidRPr="007D40B3">
        <w:rPr>
          <w:rFonts w:ascii="Times New Roman" w:hAnsi="Times New Roman"/>
        </w:rPr>
        <w:t xml:space="preserve"> </w:t>
      </w:r>
      <w:proofErr w:type="spellStart"/>
      <w:r w:rsidRPr="007D40B3">
        <w:rPr>
          <w:rFonts w:ascii="Times New Roman" w:hAnsi="Times New Roman"/>
        </w:rPr>
        <w:t>prezenta</w:t>
      </w:r>
      <w:proofErr w:type="spellEnd"/>
      <w:r w:rsidRPr="007D40B3">
        <w:rPr>
          <w:rFonts w:ascii="Times New Roman" w:hAnsi="Times New Roman"/>
        </w:rPr>
        <w:t xml:space="preserve"> </w:t>
      </w:r>
      <w:proofErr w:type="spellStart"/>
      <w:r w:rsidRPr="007D40B3">
        <w:rPr>
          <w:rFonts w:ascii="Times New Roman" w:hAnsi="Times New Roman"/>
        </w:rPr>
        <w:t>orice</w:t>
      </w:r>
      <w:proofErr w:type="spellEnd"/>
      <w:r w:rsidRPr="007D40B3">
        <w:rPr>
          <w:rFonts w:ascii="Times New Roman" w:hAnsi="Times New Roman"/>
        </w:rPr>
        <w:t xml:space="preserve"> </w:t>
      </w:r>
      <w:proofErr w:type="spellStart"/>
      <w:r w:rsidRPr="007D40B3">
        <w:rPr>
          <w:rFonts w:ascii="Times New Roman" w:hAnsi="Times New Roman"/>
        </w:rPr>
        <w:t>instituție</w:t>
      </w:r>
      <w:proofErr w:type="spellEnd"/>
      <w:r w:rsidRPr="007D40B3">
        <w:rPr>
          <w:rFonts w:ascii="Times New Roman" w:hAnsi="Times New Roman"/>
        </w:rPr>
        <w:t xml:space="preserve">, </w:t>
      </w:r>
      <w:proofErr w:type="spellStart"/>
      <w:r w:rsidRPr="007D40B3">
        <w:rPr>
          <w:rFonts w:ascii="Times New Roman" w:hAnsi="Times New Roman"/>
        </w:rPr>
        <w:t>societate</w:t>
      </w:r>
      <w:proofErr w:type="spellEnd"/>
      <w:r w:rsidRPr="007D40B3">
        <w:rPr>
          <w:rFonts w:ascii="Times New Roman" w:hAnsi="Times New Roman"/>
        </w:rPr>
        <w:t xml:space="preserve"> </w:t>
      </w:r>
      <w:proofErr w:type="spellStart"/>
      <w:r w:rsidRPr="007D40B3">
        <w:rPr>
          <w:rFonts w:ascii="Times New Roman" w:hAnsi="Times New Roman"/>
        </w:rPr>
        <w:t>comercială</w:t>
      </w:r>
      <w:proofErr w:type="spellEnd"/>
      <w:r w:rsidRPr="007D40B3">
        <w:rPr>
          <w:rFonts w:ascii="Times New Roman" w:hAnsi="Times New Roman"/>
        </w:rPr>
        <w:t xml:space="preserve">, </w:t>
      </w:r>
      <w:proofErr w:type="spellStart"/>
      <w:r w:rsidRPr="007D40B3">
        <w:rPr>
          <w:rFonts w:ascii="Times New Roman" w:hAnsi="Times New Roman"/>
        </w:rPr>
        <w:t>bancă</w:t>
      </w:r>
      <w:proofErr w:type="spellEnd"/>
      <w:r w:rsidRPr="007D40B3">
        <w:rPr>
          <w:rFonts w:ascii="Times New Roman" w:hAnsi="Times New Roman"/>
        </w:rPr>
        <w:t xml:space="preserve">, </w:t>
      </w:r>
      <w:proofErr w:type="spellStart"/>
      <w:r w:rsidRPr="007D40B3">
        <w:rPr>
          <w:rFonts w:ascii="Times New Roman" w:hAnsi="Times New Roman"/>
        </w:rPr>
        <w:t>alte</w:t>
      </w:r>
      <w:proofErr w:type="spellEnd"/>
      <w:r w:rsidRPr="007D40B3">
        <w:rPr>
          <w:rFonts w:ascii="Times New Roman" w:hAnsi="Times New Roman"/>
        </w:rPr>
        <w:t xml:space="preserve"> </w:t>
      </w:r>
      <w:proofErr w:type="spellStart"/>
      <w:r w:rsidRPr="007D40B3">
        <w:rPr>
          <w:rFonts w:ascii="Times New Roman" w:hAnsi="Times New Roman"/>
        </w:rPr>
        <w:t>persoane</w:t>
      </w:r>
      <w:proofErr w:type="spellEnd"/>
      <w:r w:rsidRPr="007D40B3">
        <w:rPr>
          <w:rFonts w:ascii="Times New Roman" w:hAnsi="Times New Roman"/>
        </w:rPr>
        <w:t xml:space="preserve"> </w:t>
      </w:r>
      <w:proofErr w:type="spellStart"/>
      <w:r w:rsidRPr="007D40B3">
        <w:rPr>
          <w:rFonts w:ascii="Times New Roman" w:hAnsi="Times New Roman"/>
        </w:rPr>
        <w:t>juridice</w:t>
      </w:r>
      <w:proofErr w:type="spellEnd"/>
      <w:r w:rsidRPr="007D40B3">
        <w:rPr>
          <w:rFonts w:ascii="Times New Roman" w:hAnsi="Times New Roman"/>
        </w:rPr>
        <w:t xml:space="preserve"> </w:t>
      </w:r>
      <w:proofErr w:type="spellStart"/>
      <w:r w:rsidRPr="007D40B3">
        <w:rPr>
          <w:rFonts w:ascii="Times New Roman" w:hAnsi="Times New Roman"/>
        </w:rPr>
        <w:t>să</w:t>
      </w:r>
      <w:proofErr w:type="spellEnd"/>
      <w:r w:rsidRPr="007D40B3">
        <w:rPr>
          <w:rFonts w:ascii="Times New Roman" w:hAnsi="Times New Roman"/>
        </w:rPr>
        <w:t xml:space="preserve"> </w:t>
      </w:r>
      <w:proofErr w:type="spellStart"/>
      <w:r w:rsidRPr="007D40B3">
        <w:rPr>
          <w:rFonts w:ascii="Times New Roman" w:hAnsi="Times New Roman"/>
        </w:rPr>
        <w:t>furnizeze</w:t>
      </w:r>
      <w:proofErr w:type="spellEnd"/>
      <w:r w:rsidRPr="007D40B3">
        <w:rPr>
          <w:rFonts w:ascii="Times New Roman" w:hAnsi="Times New Roman"/>
        </w:rPr>
        <w:t xml:space="preserve"> </w:t>
      </w:r>
      <w:proofErr w:type="spellStart"/>
      <w:r w:rsidRPr="007D40B3">
        <w:rPr>
          <w:rFonts w:ascii="Times New Roman" w:hAnsi="Times New Roman"/>
        </w:rPr>
        <w:t>informații</w:t>
      </w:r>
      <w:proofErr w:type="spellEnd"/>
      <w:r w:rsidRPr="007D40B3">
        <w:rPr>
          <w:rFonts w:ascii="Times New Roman" w:hAnsi="Times New Roman"/>
        </w:rPr>
        <w:t xml:space="preserve"> </w:t>
      </w:r>
      <w:proofErr w:type="spellStart"/>
      <w:r w:rsidRPr="007D40B3">
        <w:rPr>
          <w:rFonts w:ascii="Times New Roman" w:hAnsi="Times New Roman"/>
        </w:rPr>
        <w:t>reprezentanților</w:t>
      </w:r>
      <w:proofErr w:type="spellEnd"/>
      <w:r w:rsidRPr="007D40B3">
        <w:rPr>
          <w:rFonts w:ascii="Times New Roman" w:hAnsi="Times New Roman"/>
        </w:rPr>
        <w:t xml:space="preserve"> </w:t>
      </w:r>
      <w:proofErr w:type="spellStart"/>
      <w:r w:rsidRPr="007D40B3">
        <w:rPr>
          <w:rFonts w:ascii="Times New Roman" w:hAnsi="Times New Roman"/>
        </w:rPr>
        <w:t>autorizați</w:t>
      </w:r>
      <w:proofErr w:type="spellEnd"/>
      <w:r w:rsidRPr="007D40B3">
        <w:rPr>
          <w:rFonts w:ascii="Times New Roman" w:hAnsi="Times New Roman"/>
        </w:rPr>
        <w:t xml:space="preserve"> ai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cu </w:t>
      </w:r>
      <w:proofErr w:type="spellStart"/>
      <w:r w:rsidRPr="007D40B3">
        <w:rPr>
          <w:rFonts w:ascii="Times New Roman" w:hAnsi="Times New Roman"/>
        </w:rPr>
        <w:t>privire</w:t>
      </w:r>
      <w:proofErr w:type="spellEnd"/>
      <w:r w:rsidRPr="007D40B3">
        <w:rPr>
          <w:rFonts w:ascii="Times New Roman" w:hAnsi="Times New Roman"/>
        </w:rPr>
        <w:t xml:space="preserve"> la </w:t>
      </w:r>
      <w:proofErr w:type="spellStart"/>
      <w:r w:rsidRPr="007D40B3">
        <w:rPr>
          <w:rFonts w:ascii="Times New Roman" w:hAnsi="Times New Roman"/>
        </w:rPr>
        <w:t>orice</w:t>
      </w:r>
      <w:proofErr w:type="spellEnd"/>
      <w:r w:rsidRPr="007D40B3">
        <w:rPr>
          <w:rFonts w:ascii="Times New Roman" w:hAnsi="Times New Roman"/>
        </w:rPr>
        <w:t xml:space="preserve"> aspect </w:t>
      </w:r>
      <w:proofErr w:type="spellStart"/>
      <w:r w:rsidRPr="007D40B3">
        <w:rPr>
          <w:rFonts w:ascii="Times New Roman" w:hAnsi="Times New Roman"/>
        </w:rPr>
        <w:t>tehnic</w:t>
      </w:r>
      <w:proofErr w:type="spellEnd"/>
      <w:r w:rsidRPr="007D40B3">
        <w:rPr>
          <w:rFonts w:ascii="Times New Roman" w:hAnsi="Times New Roman"/>
        </w:rPr>
        <w:t xml:space="preserve"> </w:t>
      </w:r>
      <w:proofErr w:type="spellStart"/>
      <w:r w:rsidRPr="007D40B3">
        <w:rPr>
          <w:rFonts w:ascii="Times New Roman" w:hAnsi="Times New Roman"/>
        </w:rPr>
        <w:t>și</w:t>
      </w:r>
      <w:proofErr w:type="spellEnd"/>
      <w:r w:rsidRPr="007D40B3">
        <w:rPr>
          <w:rFonts w:ascii="Times New Roman" w:hAnsi="Times New Roman"/>
        </w:rPr>
        <w:t xml:space="preserve"> </w:t>
      </w:r>
      <w:proofErr w:type="spellStart"/>
      <w:r w:rsidRPr="007D40B3">
        <w:rPr>
          <w:rFonts w:ascii="Times New Roman" w:hAnsi="Times New Roman"/>
        </w:rPr>
        <w:t>financiar</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legătură</w:t>
      </w:r>
      <w:proofErr w:type="spellEnd"/>
      <w:r w:rsidRPr="007D40B3">
        <w:rPr>
          <w:rFonts w:ascii="Times New Roman" w:hAnsi="Times New Roman"/>
        </w:rPr>
        <w:t xml:space="preserve"> cu </w:t>
      </w:r>
      <w:proofErr w:type="spellStart"/>
      <w:r w:rsidRPr="007D40B3">
        <w:rPr>
          <w:rFonts w:ascii="Times New Roman" w:hAnsi="Times New Roman"/>
        </w:rPr>
        <w:t>activitatea</w:t>
      </w:r>
      <w:proofErr w:type="spellEnd"/>
      <w:r w:rsidRPr="007D40B3">
        <w:rPr>
          <w:rFonts w:ascii="Times New Roman" w:hAnsi="Times New Roman"/>
        </w:rPr>
        <w:t xml:space="preserve"> </w:t>
      </w:r>
      <w:proofErr w:type="spellStart"/>
      <w:r w:rsidRPr="007D40B3">
        <w:rPr>
          <w:rFonts w:ascii="Times New Roman" w:hAnsi="Times New Roman"/>
        </w:rPr>
        <w:t>noastră</w:t>
      </w:r>
      <w:proofErr w:type="spellEnd"/>
      <w:r w:rsidRPr="007D40B3">
        <w:rPr>
          <w:rFonts w:ascii="Times New Roman" w:hAnsi="Times New Roman"/>
        </w:rPr>
        <w:t>.</w:t>
      </w:r>
    </w:p>
    <w:p w14:paraId="6E4191AB" w14:textId="77777777" w:rsidR="004C684C" w:rsidRPr="007D40B3" w:rsidRDefault="004C684C" w:rsidP="004C684C">
      <w:pPr>
        <w:pStyle w:val="Corptext"/>
        <w:tabs>
          <w:tab w:val="left" w:pos="360"/>
        </w:tabs>
        <w:spacing w:after="0"/>
        <w:jc w:val="both"/>
        <w:rPr>
          <w:rFonts w:ascii="Times New Roman" w:hAnsi="Times New Roman"/>
        </w:rPr>
      </w:pPr>
      <w:r w:rsidRPr="007D40B3">
        <w:rPr>
          <w:rFonts w:ascii="Times New Roman" w:hAnsi="Times New Roman"/>
        </w:rPr>
        <w:t xml:space="preserve">       </w:t>
      </w:r>
      <w:proofErr w:type="spellStart"/>
      <w:r w:rsidRPr="007D40B3">
        <w:rPr>
          <w:rFonts w:ascii="Times New Roman" w:hAnsi="Times New Roman"/>
        </w:rPr>
        <w:t>Persoanele</w:t>
      </w:r>
      <w:proofErr w:type="spellEnd"/>
      <w:r w:rsidRPr="007D40B3">
        <w:rPr>
          <w:rFonts w:ascii="Times New Roman" w:hAnsi="Times New Roman"/>
        </w:rPr>
        <w:t xml:space="preserve"> cu </w:t>
      </w:r>
      <w:proofErr w:type="spellStart"/>
      <w:r w:rsidRPr="007D40B3">
        <w:rPr>
          <w:rFonts w:ascii="Times New Roman" w:hAnsi="Times New Roman"/>
        </w:rPr>
        <w:t>funcții</w:t>
      </w:r>
      <w:proofErr w:type="spellEnd"/>
      <w:r w:rsidRPr="007D40B3">
        <w:rPr>
          <w:rFonts w:ascii="Times New Roman" w:hAnsi="Times New Roman"/>
        </w:rPr>
        <w:t xml:space="preserve"> de </w:t>
      </w:r>
      <w:proofErr w:type="spellStart"/>
      <w:r w:rsidRPr="007D40B3">
        <w:rPr>
          <w:rFonts w:ascii="Times New Roman" w:hAnsi="Times New Roman"/>
        </w:rPr>
        <w:t>decizie</w:t>
      </w:r>
      <w:proofErr w:type="spellEnd"/>
      <w:r w:rsidRPr="007D40B3">
        <w:rPr>
          <w:rFonts w:ascii="Times New Roman" w:hAnsi="Times New Roman"/>
        </w:rPr>
        <w:t xml:space="preserve">, </w:t>
      </w:r>
      <w:proofErr w:type="spellStart"/>
      <w:r w:rsidRPr="007D40B3">
        <w:rPr>
          <w:rFonts w:ascii="Times New Roman" w:hAnsi="Times New Roman"/>
        </w:rPr>
        <w:t>conducătorul</w:t>
      </w:r>
      <w:proofErr w:type="spellEnd"/>
      <w:r w:rsidRPr="007D40B3">
        <w:rPr>
          <w:rFonts w:ascii="Times New Roman" w:hAnsi="Times New Roman"/>
        </w:rPr>
        <w:t xml:space="preserve"> </w:t>
      </w:r>
      <w:proofErr w:type="spellStart"/>
      <w:r w:rsidRPr="007D40B3">
        <w:rPr>
          <w:rFonts w:ascii="Times New Roman" w:hAnsi="Times New Roman"/>
        </w:rPr>
        <w:t>Autorității</w:t>
      </w:r>
      <w:proofErr w:type="spellEnd"/>
      <w:r w:rsidRPr="007D40B3">
        <w:rPr>
          <w:rFonts w:ascii="Times New Roman" w:hAnsi="Times New Roman"/>
        </w:rPr>
        <w:t xml:space="preserve"> </w:t>
      </w:r>
      <w:proofErr w:type="spellStart"/>
      <w:r w:rsidRPr="007D40B3">
        <w:rPr>
          <w:rFonts w:ascii="Times New Roman" w:hAnsi="Times New Roman"/>
        </w:rPr>
        <w:t>Contractante</w:t>
      </w:r>
      <w:proofErr w:type="spellEnd"/>
      <w:r w:rsidRPr="007D40B3">
        <w:rPr>
          <w:rFonts w:ascii="Times New Roman" w:hAnsi="Times New Roman"/>
        </w:rPr>
        <w:t xml:space="preserve">, </w:t>
      </w:r>
      <w:proofErr w:type="spellStart"/>
      <w:r w:rsidRPr="007D40B3">
        <w:rPr>
          <w:rFonts w:ascii="Times New Roman" w:hAnsi="Times New Roman"/>
        </w:rPr>
        <w:t>membrii</w:t>
      </w:r>
      <w:proofErr w:type="spellEnd"/>
      <w:r w:rsidRPr="007D40B3">
        <w:rPr>
          <w:rFonts w:ascii="Times New Roman" w:hAnsi="Times New Roman"/>
        </w:rPr>
        <w:t xml:space="preserve"> </w:t>
      </w:r>
      <w:proofErr w:type="spellStart"/>
      <w:r w:rsidRPr="007D40B3">
        <w:rPr>
          <w:rFonts w:ascii="Times New Roman" w:hAnsi="Times New Roman"/>
        </w:rPr>
        <w:t>organelor</w:t>
      </w:r>
      <w:proofErr w:type="spellEnd"/>
      <w:r w:rsidRPr="007D40B3">
        <w:rPr>
          <w:rFonts w:ascii="Times New Roman" w:hAnsi="Times New Roman"/>
        </w:rPr>
        <w:t xml:space="preserve"> </w:t>
      </w:r>
      <w:proofErr w:type="spellStart"/>
      <w:r w:rsidRPr="007D40B3">
        <w:rPr>
          <w:rFonts w:ascii="Times New Roman" w:hAnsi="Times New Roman"/>
        </w:rPr>
        <w:t>decizionale</w:t>
      </w:r>
      <w:proofErr w:type="spellEnd"/>
      <w:r w:rsidRPr="007D40B3">
        <w:rPr>
          <w:rFonts w:ascii="Times New Roman" w:hAnsi="Times New Roman"/>
        </w:rPr>
        <w:t xml:space="preserve"> ale </w:t>
      </w:r>
      <w:proofErr w:type="spellStart"/>
      <w:r w:rsidRPr="007D40B3">
        <w:rPr>
          <w:rFonts w:ascii="Times New Roman" w:hAnsi="Times New Roman"/>
        </w:rPr>
        <w:t>Autorității</w:t>
      </w:r>
      <w:proofErr w:type="spellEnd"/>
      <w:r w:rsidRPr="007D40B3">
        <w:rPr>
          <w:rFonts w:ascii="Times New Roman" w:hAnsi="Times New Roman"/>
        </w:rPr>
        <w:t xml:space="preserve"> </w:t>
      </w:r>
      <w:proofErr w:type="spellStart"/>
      <w:r w:rsidRPr="007D40B3">
        <w:rPr>
          <w:rFonts w:ascii="Times New Roman" w:hAnsi="Times New Roman"/>
        </w:rPr>
        <w:t>Contractante</w:t>
      </w:r>
      <w:proofErr w:type="spellEnd"/>
      <w:r w:rsidRPr="007D40B3">
        <w:rPr>
          <w:rFonts w:ascii="Times New Roman" w:hAnsi="Times New Roman"/>
        </w:rPr>
        <w:t xml:space="preserve"> </w:t>
      </w:r>
      <w:proofErr w:type="spellStart"/>
      <w:r w:rsidRPr="007D40B3">
        <w:rPr>
          <w:rFonts w:ascii="Times New Roman" w:hAnsi="Times New Roman"/>
        </w:rPr>
        <w:t>ce</w:t>
      </w:r>
      <w:proofErr w:type="spellEnd"/>
      <w:r w:rsidRPr="007D40B3">
        <w:rPr>
          <w:rFonts w:ascii="Times New Roman" w:hAnsi="Times New Roman"/>
        </w:rPr>
        <w:t xml:space="preserve"> au </w:t>
      </w:r>
      <w:proofErr w:type="spellStart"/>
      <w:r w:rsidRPr="007D40B3">
        <w:rPr>
          <w:rFonts w:ascii="Times New Roman" w:hAnsi="Times New Roman"/>
        </w:rPr>
        <w:t>legătură</w:t>
      </w:r>
      <w:proofErr w:type="spellEnd"/>
      <w:r w:rsidRPr="007D40B3">
        <w:rPr>
          <w:rFonts w:ascii="Times New Roman" w:hAnsi="Times New Roman"/>
        </w:rPr>
        <w:t xml:space="preserve"> cu </w:t>
      </w:r>
      <w:proofErr w:type="spellStart"/>
      <w:r w:rsidRPr="007D40B3">
        <w:rPr>
          <w:rFonts w:ascii="Times New Roman" w:hAnsi="Times New Roman"/>
        </w:rPr>
        <w:t>procedura</w:t>
      </w:r>
      <w:proofErr w:type="spellEnd"/>
      <w:r w:rsidRPr="007D40B3">
        <w:rPr>
          <w:rFonts w:ascii="Times New Roman" w:hAnsi="Times New Roman"/>
        </w:rPr>
        <w:t xml:space="preserve"> de </w:t>
      </w:r>
      <w:proofErr w:type="spellStart"/>
      <w:r w:rsidRPr="007D40B3">
        <w:rPr>
          <w:rFonts w:ascii="Times New Roman" w:hAnsi="Times New Roman"/>
        </w:rPr>
        <w:t>atribuire</w:t>
      </w:r>
      <w:proofErr w:type="spellEnd"/>
      <w:r w:rsidRPr="007D40B3">
        <w:rPr>
          <w:rFonts w:ascii="Times New Roman" w:hAnsi="Times New Roman"/>
        </w:rPr>
        <w:t xml:space="preserve">, precum </w:t>
      </w:r>
      <w:proofErr w:type="spellStart"/>
      <w:r w:rsidRPr="007D40B3">
        <w:rPr>
          <w:rFonts w:ascii="Times New Roman" w:hAnsi="Times New Roman"/>
        </w:rPr>
        <w:t>și</w:t>
      </w:r>
      <w:proofErr w:type="spellEnd"/>
      <w:r w:rsidRPr="007D40B3">
        <w:rPr>
          <w:rFonts w:ascii="Times New Roman" w:hAnsi="Times New Roman"/>
        </w:rPr>
        <w:t xml:space="preserve"> </w:t>
      </w:r>
      <w:proofErr w:type="spellStart"/>
      <w:r w:rsidRPr="007D40B3">
        <w:rPr>
          <w:rFonts w:ascii="Times New Roman" w:hAnsi="Times New Roman"/>
        </w:rPr>
        <w:t>persoanele</w:t>
      </w:r>
      <w:proofErr w:type="spellEnd"/>
      <w:r w:rsidRPr="007D40B3">
        <w:rPr>
          <w:rFonts w:ascii="Times New Roman" w:hAnsi="Times New Roman"/>
        </w:rPr>
        <w:t xml:space="preserve"> din </w:t>
      </w:r>
      <w:proofErr w:type="spellStart"/>
      <w:r w:rsidRPr="007D40B3">
        <w:rPr>
          <w:rFonts w:ascii="Times New Roman" w:hAnsi="Times New Roman"/>
        </w:rPr>
        <w:t>cadrul</w:t>
      </w:r>
      <w:proofErr w:type="spellEnd"/>
      <w:r w:rsidRPr="007D40B3">
        <w:rPr>
          <w:rFonts w:ascii="Times New Roman" w:hAnsi="Times New Roman"/>
        </w:rPr>
        <w:t xml:space="preserve"> </w:t>
      </w:r>
      <w:proofErr w:type="spellStart"/>
      <w:r w:rsidRPr="007D40B3">
        <w:rPr>
          <w:rFonts w:ascii="Times New Roman" w:hAnsi="Times New Roman"/>
        </w:rPr>
        <w:t>Autorității</w:t>
      </w:r>
      <w:proofErr w:type="spellEnd"/>
      <w:r w:rsidRPr="007D40B3">
        <w:rPr>
          <w:rFonts w:ascii="Times New Roman" w:hAnsi="Times New Roman"/>
        </w:rPr>
        <w:t xml:space="preserve"> </w:t>
      </w:r>
      <w:proofErr w:type="spellStart"/>
      <w:r w:rsidRPr="007D40B3">
        <w:rPr>
          <w:rFonts w:ascii="Times New Roman" w:hAnsi="Times New Roman"/>
        </w:rPr>
        <w:t>Contractante</w:t>
      </w:r>
      <w:proofErr w:type="spellEnd"/>
      <w:r w:rsidRPr="007D40B3">
        <w:rPr>
          <w:rFonts w:ascii="Times New Roman" w:hAnsi="Times New Roman"/>
        </w:rPr>
        <w:t xml:space="preserve"> </w:t>
      </w:r>
      <w:proofErr w:type="spellStart"/>
      <w:r w:rsidRPr="007D40B3">
        <w:rPr>
          <w:rFonts w:ascii="Times New Roman" w:hAnsi="Times New Roman"/>
        </w:rPr>
        <w:t>ce</w:t>
      </w:r>
      <w:proofErr w:type="spellEnd"/>
      <w:r w:rsidRPr="007D40B3">
        <w:rPr>
          <w:rFonts w:ascii="Times New Roman" w:hAnsi="Times New Roman"/>
        </w:rPr>
        <w:t xml:space="preserve"> pot </w:t>
      </w:r>
      <w:proofErr w:type="spellStart"/>
      <w:r w:rsidRPr="007D40B3">
        <w:rPr>
          <w:rFonts w:ascii="Times New Roman" w:hAnsi="Times New Roman"/>
        </w:rPr>
        <w:t>influența</w:t>
      </w:r>
      <w:proofErr w:type="spellEnd"/>
      <w:r w:rsidRPr="007D40B3">
        <w:rPr>
          <w:rFonts w:ascii="Times New Roman" w:hAnsi="Times New Roman"/>
        </w:rPr>
        <w:t xml:space="preserve"> </w:t>
      </w:r>
      <w:proofErr w:type="spellStart"/>
      <w:r w:rsidRPr="007D40B3">
        <w:rPr>
          <w:rFonts w:ascii="Times New Roman" w:hAnsi="Times New Roman"/>
        </w:rPr>
        <w:t>conținutul</w:t>
      </w:r>
      <w:proofErr w:type="spellEnd"/>
      <w:r w:rsidRPr="007D40B3">
        <w:rPr>
          <w:rFonts w:ascii="Times New Roman" w:hAnsi="Times New Roman"/>
        </w:rPr>
        <w:t xml:space="preserve"> </w:t>
      </w:r>
      <w:proofErr w:type="spellStart"/>
      <w:r w:rsidRPr="007D40B3">
        <w:rPr>
          <w:rFonts w:ascii="Times New Roman" w:hAnsi="Times New Roman"/>
        </w:rPr>
        <w:t>documentelor</w:t>
      </w:r>
      <w:proofErr w:type="spellEnd"/>
      <w:r w:rsidRPr="007D40B3">
        <w:rPr>
          <w:rFonts w:ascii="Times New Roman" w:hAnsi="Times New Roman"/>
        </w:rPr>
        <w:t xml:space="preserve"> </w:t>
      </w:r>
      <w:proofErr w:type="spellStart"/>
      <w:r w:rsidRPr="007D40B3">
        <w:rPr>
          <w:rFonts w:ascii="Times New Roman" w:hAnsi="Times New Roman"/>
        </w:rPr>
        <w:t>achiziției</w:t>
      </w:r>
      <w:proofErr w:type="spellEnd"/>
      <w:r w:rsidRPr="007D40B3">
        <w:rPr>
          <w:rFonts w:ascii="Times New Roman" w:hAnsi="Times New Roman"/>
        </w:rPr>
        <w:t xml:space="preserve"> </w:t>
      </w:r>
      <w:proofErr w:type="spellStart"/>
      <w:r w:rsidRPr="007D40B3">
        <w:rPr>
          <w:rFonts w:ascii="Times New Roman" w:hAnsi="Times New Roman"/>
        </w:rPr>
        <w:t>și</w:t>
      </w:r>
      <w:proofErr w:type="spellEnd"/>
      <w:r w:rsidRPr="007D40B3">
        <w:rPr>
          <w:rFonts w:ascii="Times New Roman" w:hAnsi="Times New Roman"/>
        </w:rPr>
        <w:t xml:space="preserve"> /</w:t>
      </w:r>
      <w:proofErr w:type="spellStart"/>
      <w:r w:rsidRPr="007D40B3">
        <w:rPr>
          <w:rFonts w:ascii="Times New Roman" w:hAnsi="Times New Roman"/>
        </w:rPr>
        <w:t>sau</w:t>
      </w:r>
      <w:proofErr w:type="spellEnd"/>
      <w:r w:rsidRPr="007D40B3">
        <w:rPr>
          <w:rFonts w:ascii="Times New Roman" w:hAnsi="Times New Roman"/>
        </w:rPr>
        <w:t xml:space="preserve"> </w:t>
      </w:r>
      <w:proofErr w:type="spellStart"/>
      <w:r w:rsidRPr="007D40B3">
        <w:rPr>
          <w:rFonts w:ascii="Times New Roman" w:hAnsi="Times New Roman"/>
        </w:rPr>
        <w:t>desfășurarea</w:t>
      </w:r>
      <w:proofErr w:type="spellEnd"/>
      <w:r w:rsidRPr="007D40B3">
        <w:rPr>
          <w:rFonts w:ascii="Times New Roman" w:hAnsi="Times New Roman"/>
        </w:rPr>
        <w:t xml:space="preserve"> </w:t>
      </w:r>
      <w:proofErr w:type="spellStart"/>
      <w:r w:rsidRPr="007D40B3">
        <w:rPr>
          <w:rFonts w:ascii="Times New Roman" w:hAnsi="Times New Roman"/>
        </w:rPr>
        <w:t>procedurii</w:t>
      </w:r>
      <w:proofErr w:type="spellEnd"/>
      <w:r w:rsidRPr="007D40B3">
        <w:rPr>
          <w:rFonts w:ascii="Times New Roman" w:hAnsi="Times New Roman"/>
        </w:rPr>
        <w:t xml:space="preserve"> de </w:t>
      </w:r>
      <w:proofErr w:type="spellStart"/>
      <w:r w:rsidRPr="007D40B3">
        <w:rPr>
          <w:rFonts w:ascii="Times New Roman" w:hAnsi="Times New Roman"/>
        </w:rPr>
        <w:t>atribuire</w:t>
      </w:r>
      <w:proofErr w:type="spellEnd"/>
      <w:r w:rsidRPr="007D40B3">
        <w:rPr>
          <w:rFonts w:ascii="Times New Roman" w:hAnsi="Times New Roman"/>
        </w:rPr>
        <w:t>, sunt:</w:t>
      </w:r>
    </w:p>
    <w:p w14:paraId="647E4707" w14:textId="77777777" w:rsidR="004C684C" w:rsidRPr="007D40B3" w:rsidRDefault="004C684C" w:rsidP="004C684C">
      <w:pPr>
        <w:pStyle w:val="Tablecaption0"/>
        <w:spacing w:line="276" w:lineRule="auto"/>
        <w:rPr>
          <w:rFonts w:ascii="Times New Roman" w:hAnsi="Times New Roman"/>
          <w:b w:val="0"/>
          <w:bCs w:val="0"/>
          <w:sz w:val="20"/>
          <w:szCs w:val="20"/>
        </w:rPr>
      </w:pPr>
    </w:p>
    <w:p w14:paraId="5B77C5C3" w14:textId="77777777" w:rsidR="004C684C" w:rsidRPr="007D40B3" w:rsidRDefault="004C684C" w:rsidP="004C684C">
      <w:pPr>
        <w:pStyle w:val="Tablecaption0"/>
        <w:spacing w:line="276" w:lineRule="auto"/>
        <w:rPr>
          <w:rFonts w:ascii="Times New Roman" w:hAnsi="Times New Roman"/>
          <w:b w:val="0"/>
          <w:bCs w:val="0"/>
          <w:sz w:val="20"/>
          <w:szCs w:val="20"/>
        </w:rPr>
      </w:pPr>
      <w:proofErr w:type="spellStart"/>
      <w:r w:rsidRPr="007D40B3">
        <w:rPr>
          <w:rFonts w:ascii="Times New Roman" w:hAnsi="Times New Roman"/>
          <w:b w:val="0"/>
          <w:bCs w:val="0"/>
          <w:sz w:val="20"/>
          <w:szCs w:val="20"/>
        </w:rPr>
        <w:t>Persoanele</w:t>
      </w:r>
      <w:proofErr w:type="spellEnd"/>
      <w:r w:rsidRPr="007D40B3">
        <w:rPr>
          <w:rFonts w:ascii="Times New Roman" w:hAnsi="Times New Roman"/>
          <w:b w:val="0"/>
          <w:bCs w:val="0"/>
          <w:sz w:val="20"/>
          <w:szCs w:val="20"/>
        </w:rPr>
        <w:t xml:space="preserve"> cu </w:t>
      </w:r>
      <w:proofErr w:type="spellStart"/>
      <w:r w:rsidRPr="007D40B3">
        <w:rPr>
          <w:rFonts w:ascii="Times New Roman" w:hAnsi="Times New Roman"/>
          <w:b w:val="0"/>
          <w:bCs w:val="0"/>
          <w:sz w:val="20"/>
          <w:szCs w:val="20"/>
        </w:rPr>
        <w:t>funcții</w:t>
      </w:r>
      <w:proofErr w:type="spellEnd"/>
      <w:r w:rsidRPr="007D40B3">
        <w:rPr>
          <w:rFonts w:ascii="Times New Roman" w:hAnsi="Times New Roman"/>
          <w:b w:val="0"/>
          <w:bCs w:val="0"/>
          <w:sz w:val="20"/>
          <w:szCs w:val="20"/>
        </w:rPr>
        <w:t xml:space="preserve"> de </w:t>
      </w:r>
      <w:proofErr w:type="spellStart"/>
      <w:r w:rsidRPr="007D40B3">
        <w:rPr>
          <w:rFonts w:ascii="Times New Roman" w:hAnsi="Times New Roman"/>
          <w:b w:val="0"/>
          <w:bCs w:val="0"/>
          <w:sz w:val="20"/>
          <w:szCs w:val="20"/>
        </w:rPr>
        <w:t>decizie</w:t>
      </w:r>
      <w:proofErr w:type="spellEnd"/>
      <w:r w:rsidRPr="007D40B3">
        <w:rPr>
          <w:rFonts w:ascii="Times New Roman" w:hAnsi="Times New Roman"/>
          <w:b w:val="0"/>
          <w:bCs w:val="0"/>
          <w:sz w:val="20"/>
          <w:szCs w:val="20"/>
        </w:rPr>
        <w:t xml:space="preserve"> din </w:t>
      </w:r>
      <w:proofErr w:type="spellStart"/>
      <w:r w:rsidRPr="007D40B3">
        <w:rPr>
          <w:rFonts w:ascii="Times New Roman" w:hAnsi="Times New Roman"/>
          <w:b w:val="0"/>
          <w:bCs w:val="0"/>
          <w:sz w:val="20"/>
          <w:szCs w:val="20"/>
        </w:rPr>
        <w:t>cadrul</w:t>
      </w:r>
      <w:proofErr w:type="spellEnd"/>
      <w:r w:rsidRPr="007D40B3">
        <w:rPr>
          <w:rFonts w:ascii="Times New Roman" w:hAnsi="Times New Roman"/>
          <w:b w:val="0"/>
          <w:bCs w:val="0"/>
          <w:sz w:val="20"/>
          <w:szCs w:val="20"/>
        </w:rPr>
        <w:t xml:space="preserve"> </w:t>
      </w:r>
      <w:proofErr w:type="spellStart"/>
      <w:r w:rsidRPr="007D40B3">
        <w:rPr>
          <w:rFonts w:ascii="Times New Roman" w:hAnsi="Times New Roman"/>
          <w:b w:val="0"/>
          <w:bCs w:val="0"/>
          <w:sz w:val="20"/>
          <w:szCs w:val="20"/>
        </w:rPr>
        <w:t>Autorității</w:t>
      </w:r>
      <w:proofErr w:type="spellEnd"/>
      <w:r w:rsidRPr="007D40B3">
        <w:rPr>
          <w:rFonts w:ascii="Times New Roman" w:hAnsi="Times New Roman"/>
          <w:b w:val="0"/>
          <w:bCs w:val="0"/>
          <w:sz w:val="20"/>
          <w:szCs w:val="20"/>
        </w:rPr>
        <w:t xml:space="preserve"> </w:t>
      </w:r>
      <w:proofErr w:type="spellStart"/>
      <w:r w:rsidRPr="007D40B3">
        <w:rPr>
          <w:rFonts w:ascii="Times New Roman" w:hAnsi="Times New Roman"/>
          <w:b w:val="0"/>
          <w:bCs w:val="0"/>
          <w:sz w:val="20"/>
          <w:szCs w:val="20"/>
        </w:rPr>
        <w:t>Contractante</w:t>
      </w:r>
      <w:proofErr w:type="spellEnd"/>
      <w:r w:rsidRPr="007D40B3">
        <w:rPr>
          <w:rFonts w:ascii="Times New Roman" w:hAnsi="Times New Roman"/>
          <w:b w:val="0"/>
          <w:bCs w:val="0"/>
          <w:sz w:val="20"/>
          <w:szCs w:val="20"/>
        </w:rPr>
        <w:t xml:space="preserve"> sunt:</w:t>
      </w:r>
    </w:p>
    <w:tbl>
      <w:tblPr>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1964"/>
        <w:gridCol w:w="1701"/>
        <w:gridCol w:w="1843"/>
        <w:gridCol w:w="2126"/>
        <w:gridCol w:w="2127"/>
      </w:tblGrid>
      <w:tr w:rsidR="004C684C" w:rsidRPr="007D40B3" w14:paraId="610E7C44"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shd w:val="clear" w:color="auto" w:fill="D9D9D9"/>
            <w:vAlign w:val="center"/>
          </w:tcPr>
          <w:p w14:paraId="1CEAAB19" w14:textId="77777777" w:rsidR="004C684C" w:rsidRPr="007D40B3" w:rsidRDefault="004C684C" w:rsidP="004D2968">
            <w:pPr>
              <w:jc w:val="center"/>
              <w:rPr>
                <w:rFonts w:ascii="Times New Roman" w:hAnsi="Times New Roman"/>
                <w:b/>
              </w:rPr>
            </w:pPr>
            <w:r w:rsidRPr="007D40B3">
              <w:rPr>
                <w:rFonts w:ascii="Times New Roman" w:hAnsi="Times New Roman"/>
                <w:b/>
              </w:rPr>
              <w:t>Nr.</w:t>
            </w:r>
          </w:p>
          <w:p w14:paraId="71B2AF14" w14:textId="77777777" w:rsidR="004C684C" w:rsidRPr="007D40B3" w:rsidRDefault="004C684C" w:rsidP="004D2968">
            <w:pPr>
              <w:jc w:val="center"/>
              <w:rPr>
                <w:rFonts w:ascii="Times New Roman" w:hAnsi="Times New Roman"/>
                <w:b/>
              </w:rPr>
            </w:pPr>
            <w:proofErr w:type="spellStart"/>
            <w:r w:rsidRPr="007D40B3">
              <w:rPr>
                <w:rFonts w:ascii="Times New Roman" w:hAnsi="Times New Roman"/>
                <w:b/>
              </w:rPr>
              <w:t>crt</w:t>
            </w:r>
            <w:proofErr w:type="spellEnd"/>
            <w:r w:rsidRPr="007D40B3">
              <w:rPr>
                <w:rFonts w:ascii="Times New Roman" w:hAnsi="Times New Roman"/>
                <w:b/>
              </w:rPr>
              <w:t>.</w:t>
            </w:r>
          </w:p>
        </w:tc>
        <w:tc>
          <w:tcPr>
            <w:tcW w:w="196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F379AA" w14:textId="77777777" w:rsidR="004C684C" w:rsidRPr="007D40B3" w:rsidRDefault="004C684C" w:rsidP="004D2968">
            <w:pPr>
              <w:jc w:val="center"/>
              <w:rPr>
                <w:rFonts w:ascii="Times New Roman" w:hAnsi="Times New Roman"/>
                <w:b/>
              </w:rPr>
            </w:pPr>
            <w:proofErr w:type="spellStart"/>
            <w:r w:rsidRPr="007D40B3">
              <w:rPr>
                <w:rFonts w:ascii="Times New Roman" w:hAnsi="Times New Roman"/>
                <w:b/>
              </w:rPr>
              <w:t>Numele</w:t>
            </w:r>
            <w:proofErr w:type="spellEnd"/>
            <w:r w:rsidRPr="007D40B3">
              <w:rPr>
                <w:rFonts w:ascii="Times New Roman" w:hAnsi="Times New Roman"/>
                <w:b/>
              </w:rPr>
              <w:t xml:space="preserve"> </w:t>
            </w:r>
            <w:proofErr w:type="spellStart"/>
            <w:r w:rsidRPr="007D40B3">
              <w:rPr>
                <w:rFonts w:ascii="Times New Roman" w:hAnsi="Times New Roman"/>
                <w:b/>
              </w:rPr>
              <w:t>si</w:t>
            </w:r>
            <w:proofErr w:type="spellEnd"/>
            <w:r w:rsidRPr="007D40B3">
              <w:rPr>
                <w:rFonts w:ascii="Times New Roman" w:hAnsi="Times New Roman"/>
                <w:b/>
              </w:rPr>
              <w:t xml:space="preserve"> </w:t>
            </w:r>
            <w:proofErr w:type="spellStart"/>
            <w:r w:rsidRPr="007D40B3">
              <w:rPr>
                <w:rFonts w:ascii="Times New Roman" w:hAnsi="Times New Roman"/>
                <w:b/>
              </w:rPr>
              <w:t>prenumele</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D8F6213" w14:textId="77777777" w:rsidR="004C684C" w:rsidRPr="007D40B3" w:rsidRDefault="004C684C" w:rsidP="004D2968">
            <w:pPr>
              <w:jc w:val="center"/>
              <w:rPr>
                <w:rFonts w:ascii="Times New Roman" w:hAnsi="Times New Roman"/>
                <w:b/>
              </w:rPr>
            </w:pPr>
            <w:r w:rsidRPr="007D40B3">
              <w:rPr>
                <w:rFonts w:ascii="Times New Roman" w:hAnsi="Times New Roman"/>
                <w:b/>
              </w:rPr>
              <w:t xml:space="preserve">Data </w:t>
            </w:r>
            <w:proofErr w:type="spellStart"/>
            <w:r w:rsidRPr="007D40B3">
              <w:rPr>
                <w:rFonts w:ascii="Times New Roman" w:hAnsi="Times New Roman"/>
                <w:b/>
              </w:rPr>
              <w:t>si</w:t>
            </w:r>
            <w:proofErr w:type="spellEnd"/>
            <w:r w:rsidRPr="007D40B3">
              <w:rPr>
                <w:rFonts w:ascii="Times New Roman" w:hAnsi="Times New Roman"/>
                <w:b/>
              </w:rPr>
              <w:t xml:space="preserve"> </w:t>
            </w:r>
            <w:proofErr w:type="spellStart"/>
            <w:r w:rsidRPr="007D40B3">
              <w:rPr>
                <w:rFonts w:ascii="Times New Roman" w:hAnsi="Times New Roman"/>
                <w:b/>
              </w:rPr>
              <w:t>locul</w:t>
            </w:r>
            <w:proofErr w:type="spellEnd"/>
            <w:r w:rsidRPr="007D40B3">
              <w:rPr>
                <w:rFonts w:ascii="Times New Roman" w:hAnsi="Times New Roman"/>
                <w:b/>
              </w:rPr>
              <w:t xml:space="preserve"> </w:t>
            </w:r>
            <w:proofErr w:type="spellStart"/>
            <w:r w:rsidRPr="007D40B3">
              <w:rPr>
                <w:rFonts w:ascii="Times New Roman" w:hAnsi="Times New Roman"/>
                <w:b/>
              </w:rPr>
              <w:t>nasterii</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0B23B5B" w14:textId="77777777" w:rsidR="004C684C" w:rsidRPr="007D40B3" w:rsidRDefault="004C684C" w:rsidP="004D2968">
            <w:pPr>
              <w:jc w:val="center"/>
              <w:rPr>
                <w:rFonts w:ascii="Times New Roman" w:hAnsi="Times New Roman"/>
                <w:b/>
              </w:rPr>
            </w:pPr>
            <w:proofErr w:type="spellStart"/>
            <w:r w:rsidRPr="007D40B3">
              <w:rPr>
                <w:rFonts w:ascii="Times New Roman" w:hAnsi="Times New Roman"/>
                <w:b/>
              </w:rPr>
              <w:t>Domiciliul</w:t>
            </w:r>
            <w:proofErr w:type="spellEnd"/>
            <w:r w:rsidRPr="007D40B3">
              <w:rPr>
                <w:rFonts w:ascii="Times New Roman" w:hAnsi="Times New Roman"/>
                <w:b/>
              </w:rPr>
              <w:t xml:space="preserve"> actual</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9C04B2" w14:textId="77777777" w:rsidR="004C684C" w:rsidRPr="007D40B3" w:rsidRDefault="004C684C" w:rsidP="004D2968">
            <w:pPr>
              <w:jc w:val="center"/>
              <w:rPr>
                <w:rFonts w:ascii="Times New Roman" w:hAnsi="Times New Roman"/>
                <w:b/>
              </w:rPr>
            </w:pPr>
            <w:proofErr w:type="spellStart"/>
            <w:r w:rsidRPr="007D40B3">
              <w:rPr>
                <w:rFonts w:ascii="Times New Roman" w:hAnsi="Times New Roman"/>
                <w:b/>
              </w:rPr>
              <w:t>Codul</w:t>
            </w:r>
            <w:proofErr w:type="spellEnd"/>
            <w:r w:rsidRPr="007D40B3">
              <w:rPr>
                <w:rFonts w:ascii="Times New Roman" w:hAnsi="Times New Roman"/>
                <w:b/>
              </w:rPr>
              <w:t xml:space="preserve"> Numeric Personal</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6D1D6B" w14:textId="77777777" w:rsidR="004C684C" w:rsidRPr="007D40B3" w:rsidRDefault="004C684C" w:rsidP="004D2968">
            <w:pPr>
              <w:jc w:val="center"/>
              <w:rPr>
                <w:rFonts w:ascii="Times New Roman" w:hAnsi="Times New Roman"/>
                <w:b/>
              </w:rPr>
            </w:pPr>
            <w:proofErr w:type="spellStart"/>
            <w:r w:rsidRPr="007D40B3">
              <w:rPr>
                <w:rFonts w:ascii="Times New Roman" w:hAnsi="Times New Roman"/>
                <w:b/>
              </w:rPr>
              <w:t>Functia</w:t>
            </w:r>
            <w:proofErr w:type="spellEnd"/>
            <w:r w:rsidRPr="007D40B3">
              <w:rPr>
                <w:rFonts w:ascii="Times New Roman" w:hAnsi="Times New Roman"/>
                <w:b/>
              </w:rPr>
              <w:t xml:space="preserve"> </w:t>
            </w:r>
            <w:proofErr w:type="spellStart"/>
            <w:r w:rsidRPr="007D40B3">
              <w:rPr>
                <w:rFonts w:ascii="Times New Roman" w:hAnsi="Times New Roman"/>
                <w:b/>
              </w:rPr>
              <w:t>detinuta</w:t>
            </w:r>
            <w:proofErr w:type="spellEnd"/>
          </w:p>
        </w:tc>
      </w:tr>
      <w:tr w:rsidR="004C684C" w:rsidRPr="007D40B3" w14:paraId="10E47558" w14:textId="77777777" w:rsidTr="004D2968">
        <w:trPr>
          <w:trHeight w:val="268"/>
          <w:jc w:val="center"/>
        </w:trPr>
        <w:tc>
          <w:tcPr>
            <w:tcW w:w="730" w:type="dxa"/>
            <w:tcBorders>
              <w:top w:val="single" w:sz="4" w:space="0" w:color="auto"/>
              <w:left w:val="single" w:sz="4" w:space="0" w:color="auto"/>
              <w:bottom w:val="single" w:sz="4" w:space="0" w:color="auto"/>
              <w:right w:val="single" w:sz="4" w:space="0" w:color="auto"/>
            </w:tcBorders>
            <w:vAlign w:val="center"/>
          </w:tcPr>
          <w:p w14:paraId="03C23A36" w14:textId="77777777" w:rsidR="004C684C" w:rsidRPr="007D40B3" w:rsidRDefault="004C684C" w:rsidP="004D2968">
            <w:pPr>
              <w:jc w:val="center"/>
              <w:rPr>
                <w:rFonts w:ascii="Times New Roman" w:hAnsi="Times New Roman"/>
              </w:rPr>
            </w:pPr>
            <w:r w:rsidRPr="007D40B3">
              <w:rPr>
                <w:rFonts w:ascii="Times New Roman" w:hAnsi="Times New Roman"/>
              </w:rPr>
              <w:t>1.</w:t>
            </w:r>
          </w:p>
        </w:tc>
        <w:tc>
          <w:tcPr>
            <w:tcW w:w="1964" w:type="dxa"/>
            <w:tcBorders>
              <w:top w:val="single" w:sz="4" w:space="0" w:color="auto"/>
              <w:left w:val="single" w:sz="4" w:space="0" w:color="auto"/>
              <w:bottom w:val="single" w:sz="4" w:space="0" w:color="auto"/>
              <w:right w:val="single" w:sz="4" w:space="0" w:color="auto"/>
            </w:tcBorders>
            <w:vAlign w:val="center"/>
          </w:tcPr>
          <w:p w14:paraId="4D3FE69C" w14:textId="77777777" w:rsidR="004C684C" w:rsidRPr="007D40B3" w:rsidRDefault="004C684C" w:rsidP="004D2968">
            <w:pPr>
              <w:jc w:val="both"/>
              <w:rPr>
                <w:rFonts w:ascii="Times New Roman" w:hAnsi="Times New Roman"/>
                <w:lang w:val="en-GB"/>
              </w:rPr>
            </w:pPr>
            <w:r w:rsidRPr="007D40B3">
              <w:rPr>
                <w:rFonts w:ascii="Times New Roman" w:hAnsi="Times New Roman"/>
                <w:lang w:val="en-GB"/>
              </w:rPr>
              <w:t>Moraru Neculai</w:t>
            </w:r>
          </w:p>
        </w:tc>
        <w:tc>
          <w:tcPr>
            <w:tcW w:w="1701" w:type="dxa"/>
            <w:tcBorders>
              <w:top w:val="single" w:sz="4" w:space="0" w:color="auto"/>
              <w:left w:val="single" w:sz="4" w:space="0" w:color="auto"/>
              <w:bottom w:val="single" w:sz="4" w:space="0" w:color="auto"/>
              <w:right w:val="single" w:sz="4" w:space="0" w:color="auto"/>
            </w:tcBorders>
            <w:vAlign w:val="center"/>
          </w:tcPr>
          <w:p w14:paraId="277EC2F8"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21.08.1955, 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450A64D5"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ACB16D2" w14:textId="77777777" w:rsidR="004C684C" w:rsidRPr="007D40B3" w:rsidRDefault="004C684C" w:rsidP="004D2968">
            <w:pPr>
              <w:pStyle w:val="Antet"/>
              <w:jc w:val="center"/>
              <w:rPr>
                <w:rFonts w:ascii="Times New Roman" w:hAnsi="Times New Roman"/>
              </w:rPr>
            </w:pPr>
            <w:r w:rsidRPr="007D40B3">
              <w:rPr>
                <w:rFonts w:ascii="Times New Roman" w:hAnsi="Times New Roman"/>
                <w:shd w:val="clear" w:color="auto" w:fill="FFFFFF"/>
              </w:rPr>
              <w:t>1550821374077</w:t>
            </w:r>
          </w:p>
        </w:tc>
        <w:tc>
          <w:tcPr>
            <w:tcW w:w="2127" w:type="dxa"/>
            <w:vAlign w:val="center"/>
            <w:hideMark/>
          </w:tcPr>
          <w:p w14:paraId="1C374F28" w14:textId="77777777" w:rsidR="004C684C" w:rsidRPr="007D40B3" w:rsidRDefault="004C684C" w:rsidP="004D2968">
            <w:pPr>
              <w:jc w:val="center"/>
              <w:rPr>
                <w:rFonts w:ascii="Times New Roman" w:hAnsi="Times New Roman"/>
              </w:rPr>
            </w:pPr>
            <w:r w:rsidRPr="007D40B3">
              <w:rPr>
                <w:rFonts w:ascii="Times New Roman" w:hAnsi="Times New Roman"/>
              </w:rPr>
              <w:t>Primar</w:t>
            </w:r>
          </w:p>
        </w:tc>
      </w:tr>
      <w:tr w:rsidR="004C684C" w:rsidRPr="007D40B3" w14:paraId="763155CE" w14:textId="77777777" w:rsidTr="004D2968">
        <w:trPr>
          <w:trHeight w:val="268"/>
          <w:jc w:val="center"/>
        </w:trPr>
        <w:tc>
          <w:tcPr>
            <w:tcW w:w="730" w:type="dxa"/>
            <w:tcBorders>
              <w:top w:val="single" w:sz="4" w:space="0" w:color="auto"/>
              <w:left w:val="single" w:sz="4" w:space="0" w:color="auto"/>
              <w:bottom w:val="single" w:sz="4" w:space="0" w:color="auto"/>
              <w:right w:val="single" w:sz="4" w:space="0" w:color="auto"/>
            </w:tcBorders>
            <w:vAlign w:val="center"/>
          </w:tcPr>
          <w:p w14:paraId="27767335" w14:textId="77777777" w:rsidR="004C684C" w:rsidRPr="007D40B3" w:rsidRDefault="004C684C" w:rsidP="004D2968">
            <w:pPr>
              <w:jc w:val="center"/>
              <w:rPr>
                <w:rFonts w:ascii="Times New Roman" w:hAnsi="Times New Roman"/>
              </w:rPr>
            </w:pPr>
            <w:r w:rsidRPr="007D40B3">
              <w:rPr>
                <w:rFonts w:ascii="Times New Roman" w:hAnsi="Times New Roman"/>
              </w:rPr>
              <w:t>2.</w:t>
            </w:r>
          </w:p>
        </w:tc>
        <w:tc>
          <w:tcPr>
            <w:tcW w:w="1964" w:type="dxa"/>
            <w:tcBorders>
              <w:top w:val="single" w:sz="4" w:space="0" w:color="auto"/>
              <w:left w:val="single" w:sz="4" w:space="0" w:color="auto"/>
              <w:bottom w:val="single" w:sz="4" w:space="0" w:color="auto"/>
              <w:right w:val="single" w:sz="4" w:space="0" w:color="auto"/>
            </w:tcBorders>
            <w:vAlign w:val="center"/>
          </w:tcPr>
          <w:p w14:paraId="062E819D" w14:textId="77777777" w:rsidR="004C684C" w:rsidRPr="007D40B3" w:rsidRDefault="004C684C" w:rsidP="004D2968">
            <w:pPr>
              <w:pStyle w:val="Antet"/>
              <w:rPr>
                <w:rFonts w:ascii="Times New Roman" w:hAnsi="Times New Roman"/>
              </w:rPr>
            </w:pPr>
            <w:r w:rsidRPr="007D40B3">
              <w:rPr>
                <w:rFonts w:ascii="Times New Roman" w:hAnsi="Times New Roman"/>
              </w:rPr>
              <w:t>Toader Horațiu Adrian</w:t>
            </w:r>
          </w:p>
        </w:tc>
        <w:tc>
          <w:tcPr>
            <w:tcW w:w="1701" w:type="dxa"/>
            <w:tcBorders>
              <w:top w:val="single" w:sz="4" w:space="0" w:color="auto"/>
              <w:left w:val="single" w:sz="4" w:space="0" w:color="auto"/>
              <w:bottom w:val="single" w:sz="4" w:space="0" w:color="auto"/>
              <w:right w:val="single" w:sz="4" w:space="0" w:color="auto"/>
            </w:tcBorders>
            <w:vAlign w:val="center"/>
          </w:tcPr>
          <w:p w14:paraId="412F10D8"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07.04.1972,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45A5F9C6"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B6BE977" w14:textId="77777777" w:rsidR="004C684C" w:rsidRPr="007D40B3" w:rsidRDefault="004C684C" w:rsidP="004D2968">
            <w:pPr>
              <w:pStyle w:val="Antet"/>
              <w:jc w:val="center"/>
              <w:rPr>
                <w:rFonts w:ascii="Times New Roman" w:hAnsi="Times New Roman"/>
              </w:rPr>
            </w:pPr>
            <w:r w:rsidRPr="007D40B3">
              <w:rPr>
                <w:rFonts w:ascii="Times New Roman" w:hAnsi="Times New Roman"/>
              </w:rPr>
              <w:t>1720407370044</w:t>
            </w:r>
          </w:p>
        </w:tc>
        <w:tc>
          <w:tcPr>
            <w:tcW w:w="2127" w:type="dxa"/>
            <w:vAlign w:val="center"/>
          </w:tcPr>
          <w:p w14:paraId="45E8271D"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Viceprimar</w:t>
            </w:r>
            <w:proofErr w:type="spellEnd"/>
          </w:p>
        </w:tc>
      </w:tr>
      <w:tr w:rsidR="004C684C" w:rsidRPr="007D40B3" w14:paraId="03047FF5"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DB5AA9B" w14:textId="77777777" w:rsidR="004C684C" w:rsidRPr="007D40B3" w:rsidRDefault="004C684C" w:rsidP="004D2968">
            <w:pPr>
              <w:jc w:val="center"/>
              <w:rPr>
                <w:rFonts w:ascii="Times New Roman" w:hAnsi="Times New Roman"/>
              </w:rPr>
            </w:pPr>
            <w:r w:rsidRPr="007D40B3">
              <w:rPr>
                <w:rFonts w:ascii="Times New Roman" w:hAnsi="Times New Roman"/>
              </w:rPr>
              <w:t>3.</w:t>
            </w:r>
          </w:p>
        </w:tc>
        <w:tc>
          <w:tcPr>
            <w:tcW w:w="1964" w:type="dxa"/>
            <w:tcBorders>
              <w:top w:val="single" w:sz="4" w:space="0" w:color="auto"/>
              <w:left w:val="single" w:sz="4" w:space="0" w:color="auto"/>
              <w:bottom w:val="single" w:sz="4" w:space="0" w:color="auto"/>
              <w:right w:val="single" w:sz="4" w:space="0" w:color="auto"/>
            </w:tcBorders>
            <w:vAlign w:val="center"/>
          </w:tcPr>
          <w:p w14:paraId="1D5EF65F" w14:textId="77777777" w:rsidR="004C684C" w:rsidRPr="007D40B3" w:rsidRDefault="004C684C" w:rsidP="004D2968">
            <w:pPr>
              <w:jc w:val="both"/>
              <w:rPr>
                <w:rFonts w:ascii="Times New Roman" w:hAnsi="Times New Roman"/>
              </w:rPr>
            </w:pPr>
            <w:r w:rsidRPr="007D40B3">
              <w:rPr>
                <w:rFonts w:ascii="Times New Roman" w:hAnsi="Times New Roman"/>
              </w:rPr>
              <w:t>Maria Vasilache</w:t>
            </w:r>
          </w:p>
        </w:tc>
        <w:tc>
          <w:tcPr>
            <w:tcW w:w="1701" w:type="dxa"/>
            <w:tcBorders>
              <w:top w:val="single" w:sz="4" w:space="0" w:color="auto"/>
              <w:left w:val="single" w:sz="4" w:space="0" w:color="auto"/>
              <w:bottom w:val="single" w:sz="4" w:space="0" w:color="auto"/>
              <w:right w:val="single" w:sz="4" w:space="0" w:color="auto"/>
            </w:tcBorders>
            <w:vAlign w:val="center"/>
          </w:tcPr>
          <w:p w14:paraId="5F1E49DD"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15.11.1974, sat </w:t>
            </w:r>
            <w:proofErr w:type="spellStart"/>
            <w:r w:rsidRPr="007D40B3">
              <w:rPr>
                <w:rFonts w:ascii="Times New Roman" w:hAnsi="Times New Roman"/>
              </w:rPr>
              <w:t>Girov</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Neamț</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8049BB2"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3D5D188" w14:textId="77777777" w:rsidR="004C684C" w:rsidRPr="007D40B3" w:rsidRDefault="004C684C" w:rsidP="004D2968">
            <w:pPr>
              <w:pStyle w:val="Antet"/>
              <w:jc w:val="center"/>
              <w:rPr>
                <w:rFonts w:ascii="Times New Roman" w:hAnsi="Times New Roman"/>
              </w:rPr>
            </w:pPr>
            <w:r w:rsidRPr="007D40B3">
              <w:rPr>
                <w:rFonts w:ascii="Times New Roman" w:hAnsi="Times New Roman"/>
              </w:rPr>
              <w:t>2741115270582</w:t>
            </w:r>
          </w:p>
        </w:tc>
        <w:tc>
          <w:tcPr>
            <w:tcW w:w="2127" w:type="dxa"/>
            <w:vAlign w:val="center"/>
          </w:tcPr>
          <w:p w14:paraId="4CD42E64"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superior cu </w:t>
            </w:r>
            <w:proofErr w:type="spellStart"/>
            <w:r w:rsidRPr="007D40B3">
              <w:rPr>
                <w:rFonts w:ascii="Times New Roman" w:hAnsi="Times New Roman"/>
              </w:rPr>
              <w:t>atribuții</w:t>
            </w:r>
            <w:proofErr w:type="spellEnd"/>
            <w:r w:rsidRPr="007D40B3">
              <w:rPr>
                <w:rFonts w:ascii="Times New Roman" w:hAnsi="Times New Roman"/>
              </w:rPr>
              <w:t xml:space="preserve"> delegate de </w:t>
            </w:r>
            <w:proofErr w:type="spellStart"/>
            <w:r w:rsidRPr="007D40B3">
              <w:rPr>
                <w:rFonts w:ascii="Times New Roman" w:hAnsi="Times New Roman"/>
              </w:rPr>
              <w:t>Secretar</w:t>
            </w:r>
            <w:proofErr w:type="spellEnd"/>
            <w:r w:rsidRPr="007D40B3">
              <w:rPr>
                <w:rFonts w:ascii="Times New Roman" w:hAnsi="Times New Roman"/>
              </w:rPr>
              <w:t xml:space="preserve"> general</w:t>
            </w:r>
          </w:p>
        </w:tc>
      </w:tr>
      <w:tr w:rsidR="004C684C" w:rsidRPr="007D40B3" w14:paraId="20F81DC0"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EAD945F" w14:textId="77777777" w:rsidR="004C684C" w:rsidRPr="007D40B3" w:rsidRDefault="004C684C" w:rsidP="004D2968">
            <w:pPr>
              <w:jc w:val="center"/>
              <w:rPr>
                <w:rFonts w:ascii="Times New Roman" w:hAnsi="Times New Roman"/>
              </w:rPr>
            </w:pPr>
            <w:r w:rsidRPr="007D40B3">
              <w:rPr>
                <w:rFonts w:ascii="Times New Roman" w:hAnsi="Times New Roman"/>
              </w:rPr>
              <w:t>4.</w:t>
            </w:r>
          </w:p>
        </w:tc>
        <w:tc>
          <w:tcPr>
            <w:tcW w:w="1964" w:type="dxa"/>
            <w:tcBorders>
              <w:top w:val="single" w:sz="4" w:space="0" w:color="auto"/>
              <w:left w:val="single" w:sz="4" w:space="0" w:color="auto"/>
              <w:bottom w:val="single" w:sz="4" w:space="0" w:color="auto"/>
              <w:right w:val="single" w:sz="4" w:space="0" w:color="auto"/>
            </w:tcBorders>
            <w:vAlign w:val="center"/>
          </w:tcPr>
          <w:p w14:paraId="4421ED76" w14:textId="77777777" w:rsidR="004C684C" w:rsidRPr="007D40B3" w:rsidRDefault="004C684C" w:rsidP="004D2968">
            <w:pPr>
              <w:jc w:val="both"/>
              <w:rPr>
                <w:rFonts w:ascii="Times New Roman" w:hAnsi="Times New Roman"/>
              </w:rPr>
            </w:pPr>
            <w:r w:rsidRPr="007D40B3">
              <w:rPr>
                <w:rFonts w:ascii="Times New Roman" w:hAnsi="Times New Roman"/>
              </w:rPr>
              <w:t>Irimia Viorica</w:t>
            </w:r>
          </w:p>
        </w:tc>
        <w:tc>
          <w:tcPr>
            <w:tcW w:w="1701" w:type="dxa"/>
            <w:tcBorders>
              <w:top w:val="single" w:sz="4" w:space="0" w:color="auto"/>
              <w:left w:val="single" w:sz="4" w:space="0" w:color="auto"/>
              <w:bottom w:val="single" w:sz="4" w:space="0" w:color="auto"/>
              <w:right w:val="single" w:sz="4" w:space="0" w:color="auto"/>
            </w:tcBorders>
            <w:vAlign w:val="center"/>
          </w:tcPr>
          <w:p w14:paraId="649F9664"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10.09.1967, sat </w:t>
            </w:r>
            <w:proofErr w:type="spellStart"/>
            <w:r w:rsidRPr="007D40B3">
              <w:rPr>
                <w:rFonts w:ascii="Times New Roman" w:hAnsi="Times New Roman"/>
              </w:rPr>
              <w:t>Vetrișoaia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595961F4"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Berezeni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Berezeni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50FAF7F" w14:textId="77777777" w:rsidR="004C684C" w:rsidRPr="007D40B3" w:rsidRDefault="004C684C" w:rsidP="004D2968">
            <w:pPr>
              <w:pStyle w:val="Antet"/>
              <w:jc w:val="center"/>
              <w:rPr>
                <w:rFonts w:ascii="Times New Roman" w:hAnsi="Times New Roman"/>
              </w:rPr>
            </w:pPr>
            <w:r w:rsidRPr="007D40B3">
              <w:rPr>
                <w:rFonts w:ascii="Times New Roman" w:hAnsi="Times New Roman"/>
              </w:rPr>
              <w:t>2670910372241</w:t>
            </w:r>
          </w:p>
        </w:tc>
        <w:tc>
          <w:tcPr>
            <w:tcW w:w="2127" w:type="dxa"/>
            <w:vAlign w:val="center"/>
          </w:tcPr>
          <w:p w14:paraId="55CC7D84"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w:t>
            </w:r>
            <w:proofErr w:type="spellStart"/>
            <w:r w:rsidRPr="007D40B3">
              <w:rPr>
                <w:rFonts w:ascii="Times New Roman" w:hAnsi="Times New Roman"/>
              </w:rPr>
              <w:t>clasa</w:t>
            </w:r>
            <w:proofErr w:type="spellEnd"/>
            <w:r w:rsidRPr="007D40B3">
              <w:rPr>
                <w:rFonts w:ascii="Times New Roman" w:hAnsi="Times New Roman"/>
              </w:rPr>
              <w:t xml:space="preserve"> I superior</w:t>
            </w:r>
          </w:p>
        </w:tc>
      </w:tr>
      <w:tr w:rsidR="004C684C" w:rsidRPr="007D40B3" w14:paraId="309B9AC1"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99A1EB2" w14:textId="77777777" w:rsidR="004C684C" w:rsidRPr="007D40B3" w:rsidRDefault="004C684C" w:rsidP="004D2968">
            <w:pPr>
              <w:jc w:val="center"/>
              <w:rPr>
                <w:rFonts w:ascii="Times New Roman" w:hAnsi="Times New Roman"/>
              </w:rPr>
            </w:pPr>
            <w:r w:rsidRPr="007D40B3">
              <w:rPr>
                <w:rFonts w:ascii="Times New Roman" w:hAnsi="Times New Roman"/>
              </w:rPr>
              <w:t>5.</w:t>
            </w:r>
          </w:p>
        </w:tc>
        <w:tc>
          <w:tcPr>
            <w:tcW w:w="1964" w:type="dxa"/>
            <w:tcBorders>
              <w:top w:val="single" w:sz="4" w:space="0" w:color="auto"/>
              <w:left w:val="single" w:sz="4" w:space="0" w:color="auto"/>
              <w:bottom w:val="single" w:sz="4" w:space="0" w:color="auto"/>
              <w:right w:val="single" w:sz="4" w:space="0" w:color="auto"/>
            </w:tcBorders>
            <w:vAlign w:val="center"/>
          </w:tcPr>
          <w:p w14:paraId="58988B99" w14:textId="77777777" w:rsidR="004C684C" w:rsidRPr="007D40B3" w:rsidRDefault="004C684C" w:rsidP="004D2968">
            <w:pPr>
              <w:jc w:val="both"/>
              <w:rPr>
                <w:rFonts w:ascii="Times New Roman" w:hAnsi="Times New Roman"/>
              </w:rPr>
            </w:pPr>
            <w:r w:rsidRPr="007D40B3">
              <w:rPr>
                <w:rFonts w:ascii="Times New Roman" w:hAnsi="Times New Roman"/>
              </w:rPr>
              <w:t>Tofan Cătălin</w:t>
            </w:r>
          </w:p>
        </w:tc>
        <w:tc>
          <w:tcPr>
            <w:tcW w:w="1701" w:type="dxa"/>
            <w:tcBorders>
              <w:top w:val="single" w:sz="4" w:space="0" w:color="auto"/>
              <w:left w:val="single" w:sz="4" w:space="0" w:color="auto"/>
              <w:bottom w:val="single" w:sz="4" w:space="0" w:color="auto"/>
              <w:right w:val="single" w:sz="4" w:space="0" w:color="auto"/>
            </w:tcBorders>
            <w:vAlign w:val="center"/>
          </w:tcPr>
          <w:p w14:paraId="6F304CDD"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23.06.1985, 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B01A3C9"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8F52644" w14:textId="77777777" w:rsidR="004C684C" w:rsidRPr="007D40B3" w:rsidRDefault="004C684C" w:rsidP="004D2968">
            <w:pPr>
              <w:pStyle w:val="Antet"/>
              <w:jc w:val="center"/>
              <w:rPr>
                <w:rFonts w:ascii="Times New Roman" w:hAnsi="Times New Roman"/>
              </w:rPr>
            </w:pPr>
            <w:r w:rsidRPr="007D40B3">
              <w:rPr>
                <w:rFonts w:ascii="Times New Roman" w:hAnsi="Times New Roman"/>
              </w:rPr>
              <w:t>1850623375471</w:t>
            </w:r>
          </w:p>
        </w:tc>
        <w:tc>
          <w:tcPr>
            <w:tcW w:w="2127" w:type="dxa"/>
            <w:vAlign w:val="center"/>
          </w:tcPr>
          <w:p w14:paraId="6FC9ED25"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w:t>
            </w:r>
            <w:proofErr w:type="spellStart"/>
            <w:r w:rsidRPr="007D40B3">
              <w:rPr>
                <w:rFonts w:ascii="Times New Roman" w:hAnsi="Times New Roman"/>
              </w:rPr>
              <w:t>achizitii</w:t>
            </w:r>
            <w:proofErr w:type="spellEnd"/>
            <w:r w:rsidRPr="007D40B3">
              <w:rPr>
                <w:rFonts w:ascii="Times New Roman" w:hAnsi="Times New Roman"/>
              </w:rPr>
              <w:t xml:space="preserve"> </w:t>
            </w:r>
            <w:proofErr w:type="spellStart"/>
            <w:r w:rsidRPr="007D40B3">
              <w:rPr>
                <w:rFonts w:ascii="Times New Roman" w:hAnsi="Times New Roman"/>
              </w:rPr>
              <w:t>publice</w:t>
            </w:r>
            <w:proofErr w:type="spellEnd"/>
            <w:r w:rsidRPr="007D40B3">
              <w:rPr>
                <w:rFonts w:ascii="Times New Roman" w:hAnsi="Times New Roman"/>
              </w:rPr>
              <w:t xml:space="preserve"> principal </w:t>
            </w:r>
            <w:proofErr w:type="spellStart"/>
            <w:r w:rsidRPr="007D40B3">
              <w:rPr>
                <w:rFonts w:ascii="Times New Roman" w:hAnsi="Times New Roman"/>
              </w:rPr>
              <w:t>clasa</w:t>
            </w:r>
            <w:proofErr w:type="spellEnd"/>
            <w:r w:rsidRPr="007D40B3">
              <w:rPr>
                <w:rFonts w:ascii="Times New Roman" w:hAnsi="Times New Roman"/>
              </w:rPr>
              <w:t xml:space="preserve"> I </w:t>
            </w:r>
          </w:p>
        </w:tc>
      </w:tr>
      <w:tr w:rsidR="004C684C" w:rsidRPr="007D40B3" w14:paraId="6503303E"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C8CB0C2" w14:textId="77777777" w:rsidR="004C684C" w:rsidRPr="007D40B3" w:rsidRDefault="004C684C" w:rsidP="004D2968">
            <w:pPr>
              <w:jc w:val="center"/>
              <w:rPr>
                <w:rFonts w:ascii="Times New Roman" w:hAnsi="Times New Roman"/>
              </w:rPr>
            </w:pPr>
            <w:r w:rsidRPr="007D40B3">
              <w:rPr>
                <w:rFonts w:ascii="Times New Roman" w:hAnsi="Times New Roman"/>
              </w:rPr>
              <w:t>6.</w:t>
            </w:r>
          </w:p>
        </w:tc>
        <w:tc>
          <w:tcPr>
            <w:tcW w:w="1964" w:type="dxa"/>
            <w:tcBorders>
              <w:top w:val="single" w:sz="4" w:space="0" w:color="auto"/>
              <w:left w:val="single" w:sz="4" w:space="0" w:color="auto"/>
              <w:bottom w:val="single" w:sz="4" w:space="0" w:color="auto"/>
              <w:right w:val="single" w:sz="4" w:space="0" w:color="auto"/>
            </w:tcBorders>
            <w:vAlign w:val="center"/>
          </w:tcPr>
          <w:p w14:paraId="1C65E9BB" w14:textId="77777777" w:rsidR="004C684C" w:rsidRPr="007D40B3" w:rsidRDefault="004C684C" w:rsidP="004D2968">
            <w:pPr>
              <w:jc w:val="both"/>
              <w:rPr>
                <w:rFonts w:ascii="Times New Roman" w:hAnsi="Times New Roman"/>
              </w:rPr>
            </w:pPr>
            <w:proofErr w:type="spellStart"/>
            <w:r w:rsidRPr="007D40B3">
              <w:rPr>
                <w:rFonts w:ascii="Times New Roman" w:hAnsi="Times New Roman"/>
              </w:rPr>
              <w:t>Goliță</w:t>
            </w:r>
            <w:proofErr w:type="spellEnd"/>
            <w:r w:rsidRPr="007D40B3">
              <w:rPr>
                <w:rFonts w:ascii="Times New Roman" w:hAnsi="Times New Roman"/>
              </w:rPr>
              <w:t xml:space="preserve"> Florentina Elena</w:t>
            </w:r>
          </w:p>
        </w:tc>
        <w:tc>
          <w:tcPr>
            <w:tcW w:w="1701" w:type="dxa"/>
            <w:tcBorders>
              <w:top w:val="single" w:sz="4" w:space="0" w:color="auto"/>
              <w:left w:val="single" w:sz="4" w:space="0" w:color="auto"/>
              <w:bottom w:val="single" w:sz="4" w:space="0" w:color="auto"/>
              <w:right w:val="single" w:sz="4" w:space="0" w:color="auto"/>
            </w:tcBorders>
            <w:vAlign w:val="center"/>
          </w:tcPr>
          <w:p w14:paraId="0CC469F4"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30.04.1988 </w:t>
            </w:r>
            <w:proofErr w:type="spellStart"/>
            <w:r w:rsidRPr="007D40B3">
              <w:rPr>
                <w:rFonts w:ascii="Times New Roman" w:hAnsi="Times New Roman"/>
              </w:rPr>
              <w:t>oras</w:t>
            </w:r>
            <w:proofErr w:type="spellEnd"/>
            <w:r w:rsidRPr="007D40B3">
              <w:rPr>
                <w:rFonts w:ascii="Times New Roman" w:hAnsi="Times New Roman"/>
              </w:rPr>
              <w:t xml:space="preserve"> </w:t>
            </w:r>
            <w:proofErr w:type="spellStart"/>
            <w:r w:rsidRPr="007D40B3">
              <w:rPr>
                <w:rFonts w:ascii="Times New Roman" w:hAnsi="Times New Roman"/>
              </w:rPr>
              <w:t>Murgeni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6215FE6"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968E57B" w14:textId="77777777" w:rsidR="004C684C" w:rsidRPr="007D40B3" w:rsidRDefault="004C684C" w:rsidP="004D2968">
            <w:pPr>
              <w:pStyle w:val="Antet"/>
              <w:jc w:val="center"/>
              <w:rPr>
                <w:rFonts w:ascii="Times New Roman" w:hAnsi="Times New Roman"/>
              </w:rPr>
            </w:pPr>
            <w:r w:rsidRPr="007D40B3">
              <w:rPr>
                <w:rFonts w:ascii="Times New Roman" w:hAnsi="Times New Roman"/>
              </w:rPr>
              <w:t>2880430371691</w:t>
            </w:r>
          </w:p>
        </w:tc>
        <w:tc>
          <w:tcPr>
            <w:tcW w:w="2127" w:type="dxa"/>
            <w:vAlign w:val="center"/>
          </w:tcPr>
          <w:p w14:paraId="38385AE1"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w:t>
            </w:r>
            <w:proofErr w:type="spellStart"/>
            <w:r w:rsidRPr="007D40B3">
              <w:rPr>
                <w:rFonts w:ascii="Times New Roman" w:hAnsi="Times New Roman"/>
              </w:rPr>
              <w:t>clasa</w:t>
            </w:r>
            <w:proofErr w:type="spellEnd"/>
            <w:r w:rsidRPr="007D40B3">
              <w:rPr>
                <w:rFonts w:ascii="Times New Roman" w:hAnsi="Times New Roman"/>
              </w:rPr>
              <w:t xml:space="preserve"> I </w:t>
            </w:r>
            <w:proofErr w:type="spellStart"/>
            <w:r w:rsidRPr="007D40B3">
              <w:rPr>
                <w:rFonts w:ascii="Times New Roman" w:hAnsi="Times New Roman"/>
              </w:rPr>
              <w:t>asistent</w:t>
            </w:r>
            <w:proofErr w:type="spellEnd"/>
          </w:p>
        </w:tc>
      </w:tr>
      <w:tr w:rsidR="004C684C" w:rsidRPr="007D40B3" w14:paraId="7D431E62"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65EB7CE" w14:textId="77777777" w:rsidR="004C684C" w:rsidRPr="007D40B3" w:rsidRDefault="004C684C" w:rsidP="004D2968">
            <w:pPr>
              <w:jc w:val="center"/>
              <w:rPr>
                <w:rFonts w:ascii="Times New Roman" w:hAnsi="Times New Roman"/>
              </w:rPr>
            </w:pPr>
            <w:r w:rsidRPr="007D40B3">
              <w:rPr>
                <w:rFonts w:ascii="Times New Roman" w:hAnsi="Times New Roman"/>
              </w:rPr>
              <w:t>7.</w:t>
            </w:r>
          </w:p>
        </w:tc>
        <w:tc>
          <w:tcPr>
            <w:tcW w:w="1964" w:type="dxa"/>
            <w:tcBorders>
              <w:top w:val="single" w:sz="4" w:space="0" w:color="auto"/>
              <w:left w:val="single" w:sz="4" w:space="0" w:color="auto"/>
              <w:bottom w:val="single" w:sz="4" w:space="0" w:color="auto"/>
              <w:right w:val="single" w:sz="4" w:space="0" w:color="auto"/>
            </w:tcBorders>
            <w:vAlign w:val="center"/>
          </w:tcPr>
          <w:p w14:paraId="3ABE2849" w14:textId="77777777" w:rsidR="004C684C" w:rsidRPr="007D40B3" w:rsidRDefault="004C684C" w:rsidP="004D2968">
            <w:pPr>
              <w:jc w:val="both"/>
              <w:rPr>
                <w:rFonts w:ascii="Times New Roman" w:hAnsi="Times New Roman"/>
              </w:rPr>
            </w:pPr>
            <w:proofErr w:type="spellStart"/>
            <w:r w:rsidRPr="007D40B3">
              <w:rPr>
                <w:rFonts w:ascii="Times New Roman" w:hAnsi="Times New Roman"/>
              </w:rPr>
              <w:t>Codău</w:t>
            </w:r>
            <w:proofErr w:type="spellEnd"/>
            <w:r w:rsidRPr="007D40B3">
              <w:rPr>
                <w:rFonts w:ascii="Times New Roman" w:hAnsi="Times New Roman"/>
              </w:rPr>
              <w:t xml:space="preserve"> Giuliano Lucian</w:t>
            </w:r>
          </w:p>
        </w:tc>
        <w:tc>
          <w:tcPr>
            <w:tcW w:w="1701" w:type="dxa"/>
            <w:tcBorders>
              <w:top w:val="single" w:sz="4" w:space="0" w:color="auto"/>
              <w:left w:val="single" w:sz="4" w:space="0" w:color="auto"/>
              <w:bottom w:val="single" w:sz="4" w:space="0" w:color="auto"/>
              <w:right w:val="single" w:sz="4" w:space="0" w:color="auto"/>
            </w:tcBorders>
            <w:vAlign w:val="center"/>
          </w:tcPr>
          <w:p w14:paraId="2C1C592E" w14:textId="77777777" w:rsidR="004C684C" w:rsidRPr="007D40B3" w:rsidRDefault="004C684C" w:rsidP="004D2968">
            <w:pPr>
              <w:autoSpaceDE w:val="0"/>
              <w:autoSpaceDN w:val="0"/>
              <w:adjustRightInd w:val="0"/>
              <w:jc w:val="center"/>
              <w:rPr>
                <w:rFonts w:ascii="Times New Roman" w:hAnsi="Times New Roman"/>
              </w:rPr>
            </w:pPr>
            <w:r w:rsidRPr="007D40B3">
              <w:rPr>
                <w:rFonts w:ascii="Times New Roman" w:hAnsi="Times New Roman"/>
              </w:rPr>
              <w:t xml:space="preserve">05.07.1974, </w:t>
            </w:r>
            <w:proofErr w:type="spellStart"/>
            <w:r w:rsidRPr="007D40B3">
              <w:rPr>
                <w:rFonts w:ascii="Times New Roman" w:hAnsi="Times New Roman"/>
              </w:rPr>
              <w:t>oras</w:t>
            </w:r>
            <w:proofErr w:type="spellEnd"/>
            <w:r w:rsidRPr="007D40B3">
              <w:rPr>
                <w:rFonts w:ascii="Times New Roman" w:hAnsi="Times New Roman"/>
              </w:rPr>
              <w:t xml:space="preserve"> </w:t>
            </w:r>
            <w:proofErr w:type="spellStart"/>
            <w:r w:rsidRPr="007D40B3">
              <w:rPr>
                <w:rFonts w:ascii="Times New Roman" w:hAnsi="Times New Roman"/>
              </w:rPr>
              <w:t>Murgeni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5695F953"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28AC728" w14:textId="77777777" w:rsidR="004C684C" w:rsidRPr="007D40B3" w:rsidRDefault="004C684C" w:rsidP="004D2968">
            <w:pPr>
              <w:pStyle w:val="Antet"/>
              <w:jc w:val="center"/>
              <w:rPr>
                <w:rFonts w:ascii="Times New Roman" w:hAnsi="Times New Roman"/>
                <w:bCs/>
              </w:rPr>
            </w:pPr>
            <w:r w:rsidRPr="007D40B3">
              <w:rPr>
                <w:rFonts w:ascii="Times New Roman" w:hAnsi="Times New Roman"/>
              </w:rPr>
              <w:t>1740705376047</w:t>
            </w:r>
          </w:p>
        </w:tc>
        <w:tc>
          <w:tcPr>
            <w:tcW w:w="2127" w:type="dxa"/>
            <w:vAlign w:val="center"/>
          </w:tcPr>
          <w:p w14:paraId="310739DA"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Sef</w:t>
            </w:r>
            <w:proofErr w:type="spellEnd"/>
            <w:r w:rsidRPr="007D40B3">
              <w:rPr>
                <w:rFonts w:ascii="Times New Roman" w:hAnsi="Times New Roman"/>
              </w:rPr>
              <w:t xml:space="preserve"> SVSU</w:t>
            </w:r>
          </w:p>
        </w:tc>
      </w:tr>
      <w:tr w:rsidR="004C684C" w:rsidRPr="007D40B3" w14:paraId="6C2534C5"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12F18CAA" w14:textId="77777777" w:rsidR="004C684C" w:rsidRPr="007D40B3" w:rsidRDefault="004C684C" w:rsidP="004D2968">
            <w:pPr>
              <w:jc w:val="center"/>
              <w:rPr>
                <w:rFonts w:ascii="Times New Roman" w:hAnsi="Times New Roman"/>
              </w:rPr>
            </w:pPr>
            <w:r w:rsidRPr="007D40B3">
              <w:rPr>
                <w:rFonts w:ascii="Times New Roman" w:hAnsi="Times New Roman"/>
              </w:rPr>
              <w:t>8.</w:t>
            </w:r>
          </w:p>
        </w:tc>
        <w:tc>
          <w:tcPr>
            <w:tcW w:w="1964" w:type="dxa"/>
            <w:tcBorders>
              <w:top w:val="single" w:sz="4" w:space="0" w:color="auto"/>
              <w:left w:val="single" w:sz="4" w:space="0" w:color="auto"/>
              <w:bottom w:val="single" w:sz="4" w:space="0" w:color="auto"/>
              <w:right w:val="single" w:sz="4" w:space="0" w:color="auto"/>
            </w:tcBorders>
            <w:vAlign w:val="center"/>
          </w:tcPr>
          <w:p w14:paraId="57AE215C" w14:textId="77777777" w:rsidR="004C684C" w:rsidRPr="007D40B3" w:rsidRDefault="004C684C" w:rsidP="004D2968">
            <w:pPr>
              <w:jc w:val="both"/>
              <w:rPr>
                <w:rFonts w:ascii="Times New Roman" w:hAnsi="Times New Roman"/>
              </w:rPr>
            </w:pPr>
            <w:r w:rsidRPr="007D40B3">
              <w:rPr>
                <w:rFonts w:ascii="Times New Roman" w:hAnsi="Times New Roman"/>
              </w:rPr>
              <w:t>Axinte Cosmin Ionuț</w:t>
            </w:r>
          </w:p>
        </w:tc>
        <w:tc>
          <w:tcPr>
            <w:tcW w:w="1701" w:type="dxa"/>
            <w:tcBorders>
              <w:top w:val="single" w:sz="4" w:space="0" w:color="auto"/>
              <w:left w:val="single" w:sz="4" w:space="0" w:color="auto"/>
              <w:bottom w:val="single" w:sz="4" w:space="0" w:color="auto"/>
              <w:right w:val="single" w:sz="4" w:space="0" w:color="auto"/>
            </w:tcBorders>
            <w:vAlign w:val="center"/>
          </w:tcPr>
          <w:p w14:paraId="4E42AAD3" w14:textId="77777777" w:rsidR="004C684C" w:rsidRPr="007D40B3" w:rsidRDefault="004C684C" w:rsidP="004D2968">
            <w:pPr>
              <w:autoSpaceDE w:val="0"/>
              <w:autoSpaceDN w:val="0"/>
              <w:adjustRightInd w:val="0"/>
              <w:jc w:val="center"/>
              <w:rPr>
                <w:rFonts w:ascii="Times New Roman" w:hAnsi="Times New Roman"/>
              </w:rPr>
            </w:pPr>
            <w:r w:rsidRPr="007D40B3">
              <w:rPr>
                <w:rFonts w:ascii="Times New Roman" w:hAnsi="Times New Roman"/>
              </w:rPr>
              <w:t>16.08.2001</w:t>
            </w:r>
          </w:p>
          <w:p w14:paraId="6EA049C6" w14:textId="77777777" w:rsidR="004C684C" w:rsidRPr="007D40B3" w:rsidRDefault="004C684C" w:rsidP="004D2968">
            <w:pPr>
              <w:autoSpaceDE w:val="0"/>
              <w:autoSpaceDN w:val="0"/>
              <w:adjustRightInd w:val="0"/>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63B2B11"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Copăceana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6EFE1A5" w14:textId="77777777" w:rsidR="004C684C" w:rsidRPr="007D40B3" w:rsidRDefault="004C684C" w:rsidP="004D2968">
            <w:pPr>
              <w:pStyle w:val="Antet"/>
              <w:jc w:val="center"/>
              <w:rPr>
                <w:rFonts w:ascii="Times New Roman" w:hAnsi="Times New Roman"/>
              </w:rPr>
            </w:pPr>
            <w:r w:rsidRPr="007D40B3">
              <w:rPr>
                <w:rFonts w:ascii="Times New Roman" w:hAnsi="Times New Roman"/>
              </w:rPr>
              <w:t>5010816375483</w:t>
            </w:r>
          </w:p>
        </w:tc>
        <w:tc>
          <w:tcPr>
            <w:tcW w:w="2127" w:type="dxa"/>
            <w:vAlign w:val="center"/>
          </w:tcPr>
          <w:p w14:paraId="6BB0792A"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personal </w:t>
            </w:r>
            <w:proofErr w:type="spellStart"/>
            <w:r w:rsidRPr="007D40B3">
              <w:rPr>
                <w:rFonts w:ascii="Times New Roman" w:hAnsi="Times New Roman"/>
              </w:rPr>
              <w:t>primar</w:t>
            </w:r>
            <w:proofErr w:type="spellEnd"/>
          </w:p>
        </w:tc>
      </w:tr>
      <w:tr w:rsidR="004C684C" w:rsidRPr="007D40B3" w14:paraId="0DABF1FE"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A6654C9" w14:textId="77777777" w:rsidR="004C684C" w:rsidRPr="007D40B3" w:rsidRDefault="004C684C" w:rsidP="004D2968">
            <w:pPr>
              <w:jc w:val="center"/>
              <w:rPr>
                <w:rFonts w:ascii="Times New Roman" w:hAnsi="Times New Roman"/>
              </w:rPr>
            </w:pPr>
            <w:r w:rsidRPr="007D40B3">
              <w:rPr>
                <w:rFonts w:ascii="Times New Roman" w:hAnsi="Times New Roman"/>
              </w:rPr>
              <w:t>9.</w:t>
            </w:r>
          </w:p>
        </w:tc>
        <w:tc>
          <w:tcPr>
            <w:tcW w:w="1964" w:type="dxa"/>
            <w:tcBorders>
              <w:top w:val="single" w:sz="4" w:space="0" w:color="auto"/>
              <w:left w:val="single" w:sz="4" w:space="0" w:color="auto"/>
              <w:bottom w:val="single" w:sz="4" w:space="0" w:color="auto"/>
              <w:right w:val="single" w:sz="4" w:space="0" w:color="auto"/>
            </w:tcBorders>
            <w:vAlign w:val="center"/>
          </w:tcPr>
          <w:p w14:paraId="72CFA086" w14:textId="77777777" w:rsidR="004C684C" w:rsidRPr="007D40B3" w:rsidRDefault="004C684C" w:rsidP="004D2968">
            <w:pPr>
              <w:pStyle w:val="Antet"/>
              <w:rPr>
                <w:rFonts w:ascii="Times New Roman" w:hAnsi="Times New Roman"/>
              </w:rPr>
            </w:pPr>
            <w:proofErr w:type="spellStart"/>
            <w:r w:rsidRPr="007D40B3">
              <w:rPr>
                <w:rFonts w:ascii="Times New Roman" w:hAnsi="Times New Roman"/>
              </w:rPr>
              <w:t>Guzgan</w:t>
            </w:r>
            <w:proofErr w:type="spellEnd"/>
            <w:r w:rsidRPr="007D40B3">
              <w:rPr>
                <w:rFonts w:ascii="Times New Roman" w:hAnsi="Times New Roman"/>
              </w:rPr>
              <w:t xml:space="preserve"> Ciprian Andrei</w:t>
            </w:r>
          </w:p>
        </w:tc>
        <w:tc>
          <w:tcPr>
            <w:tcW w:w="1701" w:type="dxa"/>
            <w:tcBorders>
              <w:top w:val="single" w:sz="4" w:space="0" w:color="auto"/>
              <w:left w:val="single" w:sz="4" w:space="0" w:color="auto"/>
              <w:bottom w:val="single" w:sz="4" w:space="0" w:color="auto"/>
              <w:right w:val="single" w:sz="4" w:space="0" w:color="auto"/>
            </w:tcBorders>
            <w:vAlign w:val="center"/>
          </w:tcPr>
          <w:p w14:paraId="224E1809" w14:textId="77777777" w:rsidR="004C684C" w:rsidRPr="007D40B3" w:rsidRDefault="004C684C" w:rsidP="004D2968">
            <w:pPr>
              <w:pStyle w:val="Antet"/>
              <w:jc w:val="center"/>
              <w:rPr>
                <w:rFonts w:ascii="Times New Roman" w:hAnsi="Times New Roman"/>
              </w:rPr>
            </w:pPr>
            <w:r w:rsidRPr="007D40B3">
              <w:rPr>
                <w:rFonts w:ascii="Times New Roman" w:hAnsi="Times New Roman"/>
              </w:rPr>
              <w:t>23.06.1989</w:t>
            </w:r>
          </w:p>
          <w:p w14:paraId="28FCE5B7"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09056C29"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01309BB" w14:textId="77777777" w:rsidR="004C684C" w:rsidRPr="007D40B3" w:rsidRDefault="004C684C" w:rsidP="004D2968">
            <w:pPr>
              <w:pStyle w:val="Antet"/>
              <w:jc w:val="center"/>
              <w:rPr>
                <w:rFonts w:ascii="Times New Roman" w:hAnsi="Times New Roman"/>
              </w:rPr>
            </w:pPr>
            <w:r w:rsidRPr="007D40B3">
              <w:rPr>
                <w:rFonts w:ascii="Times New Roman" w:hAnsi="Times New Roman"/>
              </w:rPr>
              <w:t>1890623375511</w:t>
            </w:r>
          </w:p>
        </w:tc>
        <w:tc>
          <w:tcPr>
            <w:tcW w:w="2127" w:type="dxa"/>
            <w:vAlign w:val="center"/>
          </w:tcPr>
          <w:p w14:paraId="6569248C"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24623FFD"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186F5CAA" w14:textId="77777777" w:rsidR="004C684C" w:rsidRPr="007D40B3" w:rsidRDefault="004C684C" w:rsidP="004D2968">
            <w:pPr>
              <w:jc w:val="center"/>
              <w:rPr>
                <w:rFonts w:ascii="Times New Roman" w:hAnsi="Times New Roman"/>
              </w:rPr>
            </w:pPr>
            <w:r w:rsidRPr="007D40B3">
              <w:rPr>
                <w:rFonts w:ascii="Times New Roman" w:hAnsi="Times New Roman"/>
              </w:rPr>
              <w:t>10.</w:t>
            </w:r>
          </w:p>
        </w:tc>
        <w:tc>
          <w:tcPr>
            <w:tcW w:w="1964" w:type="dxa"/>
            <w:tcBorders>
              <w:top w:val="single" w:sz="4" w:space="0" w:color="auto"/>
              <w:left w:val="single" w:sz="4" w:space="0" w:color="auto"/>
              <w:bottom w:val="single" w:sz="4" w:space="0" w:color="auto"/>
              <w:right w:val="single" w:sz="4" w:space="0" w:color="auto"/>
            </w:tcBorders>
            <w:vAlign w:val="center"/>
          </w:tcPr>
          <w:p w14:paraId="0342B2DD" w14:textId="77777777" w:rsidR="004C684C" w:rsidRPr="007D40B3" w:rsidRDefault="004C684C" w:rsidP="004D2968">
            <w:pPr>
              <w:pStyle w:val="Antet"/>
              <w:rPr>
                <w:rFonts w:ascii="Times New Roman" w:hAnsi="Times New Roman"/>
              </w:rPr>
            </w:pPr>
            <w:proofErr w:type="spellStart"/>
            <w:r w:rsidRPr="007D40B3">
              <w:rPr>
                <w:rFonts w:ascii="Times New Roman" w:hAnsi="Times New Roman"/>
              </w:rPr>
              <w:t>Constandiș</w:t>
            </w:r>
            <w:proofErr w:type="spellEnd"/>
            <w:r w:rsidRPr="007D40B3">
              <w:rPr>
                <w:rFonts w:ascii="Times New Roman" w:hAnsi="Times New Roman"/>
              </w:rPr>
              <w:t xml:space="preserve"> Ioan</w:t>
            </w:r>
          </w:p>
        </w:tc>
        <w:tc>
          <w:tcPr>
            <w:tcW w:w="1701" w:type="dxa"/>
            <w:tcBorders>
              <w:top w:val="single" w:sz="4" w:space="0" w:color="auto"/>
              <w:left w:val="single" w:sz="4" w:space="0" w:color="auto"/>
              <w:bottom w:val="single" w:sz="4" w:space="0" w:color="auto"/>
              <w:right w:val="single" w:sz="4" w:space="0" w:color="auto"/>
            </w:tcBorders>
            <w:vAlign w:val="center"/>
          </w:tcPr>
          <w:p w14:paraId="30D4783E"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14.12.1958, Com. Bahna, Jud. </w:t>
            </w:r>
            <w:proofErr w:type="spellStart"/>
            <w:r w:rsidRPr="007D40B3">
              <w:rPr>
                <w:rFonts w:ascii="Times New Roman" w:hAnsi="Times New Roman"/>
              </w:rPr>
              <w:t>Neamţ</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2159F97"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Odaia Bogdană,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298561E" w14:textId="77777777" w:rsidR="004C684C" w:rsidRPr="007D40B3" w:rsidRDefault="004C684C" w:rsidP="004D2968">
            <w:pPr>
              <w:pStyle w:val="Antet"/>
              <w:jc w:val="center"/>
              <w:rPr>
                <w:rFonts w:ascii="Times New Roman" w:hAnsi="Times New Roman"/>
              </w:rPr>
            </w:pPr>
            <w:r w:rsidRPr="007D40B3">
              <w:rPr>
                <w:rFonts w:ascii="Times New Roman" w:hAnsi="Times New Roman"/>
              </w:rPr>
              <w:t>1581214370076</w:t>
            </w:r>
          </w:p>
        </w:tc>
        <w:tc>
          <w:tcPr>
            <w:tcW w:w="2127" w:type="dxa"/>
            <w:vAlign w:val="center"/>
          </w:tcPr>
          <w:p w14:paraId="592CBD2D"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3F228793"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83DA22D" w14:textId="77777777" w:rsidR="004C684C" w:rsidRPr="007D40B3" w:rsidRDefault="004C684C" w:rsidP="004D2968">
            <w:pPr>
              <w:jc w:val="center"/>
              <w:rPr>
                <w:rFonts w:ascii="Times New Roman" w:hAnsi="Times New Roman"/>
              </w:rPr>
            </w:pPr>
            <w:r w:rsidRPr="007D40B3">
              <w:rPr>
                <w:rFonts w:ascii="Times New Roman" w:hAnsi="Times New Roman"/>
              </w:rPr>
              <w:t>11.</w:t>
            </w:r>
          </w:p>
        </w:tc>
        <w:tc>
          <w:tcPr>
            <w:tcW w:w="1964" w:type="dxa"/>
            <w:tcBorders>
              <w:top w:val="single" w:sz="4" w:space="0" w:color="auto"/>
              <w:left w:val="single" w:sz="4" w:space="0" w:color="auto"/>
              <w:bottom w:val="single" w:sz="4" w:space="0" w:color="auto"/>
              <w:right w:val="single" w:sz="4" w:space="0" w:color="auto"/>
            </w:tcBorders>
            <w:vAlign w:val="center"/>
          </w:tcPr>
          <w:p w14:paraId="1F838D50" w14:textId="77777777" w:rsidR="004C684C" w:rsidRPr="007D40B3" w:rsidRDefault="004C684C" w:rsidP="004D2968">
            <w:pPr>
              <w:pStyle w:val="Antet"/>
              <w:rPr>
                <w:rFonts w:ascii="Times New Roman" w:hAnsi="Times New Roman"/>
              </w:rPr>
            </w:pPr>
            <w:r w:rsidRPr="007D40B3">
              <w:rPr>
                <w:rFonts w:ascii="Times New Roman" w:hAnsi="Times New Roman"/>
              </w:rPr>
              <w:t>Stan Marius Iulian</w:t>
            </w:r>
          </w:p>
        </w:tc>
        <w:tc>
          <w:tcPr>
            <w:tcW w:w="1701" w:type="dxa"/>
            <w:tcBorders>
              <w:top w:val="single" w:sz="4" w:space="0" w:color="auto"/>
              <w:left w:val="single" w:sz="4" w:space="0" w:color="auto"/>
              <w:bottom w:val="single" w:sz="4" w:space="0" w:color="auto"/>
              <w:right w:val="single" w:sz="4" w:space="0" w:color="auto"/>
            </w:tcBorders>
            <w:vAlign w:val="center"/>
          </w:tcPr>
          <w:p w14:paraId="14D0FE4C"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01.02.1993, </w:t>
            </w:r>
            <w:proofErr w:type="spellStart"/>
            <w:r w:rsidRPr="007D40B3">
              <w:rPr>
                <w:rFonts w:ascii="Times New Roman" w:hAnsi="Times New Roman"/>
              </w:rPr>
              <w:t>Oraș</w:t>
            </w:r>
            <w:proofErr w:type="spellEnd"/>
            <w:r w:rsidRPr="007D40B3">
              <w:rPr>
                <w:rFonts w:ascii="Times New Roman" w:hAnsi="Times New Roman"/>
              </w:rPr>
              <w:t xml:space="preserve"> </w:t>
            </w:r>
            <w:proofErr w:type="spellStart"/>
            <w:r w:rsidRPr="007D40B3">
              <w:rPr>
                <w:rFonts w:ascii="Times New Roman" w:hAnsi="Times New Roman"/>
              </w:rPr>
              <w:t>Bîrlad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30B860FC"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Bogdănești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C6D5FF1" w14:textId="77777777" w:rsidR="004C684C" w:rsidRPr="007D40B3" w:rsidRDefault="004C684C" w:rsidP="004D2968">
            <w:pPr>
              <w:pStyle w:val="Antet"/>
              <w:jc w:val="center"/>
              <w:rPr>
                <w:rFonts w:ascii="Times New Roman" w:hAnsi="Times New Roman"/>
              </w:rPr>
            </w:pPr>
            <w:r w:rsidRPr="007D40B3">
              <w:rPr>
                <w:rFonts w:ascii="Times New Roman" w:hAnsi="Times New Roman"/>
              </w:rPr>
              <w:t>1930201375489</w:t>
            </w:r>
          </w:p>
        </w:tc>
        <w:tc>
          <w:tcPr>
            <w:tcW w:w="2127" w:type="dxa"/>
            <w:vAlign w:val="center"/>
          </w:tcPr>
          <w:p w14:paraId="7B066375"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1425E566"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2AB7E6D9" w14:textId="77777777" w:rsidR="004C684C" w:rsidRPr="007D40B3" w:rsidRDefault="004C684C" w:rsidP="004D2968">
            <w:pPr>
              <w:jc w:val="center"/>
              <w:rPr>
                <w:rFonts w:ascii="Times New Roman" w:hAnsi="Times New Roman"/>
              </w:rPr>
            </w:pPr>
            <w:r w:rsidRPr="007D40B3">
              <w:rPr>
                <w:rFonts w:ascii="Times New Roman" w:hAnsi="Times New Roman"/>
              </w:rPr>
              <w:t>12.</w:t>
            </w:r>
          </w:p>
        </w:tc>
        <w:tc>
          <w:tcPr>
            <w:tcW w:w="1964" w:type="dxa"/>
            <w:tcBorders>
              <w:top w:val="single" w:sz="4" w:space="0" w:color="auto"/>
              <w:left w:val="single" w:sz="4" w:space="0" w:color="auto"/>
              <w:bottom w:val="single" w:sz="4" w:space="0" w:color="auto"/>
              <w:right w:val="single" w:sz="4" w:space="0" w:color="auto"/>
            </w:tcBorders>
            <w:vAlign w:val="center"/>
          </w:tcPr>
          <w:p w14:paraId="6C1FE181" w14:textId="77777777" w:rsidR="004C684C" w:rsidRPr="007D40B3" w:rsidRDefault="004C684C" w:rsidP="004D2968">
            <w:pPr>
              <w:pStyle w:val="Antet"/>
              <w:rPr>
                <w:rFonts w:ascii="Times New Roman" w:hAnsi="Times New Roman"/>
              </w:rPr>
            </w:pPr>
            <w:r w:rsidRPr="007D40B3">
              <w:rPr>
                <w:rFonts w:ascii="Times New Roman" w:hAnsi="Times New Roman"/>
              </w:rPr>
              <w:t>Carson Florin Emil</w:t>
            </w:r>
          </w:p>
        </w:tc>
        <w:tc>
          <w:tcPr>
            <w:tcW w:w="1701" w:type="dxa"/>
            <w:tcBorders>
              <w:top w:val="single" w:sz="4" w:space="0" w:color="auto"/>
              <w:left w:val="single" w:sz="4" w:space="0" w:color="auto"/>
              <w:bottom w:val="single" w:sz="4" w:space="0" w:color="auto"/>
              <w:right w:val="single" w:sz="4" w:space="0" w:color="auto"/>
            </w:tcBorders>
            <w:vAlign w:val="center"/>
          </w:tcPr>
          <w:p w14:paraId="1E1B076E" w14:textId="77777777" w:rsidR="004C684C" w:rsidRPr="007D40B3" w:rsidRDefault="004C684C" w:rsidP="004D2968">
            <w:pPr>
              <w:pStyle w:val="Antet"/>
              <w:jc w:val="center"/>
              <w:rPr>
                <w:rFonts w:ascii="Times New Roman" w:hAnsi="Times New Roman"/>
              </w:rPr>
            </w:pPr>
            <w:r w:rsidRPr="007D40B3">
              <w:rPr>
                <w:rFonts w:ascii="Times New Roman" w:hAnsi="Times New Roman"/>
              </w:rPr>
              <w:t>23.04.1989</w:t>
            </w:r>
          </w:p>
          <w:p w14:paraId="0DF8BA4A" w14:textId="77777777" w:rsidR="004C684C" w:rsidRPr="007D40B3" w:rsidRDefault="004C684C" w:rsidP="004D2968">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A0F6C9F"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CC6CB07" w14:textId="77777777" w:rsidR="004C684C" w:rsidRPr="007D40B3" w:rsidRDefault="004C684C" w:rsidP="004D2968">
            <w:pPr>
              <w:pStyle w:val="Antet"/>
              <w:jc w:val="center"/>
              <w:rPr>
                <w:rFonts w:ascii="Times New Roman" w:hAnsi="Times New Roman"/>
              </w:rPr>
            </w:pPr>
            <w:r w:rsidRPr="007D40B3">
              <w:rPr>
                <w:rFonts w:ascii="Times New Roman" w:hAnsi="Times New Roman"/>
              </w:rPr>
              <w:t>1890423371699</w:t>
            </w:r>
          </w:p>
        </w:tc>
        <w:tc>
          <w:tcPr>
            <w:tcW w:w="2127" w:type="dxa"/>
            <w:vAlign w:val="center"/>
          </w:tcPr>
          <w:p w14:paraId="5167BF62"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09906E80"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CDE48E2" w14:textId="77777777" w:rsidR="004C684C" w:rsidRPr="007D40B3" w:rsidRDefault="004C684C" w:rsidP="004D2968">
            <w:pPr>
              <w:jc w:val="center"/>
              <w:rPr>
                <w:rFonts w:ascii="Times New Roman" w:hAnsi="Times New Roman"/>
              </w:rPr>
            </w:pPr>
            <w:r w:rsidRPr="007D40B3">
              <w:rPr>
                <w:rFonts w:ascii="Times New Roman" w:hAnsi="Times New Roman"/>
              </w:rPr>
              <w:t>13.</w:t>
            </w:r>
          </w:p>
        </w:tc>
        <w:tc>
          <w:tcPr>
            <w:tcW w:w="1964" w:type="dxa"/>
            <w:tcBorders>
              <w:top w:val="single" w:sz="4" w:space="0" w:color="auto"/>
              <w:left w:val="single" w:sz="4" w:space="0" w:color="auto"/>
              <w:bottom w:val="single" w:sz="4" w:space="0" w:color="auto"/>
              <w:right w:val="single" w:sz="4" w:space="0" w:color="auto"/>
            </w:tcBorders>
            <w:vAlign w:val="center"/>
          </w:tcPr>
          <w:p w14:paraId="469EBCE0" w14:textId="77777777" w:rsidR="004C684C" w:rsidRPr="007D40B3" w:rsidRDefault="004C684C" w:rsidP="004D2968">
            <w:pPr>
              <w:pStyle w:val="Antet"/>
              <w:rPr>
                <w:rFonts w:ascii="Times New Roman" w:hAnsi="Times New Roman"/>
              </w:rPr>
            </w:pPr>
            <w:proofErr w:type="spellStart"/>
            <w:r w:rsidRPr="007D40B3">
              <w:rPr>
                <w:rFonts w:ascii="Times New Roman" w:hAnsi="Times New Roman"/>
              </w:rPr>
              <w:t>Dumbravă</w:t>
            </w:r>
            <w:proofErr w:type="spellEnd"/>
            <w:r w:rsidRPr="007D40B3">
              <w:rPr>
                <w:rFonts w:ascii="Times New Roman" w:hAnsi="Times New Roman"/>
              </w:rPr>
              <w:t xml:space="preserve"> Violeta</w:t>
            </w:r>
          </w:p>
        </w:tc>
        <w:tc>
          <w:tcPr>
            <w:tcW w:w="1701" w:type="dxa"/>
            <w:tcBorders>
              <w:top w:val="single" w:sz="4" w:space="0" w:color="auto"/>
              <w:left w:val="single" w:sz="4" w:space="0" w:color="auto"/>
              <w:bottom w:val="single" w:sz="4" w:space="0" w:color="auto"/>
              <w:right w:val="single" w:sz="4" w:space="0" w:color="auto"/>
            </w:tcBorders>
            <w:vAlign w:val="center"/>
          </w:tcPr>
          <w:p w14:paraId="52C0AEBF" w14:textId="77777777" w:rsidR="004C684C" w:rsidRPr="007D40B3" w:rsidRDefault="004C684C" w:rsidP="004D2968">
            <w:pPr>
              <w:pStyle w:val="Antet"/>
              <w:jc w:val="center"/>
              <w:rPr>
                <w:rFonts w:ascii="Times New Roman" w:hAnsi="Times New Roman"/>
              </w:rPr>
            </w:pPr>
            <w:r w:rsidRPr="007D40B3">
              <w:rPr>
                <w:rFonts w:ascii="Times New Roman" w:hAnsi="Times New Roman"/>
              </w:rPr>
              <w:t>14.05.1992</w:t>
            </w:r>
          </w:p>
          <w:p w14:paraId="44FCB944" w14:textId="77777777" w:rsidR="004C684C" w:rsidRPr="007D40B3" w:rsidRDefault="004C684C" w:rsidP="004D2968">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E5C446A"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4B960C4" w14:textId="77777777" w:rsidR="004C684C" w:rsidRPr="007D40B3" w:rsidRDefault="004C684C" w:rsidP="004D2968">
            <w:pPr>
              <w:pStyle w:val="Antet"/>
              <w:jc w:val="center"/>
              <w:rPr>
                <w:rFonts w:ascii="Times New Roman" w:hAnsi="Times New Roman"/>
              </w:rPr>
            </w:pPr>
            <w:r w:rsidRPr="007D40B3">
              <w:rPr>
                <w:rFonts w:ascii="Times New Roman" w:hAnsi="Times New Roman"/>
              </w:rPr>
              <w:t>2920514371690</w:t>
            </w:r>
          </w:p>
        </w:tc>
        <w:tc>
          <w:tcPr>
            <w:tcW w:w="2127" w:type="dxa"/>
            <w:vAlign w:val="center"/>
          </w:tcPr>
          <w:p w14:paraId="76C1F2E7"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378635FD"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4EBCB3E" w14:textId="77777777" w:rsidR="004C684C" w:rsidRPr="007D40B3" w:rsidRDefault="004C684C" w:rsidP="004D2968">
            <w:pPr>
              <w:jc w:val="center"/>
              <w:rPr>
                <w:rFonts w:ascii="Times New Roman" w:hAnsi="Times New Roman"/>
              </w:rPr>
            </w:pPr>
            <w:r w:rsidRPr="007D40B3">
              <w:rPr>
                <w:rFonts w:ascii="Times New Roman" w:hAnsi="Times New Roman"/>
              </w:rPr>
              <w:lastRenderedPageBreak/>
              <w:t>14.</w:t>
            </w:r>
          </w:p>
        </w:tc>
        <w:tc>
          <w:tcPr>
            <w:tcW w:w="1964" w:type="dxa"/>
            <w:tcBorders>
              <w:top w:val="single" w:sz="4" w:space="0" w:color="auto"/>
              <w:left w:val="single" w:sz="4" w:space="0" w:color="auto"/>
              <w:bottom w:val="single" w:sz="4" w:space="0" w:color="auto"/>
              <w:right w:val="single" w:sz="4" w:space="0" w:color="auto"/>
            </w:tcBorders>
            <w:vAlign w:val="center"/>
          </w:tcPr>
          <w:p w14:paraId="64E0B97A" w14:textId="77777777" w:rsidR="004C684C" w:rsidRPr="007D40B3" w:rsidRDefault="004C684C" w:rsidP="004D2968">
            <w:pPr>
              <w:pStyle w:val="Antet"/>
              <w:rPr>
                <w:rFonts w:ascii="Times New Roman" w:hAnsi="Times New Roman"/>
              </w:rPr>
            </w:pPr>
            <w:r w:rsidRPr="007D40B3">
              <w:rPr>
                <w:rFonts w:ascii="Times New Roman" w:hAnsi="Times New Roman"/>
              </w:rPr>
              <w:t>Zaharia Florin-Cătălin</w:t>
            </w:r>
          </w:p>
        </w:tc>
        <w:tc>
          <w:tcPr>
            <w:tcW w:w="1701" w:type="dxa"/>
            <w:tcBorders>
              <w:top w:val="single" w:sz="4" w:space="0" w:color="auto"/>
              <w:left w:val="single" w:sz="4" w:space="0" w:color="auto"/>
              <w:bottom w:val="single" w:sz="4" w:space="0" w:color="auto"/>
              <w:right w:val="single" w:sz="4" w:space="0" w:color="auto"/>
            </w:tcBorders>
            <w:vAlign w:val="center"/>
          </w:tcPr>
          <w:p w14:paraId="1C3860C1" w14:textId="77777777" w:rsidR="004C684C" w:rsidRPr="007D40B3" w:rsidRDefault="004C684C" w:rsidP="004D2968">
            <w:pPr>
              <w:pStyle w:val="Antet"/>
              <w:jc w:val="center"/>
              <w:rPr>
                <w:rFonts w:ascii="Times New Roman" w:hAnsi="Times New Roman"/>
              </w:rPr>
            </w:pPr>
            <w:r w:rsidRPr="007D40B3">
              <w:rPr>
                <w:rFonts w:ascii="Times New Roman" w:hAnsi="Times New Roman"/>
              </w:rPr>
              <w:t>10.04.1999</w:t>
            </w:r>
          </w:p>
          <w:p w14:paraId="39E48103"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Huși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0E363313"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052115B" w14:textId="77777777" w:rsidR="004C684C" w:rsidRPr="007D40B3" w:rsidRDefault="004C684C" w:rsidP="004D2968">
            <w:pPr>
              <w:pStyle w:val="Antet"/>
              <w:jc w:val="center"/>
              <w:rPr>
                <w:rFonts w:ascii="Times New Roman" w:hAnsi="Times New Roman"/>
              </w:rPr>
            </w:pPr>
            <w:r w:rsidRPr="007D40B3">
              <w:rPr>
                <w:rFonts w:ascii="Times New Roman" w:hAnsi="Times New Roman"/>
              </w:rPr>
              <w:t>1990410375201</w:t>
            </w:r>
          </w:p>
        </w:tc>
        <w:tc>
          <w:tcPr>
            <w:tcW w:w="2127" w:type="dxa"/>
            <w:vAlign w:val="center"/>
          </w:tcPr>
          <w:p w14:paraId="7770A566"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02FF474E"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2D1EF2C" w14:textId="77777777" w:rsidR="004C684C" w:rsidRPr="007D40B3" w:rsidRDefault="004C684C" w:rsidP="004D2968">
            <w:pPr>
              <w:jc w:val="center"/>
              <w:rPr>
                <w:rFonts w:ascii="Times New Roman" w:hAnsi="Times New Roman"/>
              </w:rPr>
            </w:pPr>
            <w:r w:rsidRPr="007D40B3">
              <w:rPr>
                <w:rFonts w:ascii="Times New Roman" w:hAnsi="Times New Roman"/>
              </w:rPr>
              <w:t>15.</w:t>
            </w:r>
          </w:p>
        </w:tc>
        <w:tc>
          <w:tcPr>
            <w:tcW w:w="1964" w:type="dxa"/>
            <w:tcBorders>
              <w:top w:val="single" w:sz="4" w:space="0" w:color="auto"/>
              <w:left w:val="single" w:sz="4" w:space="0" w:color="auto"/>
              <w:bottom w:val="single" w:sz="4" w:space="0" w:color="auto"/>
              <w:right w:val="single" w:sz="4" w:space="0" w:color="auto"/>
            </w:tcBorders>
            <w:vAlign w:val="center"/>
          </w:tcPr>
          <w:p w14:paraId="3AD130AB" w14:textId="77777777" w:rsidR="004C684C" w:rsidRPr="007D40B3" w:rsidRDefault="004C684C" w:rsidP="004D2968">
            <w:pPr>
              <w:pStyle w:val="Antet"/>
              <w:rPr>
                <w:rFonts w:ascii="Times New Roman" w:hAnsi="Times New Roman"/>
              </w:rPr>
            </w:pPr>
            <w:proofErr w:type="spellStart"/>
            <w:r w:rsidRPr="007D40B3">
              <w:rPr>
                <w:rFonts w:ascii="Times New Roman" w:hAnsi="Times New Roman"/>
              </w:rPr>
              <w:t>Tivdă</w:t>
            </w:r>
            <w:proofErr w:type="spellEnd"/>
            <w:r w:rsidRPr="007D40B3">
              <w:rPr>
                <w:rFonts w:ascii="Times New Roman" w:hAnsi="Times New Roman"/>
              </w:rPr>
              <w:t xml:space="preserve"> Ramona-Ionela</w:t>
            </w:r>
          </w:p>
        </w:tc>
        <w:tc>
          <w:tcPr>
            <w:tcW w:w="1701" w:type="dxa"/>
            <w:tcBorders>
              <w:top w:val="single" w:sz="4" w:space="0" w:color="auto"/>
              <w:left w:val="single" w:sz="4" w:space="0" w:color="auto"/>
              <w:bottom w:val="single" w:sz="4" w:space="0" w:color="auto"/>
              <w:right w:val="single" w:sz="4" w:space="0" w:color="auto"/>
            </w:tcBorders>
            <w:vAlign w:val="center"/>
          </w:tcPr>
          <w:p w14:paraId="0644E71E" w14:textId="77777777" w:rsidR="004C684C" w:rsidRPr="007D40B3" w:rsidRDefault="004C684C" w:rsidP="004D2968">
            <w:pPr>
              <w:pStyle w:val="Antet"/>
              <w:jc w:val="center"/>
              <w:rPr>
                <w:rFonts w:ascii="Times New Roman" w:hAnsi="Times New Roman"/>
              </w:rPr>
            </w:pPr>
            <w:r w:rsidRPr="007D40B3">
              <w:rPr>
                <w:rFonts w:ascii="Times New Roman" w:hAnsi="Times New Roman"/>
              </w:rPr>
              <w:t>09.02.1994</w:t>
            </w:r>
          </w:p>
          <w:p w14:paraId="1C6318F5" w14:textId="77777777" w:rsidR="004C684C" w:rsidRPr="007D40B3" w:rsidRDefault="004C684C" w:rsidP="004D2968">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0C1252E"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CBC15B4" w14:textId="77777777" w:rsidR="004C684C" w:rsidRPr="007D40B3" w:rsidRDefault="004C684C" w:rsidP="004D2968">
            <w:pPr>
              <w:pStyle w:val="Antet"/>
              <w:jc w:val="center"/>
              <w:rPr>
                <w:rFonts w:ascii="Times New Roman" w:hAnsi="Times New Roman"/>
              </w:rPr>
            </w:pPr>
            <w:r w:rsidRPr="007D40B3">
              <w:rPr>
                <w:rFonts w:ascii="Times New Roman" w:hAnsi="Times New Roman"/>
              </w:rPr>
              <w:t>2940209371694</w:t>
            </w:r>
          </w:p>
        </w:tc>
        <w:tc>
          <w:tcPr>
            <w:tcW w:w="2127" w:type="dxa"/>
            <w:vAlign w:val="center"/>
          </w:tcPr>
          <w:p w14:paraId="46995283"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7BB7FAC9"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165F3B67" w14:textId="77777777" w:rsidR="004C684C" w:rsidRPr="007D40B3" w:rsidRDefault="004C684C" w:rsidP="004D2968">
            <w:pPr>
              <w:jc w:val="center"/>
              <w:rPr>
                <w:rFonts w:ascii="Times New Roman" w:hAnsi="Times New Roman"/>
              </w:rPr>
            </w:pPr>
            <w:r w:rsidRPr="007D40B3">
              <w:rPr>
                <w:rFonts w:ascii="Times New Roman" w:hAnsi="Times New Roman"/>
              </w:rPr>
              <w:t>16.</w:t>
            </w:r>
          </w:p>
        </w:tc>
        <w:tc>
          <w:tcPr>
            <w:tcW w:w="1964" w:type="dxa"/>
            <w:tcBorders>
              <w:top w:val="single" w:sz="4" w:space="0" w:color="auto"/>
              <w:left w:val="single" w:sz="4" w:space="0" w:color="auto"/>
              <w:bottom w:val="single" w:sz="4" w:space="0" w:color="auto"/>
              <w:right w:val="single" w:sz="4" w:space="0" w:color="auto"/>
            </w:tcBorders>
            <w:vAlign w:val="center"/>
          </w:tcPr>
          <w:p w14:paraId="5E769D82" w14:textId="77777777" w:rsidR="004C684C" w:rsidRPr="007D40B3" w:rsidRDefault="004C684C" w:rsidP="004D2968">
            <w:pPr>
              <w:pStyle w:val="Antet"/>
              <w:rPr>
                <w:rFonts w:ascii="Times New Roman" w:hAnsi="Times New Roman"/>
              </w:rPr>
            </w:pPr>
            <w:r w:rsidRPr="007D40B3">
              <w:rPr>
                <w:rFonts w:ascii="Times New Roman" w:hAnsi="Times New Roman"/>
              </w:rPr>
              <w:t>Darie Dumitru</w:t>
            </w:r>
          </w:p>
        </w:tc>
        <w:tc>
          <w:tcPr>
            <w:tcW w:w="1701" w:type="dxa"/>
            <w:tcBorders>
              <w:top w:val="single" w:sz="4" w:space="0" w:color="auto"/>
              <w:left w:val="single" w:sz="4" w:space="0" w:color="auto"/>
              <w:bottom w:val="single" w:sz="4" w:space="0" w:color="auto"/>
              <w:right w:val="single" w:sz="4" w:space="0" w:color="auto"/>
            </w:tcBorders>
            <w:vAlign w:val="center"/>
          </w:tcPr>
          <w:p w14:paraId="078572D3"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08.10.1965, Sat </w:t>
            </w:r>
            <w:proofErr w:type="spellStart"/>
            <w:r w:rsidRPr="007D40B3">
              <w:rPr>
                <w:rFonts w:ascii="Times New Roman" w:hAnsi="Times New Roman"/>
              </w:rPr>
              <w:t>Bozia</w:t>
            </w:r>
            <w:proofErr w:type="spellEnd"/>
            <w:r w:rsidRPr="007D40B3">
              <w:rPr>
                <w:rFonts w:ascii="Times New Roman" w:hAnsi="Times New Roman"/>
              </w:rPr>
              <w:t xml:space="preserve">,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r w:rsidRPr="007D40B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vAlign w:val="center"/>
          </w:tcPr>
          <w:p w14:paraId="2592C007"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Copăceana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9DD88F0" w14:textId="77777777" w:rsidR="004C684C" w:rsidRPr="007D40B3" w:rsidRDefault="004C684C" w:rsidP="004D2968">
            <w:pPr>
              <w:pStyle w:val="Antet"/>
              <w:jc w:val="center"/>
              <w:rPr>
                <w:rFonts w:ascii="Times New Roman" w:hAnsi="Times New Roman"/>
              </w:rPr>
            </w:pPr>
            <w:r w:rsidRPr="007D40B3">
              <w:rPr>
                <w:rFonts w:ascii="Times New Roman" w:hAnsi="Times New Roman"/>
              </w:rPr>
              <w:t>1651008370017</w:t>
            </w:r>
          </w:p>
        </w:tc>
        <w:tc>
          <w:tcPr>
            <w:tcW w:w="2127" w:type="dxa"/>
            <w:vAlign w:val="center"/>
          </w:tcPr>
          <w:p w14:paraId="12DB221A"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17D21E9A"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C1CEBD3" w14:textId="77777777" w:rsidR="004C684C" w:rsidRPr="007D40B3" w:rsidRDefault="004C684C" w:rsidP="004D2968">
            <w:pPr>
              <w:jc w:val="center"/>
              <w:rPr>
                <w:rFonts w:ascii="Times New Roman" w:hAnsi="Times New Roman"/>
              </w:rPr>
            </w:pPr>
            <w:r w:rsidRPr="007D40B3">
              <w:rPr>
                <w:rFonts w:ascii="Times New Roman" w:hAnsi="Times New Roman"/>
              </w:rPr>
              <w:t>17.</w:t>
            </w:r>
          </w:p>
        </w:tc>
        <w:tc>
          <w:tcPr>
            <w:tcW w:w="1964" w:type="dxa"/>
            <w:tcBorders>
              <w:top w:val="single" w:sz="4" w:space="0" w:color="auto"/>
              <w:left w:val="single" w:sz="4" w:space="0" w:color="auto"/>
              <w:bottom w:val="single" w:sz="4" w:space="0" w:color="auto"/>
              <w:right w:val="single" w:sz="4" w:space="0" w:color="auto"/>
            </w:tcBorders>
            <w:vAlign w:val="center"/>
          </w:tcPr>
          <w:p w14:paraId="5C8FF2C4" w14:textId="77777777" w:rsidR="004C684C" w:rsidRPr="007D40B3" w:rsidRDefault="004C684C" w:rsidP="004D2968">
            <w:pPr>
              <w:pStyle w:val="Antet"/>
              <w:rPr>
                <w:rFonts w:ascii="Times New Roman" w:hAnsi="Times New Roman"/>
              </w:rPr>
            </w:pPr>
            <w:proofErr w:type="spellStart"/>
            <w:r w:rsidRPr="007D40B3">
              <w:rPr>
                <w:rFonts w:ascii="Times New Roman" w:hAnsi="Times New Roman"/>
              </w:rPr>
              <w:t>Ciocîrlan</w:t>
            </w:r>
            <w:proofErr w:type="spellEnd"/>
            <w:r w:rsidRPr="007D40B3">
              <w:rPr>
                <w:rFonts w:ascii="Times New Roman" w:hAnsi="Times New Roman"/>
              </w:rPr>
              <w:t xml:space="preserve"> Virgil</w:t>
            </w:r>
          </w:p>
        </w:tc>
        <w:tc>
          <w:tcPr>
            <w:tcW w:w="1701" w:type="dxa"/>
            <w:tcBorders>
              <w:top w:val="single" w:sz="4" w:space="0" w:color="auto"/>
              <w:left w:val="single" w:sz="4" w:space="0" w:color="auto"/>
              <w:bottom w:val="single" w:sz="4" w:space="0" w:color="auto"/>
              <w:right w:val="single" w:sz="4" w:space="0" w:color="auto"/>
            </w:tcBorders>
            <w:vAlign w:val="center"/>
          </w:tcPr>
          <w:p w14:paraId="19611F60"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28.04.1967,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3DFD5501"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Bozia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AB2EADE" w14:textId="77777777" w:rsidR="004C684C" w:rsidRPr="007D40B3" w:rsidRDefault="004C684C" w:rsidP="004D2968">
            <w:pPr>
              <w:pStyle w:val="Antet"/>
              <w:jc w:val="center"/>
              <w:rPr>
                <w:rFonts w:ascii="Times New Roman" w:hAnsi="Times New Roman"/>
              </w:rPr>
            </w:pPr>
            <w:r w:rsidRPr="007D40B3">
              <w:rPr>
                <w:rFonts w:ascii="Times New Roman" w:hAnsi="Times New Roman"/>
              </w:rPr>
              <w:t>1670428370026</w:t>
            </w:r>
          </w:p>
        </w:tc>
        <w:tc>
          <w:tcPr>
            <w:tcW w:w="2127" w:type="dxa"/>
            <w:vAlign w:val="center"/>
          </w:tcPr>
          <w:p w14:paraId="7CE928E0"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0D1295FD"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72ECABEB" w14:textId="77777777" w:rsidR="004C684C" w:rsidRPr="007D40B3" w:rsidRDefault="004C684C" w:rsidP="004D2968">
            <w:pPr>
              <w:jc w:val="center"/>
              <w:rPr>
                <w:rFonts w:ascii="Times New Roman" w:hAnsi="Times New Roman"/>
              </w:rPr>
            </w:pPr>
            <w:r w:rsidRPr="007D40B3">
              <w:rPr>
                <w:rFonts w:ascii="Times New Roman" w:hAnsi="Times New Roman"/>
              </w:rPr>
              <w:t>18.</w:t>
            </w:r>
          </w:p>
        </w:tc>
        <w:tc>
          <w:tcPr>
            <w:tcW w:w="1964" w:type="dxa"/>
            <w:tcBorders>
              <w:top w:val="single" w:sz="4" w:space="0" w:color="auto"/>
              <w:left w:val="single" w:sz="4" w:space="0" w:color="auto"/>
              <w:bottom w:val="single" w:sz="4" w:space="0" w:color="auto"/>
              <w:right w:val="single" w:sz="4" w:space="0" w:color="auto"/>
            </w:tcBorders>
            <w:vAlign w:val="center"/>
          </w:tcPr>
          <w:p w14:paraId="7C8C5C7D" w14:textId="77777777" w:rsidR="004C684C" w:rsidRPr="007D40B3" w:rsidRDefault="004C684C" w:rsidP="004D2968">
            <w:pPr>
              <w:pStyle w:val="Antet"/>
              <w:rPr>
                <w:rFonts w:ascii="Times New Roman" w:hAnsi="Times New Roman"/>
              </w:rPr>
            </w:pPr>
            <w:r w:rsidRPr="007D40B3">
              <w:rPr>
                <w:rFonts w:ascii="Times New Roman" w:hAnsi="Times New Roman"/>
              </w:rPr>
              <w:t>Aldea Marcela</w:t>
            </w:r>
          </w:p>
        </w:tc>
        <w:tc>
          <w:tcPr>
            <w:tcW w:w="1701" w:type="dxa"/>
            <w:tcBorders>
              <w:top w:val="single" w:sz="4" w:space="0" w:color="auto"/>
              <w:left w:val="single" w:sz="4" w:space="0" w:color="auto"/>
              <w:bottom w:val="single" w:sz="4" w:space="0" w:color="auto"/>
              <w:right w:val="single" w:sz="4" w:space="0" w:color="auto"/>
            </w:tcBorders>
            <w:vAlign w:val="center"/>
          </w:tcPr>
          <w:p w14:paraId="2FC52D02"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15.08.1981, </w:t>
            </w: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p w14:paraId="3A5C7A79" w14:textId="77777777" w:rsidR="004C684C" w:rsidRPr="007D40B3" w:rsidRDefault="004C684C" w:rsidP="004D2968">
            <w:pPr>
              <w:pStyle w:val="Antet"/>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vAlign w:val="center"/>
          </w:tcPr>
          <w:p w14:paraId="08D33825"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A1DA228" w14:textId="77777777" w:rsidR="004C684C" w:rsidRPr="007D40B3" w:rsidRDefault="004C684C" w:rsidP="004D2968">
            <w:pPr>
              <w:pStyle w:val="Antet"/>
              <w:jc w:val="center"/>
              <w:rPr>
                <w:rFonts w:ascii="Times New Roman" w:hAnsi="Times New Roman"/>
              </w:rPr>
            </w:pPr>
            <w:r w:rsidRPr="007D40B3">
              <w:rPr>
                <w:rFonts w:ascii="Times New Roman" w:hAnsi="Times New Roman"/>
              </w:rPr>
              <w:t>2810815371691</w:t>
            </w:r>
          </w:p>
        </w:tc>
        <w:tc>
          <w:tcPr>
            <w:tcW w:w="2127" w:type="dxa"/>
            <w:vAlign w:val="center"/>
          </w:tcPr>
          <w:p w14:paraId="4DE2B3A5"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49A56925"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1D10C49B" w14:textId="77777777" w:rsidR="004C684C" w:rsidRPr="007D40B3" w:rsidRDefault="004C684C" w:rsidP="004D2968">
            <w:pPr>
              <w:jc w:val="center"/>
              <w:rPr>
                <w:rFonts w:ascii="Times New Roman" w:hAnsi="Times New Roman"/>
              </w:rPr>
            </w:pPr>
            <w:r w:rsidRPr="007D40B3">
              <w:rPr>
                <w:rFonts w:ascii="Times New Roman" w:hAnsi="Times New Roman"/>
              </w:rPr>
              <w:t>19.</w:t>
            </w:r>
          </w:p>
        </w:tc>
        <w:tc>
          <w:tcPr>
            <w:tcW w:w="1964" w:type="dxa"/>
            <w:tcBorders>
              <w:top w:val="single" w:sz="4" w:space="0" w:color="auto"/>
              <w:left w:val="single" w:sz="4" w:space="0" w:color="auto"/>
              <w:bottom w:val="single" w:sz="4" w:space="0" w:color="auto"/>
              <w:right w:val="single" w:sz="4" w:space="0" w:color="auto"/>
            </w:tcBorders>
            <w:vAlign w:val="center"/>
          </w:tcPr>
          <w:p w14:paraId="275342E8" w14:textId="77777777" w:rsidR="004C684C" w:rsidRPr="007D40B3" w:rsidRDefault="004C684C" w:rsidP="004D2968">
            <w:pPr>
              <w:pStyle w:val="Antet"/>
              <w:rPr>
                <w:rFonts w:ascii="Times New Roman" w:hAnsi="Times New Roman"/>
              </w:rPr>
            </w:pPr>
            <w:r w:rsidRPr="007D40B3">
              <w:rPr>
                <w:rFonts w:ascii="Times New Roman" w:hAnsi="Times New Roman"/>
              </w:rPr>
              <w:t>Florea Nelu</w:t>
            </w:r>
          </w:p>
        </w:tc>
        <w:tc>
          <w:tcPr>
            <w:tcW w:w="1701" w:type="dxa"/>
            <w:tcBorders>
              <w:top w:val="single" w:sz="4" w:space="0" w:color="auto"/>
              <w:left w:val="single" w:sz="4" w:space="0" w:color="auto"/>
              <w:bottom w:val="single" w:sz="4" w:space="0" w:color="auto"/>
              <w:right w:val="single" w:sz="4" w:space="0" w:color="auto"/>
            </w:tcBorders>
            <w:vAlign w:val="center"/>
          </w:tcPr>
          <w:p w14:paraId="403A7488" w14:textId="77777777" w:rsidR="004C684C" w:rsidRPr="007D40B3" w:rsidRDefault="004C684C" w:rsidP="004D2968">
            <w:pPr>
              <w:pStyle w:val="Antet"/>
              <w:jc w:val="center"/>
              <w:rPr>
                <w:rFonts w:ascii="Times New Roman" w:hAnsi="Times New Roman"/>
              </w:rPr>
            </w:pPr>
            <w:r w:rsidRPr="007D40B3">
              <w:rPr>
                <w:rFonts w:ascii="Times New Roman" w:hAnsi="Times New Roman"/>
              </w:rPr>
              <w:t>09.08.1965</w:t>
            </w:r>
          </w:p>
          <w:p w14:paraId="1D954C5E" w14:textId="77777777" w:rsidR="004C684C" w:rsidRPr="007D40B3" w:rsidRDefault="004C684C" w:rsidP="004D2968">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039F6627"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51E9BE5" w14:textId="77777777" w:rsidR="004C684C" w:rsidRPr="007D40B3" w:rsidRDefault="004C684C" w:rsidP="004D2968">
            <w:pPr>
              <w:pStyle w:val="Antet"/>
              <w:jc w:val="center"/>
              <w:rPr>
                <w:rFonts w:ascii="Times New Roman" w:hAnsi="Times New Roman"/>
              </w:rPr>
            </w:pPr>
            <w:r w:rsidRPr="007D40B3">
              <w:rPr>
                <w:rFonts w:ascii="Times New Roman" w:hAnsi="Times New Roman"/>
              </w:rPr>
              <w:t>1650809376043</w:t>
            </w:r>
          </w:p>
        </w:tc>
        <w:tc>
          <w:tcPr>
            <w:tcW w:w="2127" w:type="dxa"/>
            <w:vAlign w:val="center"/>
          </w:tcPr>
          <w:p w14:paraId="524F5CBC"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57045CB2"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9BF89E7" w14:textId="77777777" w:rsidR="004C684C" w:rsidRPr="007D40B3" w:rsidRDefault="004C684C" w:rsidP="004D2968">
            <w:pPr>
              <w:jc w:val="center"/>
              <w:rPr>
                <w:rFonts w:ascii="Times New Roman" w:hAnsi="Times New Roman"/>
              </w:rPr>
            </w:pPr>
            <w:r w:rsidRPr="007D40B3">
              <w:rPr>
                <w:rFonts w:ascii="Times New Roman" w:hAnsi="Times New Roman"/>
              </w:rPr>
              <w:t>20.</w:t>
            </w:r>
          </w:p>
        </w:tc>
        <w:tc>
          <w:tcPr>
            <w:tcW w:w="1964" w:type="dxa"/>
            <w:tcBorders>
              <w:top w:val="single" w:sz="4" w:space="0" w:color="auto"/>
              <w:left w:val="single" w:sz="4" w:space="0" w:color="auto"/>
              <w:bottom w:val="single" w:sz="4" w:space="0" w:color="auto"/>
              <w:right w:val="single" w:sz="4" w:space="0" w:color="auto"/>
            </w:tcBorders>
            <w:vAlign w:val="center"/>
          </w:tcPr>
          <w:p w14:paraId="741A5E79" w14:textId="77777777" w:rsidR="004C684C" w:rsidRPr="007D40B3" w:rsidRDefault="004C684C" w:rsidP="004D2968">
            <w:pPr>
              <w:pStyle w:val="Antet"/>
              <w:rPr>
                <w:rFonts w:ascii="Times New Roman" w:hAnsi="Times New Roman"/>
              </w:rPr>
            </w:pPr>
            <w:r w:rsidRPr="007D40B3">
              <w:rPr>
                <w:rFonts w:ascii="Times New Roman" w:hAnsi="Times New Roman"/>
              </w:rPr>
              <w:t>Ursu Gelu-</w:t>
            </w:r>
            <w:proofErr w:type="spellStart"/>
            <w:r w:rsidRPr="007D40B3">
              <w:rPr>
                <w:rFonts w:ascii="Times New Roman" w:hAnsi="Times New Roman"/>
              </w:rPr>
              <w:t>Profirel</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32A735F4" w14:textId="77777777" w:rsidR="004C684C" w:rsidRPr="007D40B3" w:rsidRDefault="004C684C" w:rsidP="004D2968">
            <w:pPr>
              <w:pStyle w:val="Antet"/>
              <w:jc w:val="center"/>
              <w:rPr>
                <w:rFonts w:ascii="Times New Roman" w:hAnsi="Times New Roman"/>
              </w:rPr>
            </w:pPr>
            <w:r w:rsidRPr="007D40B3">
              <w:rPr>
                <w:rFonts w:ascii="Times New Roman" w:hAnsi="Times New Roman"/>
              </w:rPr>
              <w:t>18.05.1975</w:t>
            </w:r>
          </w:p>
          <w:p w14:paraId="53CD9DFE" w14:textId="77777777" w:rsidR="004C684C" w:rsidRPr="007D40B3" w:rsidRDefault="004C684C" w:rsidP="004D2968">
            <w:pPr>
              <w:pStyle w:val="Antet"/>
              <w:jc w:val="center"/>
              <w:rPr>
                <w:rFonts w:ascii="Times New Roman" w:hAnsi="Times New Roman"/>
                <w:b/>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232F6A3"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82C8B21" w14:textId="77777777" w:rsidR="004C684C" w:rsidRPr="007D40B3" w:rsidRDefault="004C684C" w:rsidP="004D2968">
            <w:pPr>
              <w:pStyle w:val="Antet"/>
              <w:jc w:val="center"/>
              <w:rPr>
                <w:rFonts w:ascii="Times New Roman" w:hAnsi="Times New Roman"/>
              </w:rPr>
            </w:pPr>
            <w:r w:rsidRPr="007D40B3">
              <w:rPr>
                <w:rFonts w:ascii="Times New Roman" w:hAnsi="Times New Roman"/>
              </w:rPr>
              <w:t>1750518376041</w:t>
            </w:r>
          </w:p>
        </w:tc>
        <w:tc>
          <w:tcPr>
            <w:tcW w:w="2127" w:type="dxa"/>
            <w:vAlign w:val="center"/>
          </w:tcPr>
          <w:p w14:paraId="6FE24880"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7207A02C"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D64FECA" w14:textId="77777777" w:rsidR="004C684C" w:rsidRPr="007D40B3" w:rsidRDefault="004C684C" w:rsidP="004D2968">
            <w:pPr>
              <w:jc w:val="center"/>
              <w:rPr>
                <w:rFonts w:ascii="Times New Roman" w:hAnsi="Times New Roman"/>
              </w:rPr>
            </w:pPr>
            <w:r w:rsidRPr="007D40B3">
              <w:rPr>
                <w:rFonts w:ascii="Times New Roman" w:hAnsi="Times New Roman"/>
              </w:rPr>
              <w:t>21.</w:t>
            </w:r>
          </w:p>
        </w:tc>
        <w:tc>
          <w:tcPr>
            <w:tcW w:w="1964" w:type="dxa"/>
            <w:tcBorders>
              <w:top w:val="single" w:sz="4" w:space="0" w:color="auto"/>
              <w:left w:val="single" w:sz="4" w:space="0" w:color="auto"/>
              <w:bottom w:val="single" w:sz="4" w:space="0" w:color="auto"/>
              <w:right w:val="single" w:sz="4" w:space="0" w:color="auto"/>
            </w:tcBorders>
            <w:vAlign w:val="center"/>
          </w:tcPr>
          <w:p w14:paraId="068F7B54" w14:textId="77777777" w:rsidR="004C684C" w:rsidRPr="007D40B3" w:rsidRDefault="004C684C" w:rsidP="004D2968">
            <w:pPr>
              <w:pStyle w:val="Antet"/>
              <w:rPr>
                <w:rFonts w:ascii="Times New Roman" w:hAnsi="Times New Roman"/>
              </w:rPr>
            </w:pPr>
            <w:proofErr w:type="spellStart"/>
            <w:r w:rsidRPr="007D40B3">
              <w:rPr>
                <w:rFonts w:ascii="Times New Roman" w:hAnsi="Times New Roman"/>
              </w:rPr>
              <w:t>Săvuca</w:t>
            </w:r>
            <w:proofErr w:type="spellEnd"/>
            <w:r w:rsidRPr="007D40B3">
              <w:rPr>
                <w:rFonts w:ascii="Times New Roman" w:hAnsi="Times New Roman"/>
              </w:rPr>
              <w:t xml:space="preserve"> Daniel</w:t>
            </w:r>
          </w:p>
        </w:tc>
        <w:tc>
          <w:tcPr>
            <w:tcW w:w="1701" w:type="dxa"/>
            <w:tcBorders>
              <w:top w:val="single" w:sz="4" w:space="0" w:color="auto"/>
              <w:left w:val="single" w:sz="4" w:space="0" w:color="auto"/>
              <w:bottom w:val="single" w:sz="4" w:space="0" w:color="auto"/>
              <w:right w:val="single" w:sz="4" w:space="0" w:color="auto"/>
            </w:tcBorders>
            <w:vAlign w:val="center"/>
          </w:tcPr>
          <w:p w14:paraId="497B073A"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01.11.1970,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r w:rsidRPr="007D40B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vAlign w:val="center"/>
          </w:tcPr>
          <w:p w14:paraId="0FD12160"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4FA2987" w14:textId="77777777" w:rsidR="004C684C" w:rsidRPr="007D40B3" w:rsidRDefault="004C684C" w:rsidP="004D2968">
            <w:pPr>
              <w:pStyle w:val="Antet"/>
              <w:jc w:val="center"/>
              <w:rPr>
                <w:rFonts w:ascii="Times New Roman" w:hAnsi="Times New Roman"/>
              </w:rPr>
            </w:pPr>
            <w:r w:rsidRPr="007D40B3">
              <w:rPr>
                <w:rFonts w:ascii="Times New Roman" w:hAnsi="Times New Roman"/>
              </w:rPr>
              <w:t>1701101370017</w:t>
            </w:r>
          </w:p>
        </w:tc>
        <w:tc>
          <w:tcPr>
            <w:tcW w:w="2127" w:type="dxa"/>
            <w:vAlign w:val="center"/>
          </w:tcPr>
          <w:p w14:paraId="6C180F16"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13B4A768"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2998A874" w14:textId="77777777" w:rsidR="004C684C" w:rsidRPr="007D40B3" w:rsidRDefault="004C684C" w:rsidP="004D2968">
            <w:pPr>
              <w:jc w:val="center"/>
              <w:rPr>
                <w:rFonts w:ascii="Times New Roman" w:hAnsi="Times New Roman"/>
              </w:rPr>
            </w:pPr>
            <w:r w:rsidRPr="007D40B3">
              <w:rPr>
                <w:rFonts w:ascii="Times New Roman" w:hAnsi="Times New Roman"/>
              </w:rPr>
              <w:t>22.</w:t>
            </w:r>
          </w:p>
        </w:tc>
        <w:tc>
          <w:tcPr>
            <w:tcW w:w="1964" w:type="dxa"/>
            <w:tcBorders>
              <w:top w:val="single" w:sz="4" w:space="0" w:color="auto"/>
              <w:left w:val="single" w:sz="4" w:space="0" w:color="auto"/>
              <w:bottom w:val="single" w:sz="4" w:space="0" w:color="auto"/>
              <w:right w:val="single" w:sz="4" w:space="0" w:color="auto"/>
            </w:tcBorders>
            <w:vAlign w:val="center"/>
          </w:tcPr>
          <w:p w14:paraId="60833657" w14:textId="77777777" w:rsidR="004C684C" w:rsidRPr="007D40B3" w:rsidRDefault="004C684C" w:rsidP="004D2968">
            <w:pPr>
              <w:pStyle w:val="Antet"/>
              <w:rPr>
                <w:rFonts w:ascii="Times New Roman" w:hAnsi="Times New Roman"/>
              </w:rPr>
            </w:pPr>
            <w:r w:rsidRPr="007D40B3">
              <w:rPr>
                <w:rFonts w:ascii="Times New Roman" w:hAnsi="Times New Roman"/>
              </w:rPr>
              <w:t>Prodan Alina Elena</w:t>
            </w:r>
          </w:p>
        </w:tc>
        <w:tc>
          <w:tcPr>
            <w:tcW w:w="1701" w:type="dxa"/>
            <w:tcBorders>
              <w:top w:val="single" w:sz="4" w:space="0" w:color="auto"/>
              <w:left w:val="single" w:sz="4" w:space="0" w:color="auto"/>
              <w:bottom w:val="single" w:sz="4" w:space="0" w:color="auto"/>
              <w:right w:val="single" w:sz="4" w:space="0" w:color="auto"/>
            </w:tcBorders>
            <w:vAlign w:val="center"/>
          </w:tcPr>
          <w:p w14:paraId="24C89D65"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11.11.1980, mun. Iasi,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3F4AF3D9"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979A29A" w14:textId="77777777" w:rsidR="004C684C" w:rsidRPr="007D40B3" w:rsidRDefault="004C684C" w:rsidP="004D2968">
            <w:pPr>
              <w:pStyle w:val="Antet"/>
              <w:jc w:val="center"/>
              <w:rPr>
                <w:rFonts w:ascii="Times New Roman" w:hAnsi="Times New Roman"/>
              </w:rPr>
            </w:pPr>
            <w:r w:rsidRPr="007D40B3">
              <w:rPr>
                <w:rFonts w:ascii="Times New Roman" w:hAnsi="Times New Roman"/>
              </w:rPr>
              <w:t>2801111226707</w:t>
            </w:r>
          </w:p>
        </w:tc>
        <w:tc>
          <w:tcPr>
            <w:tcW w:w="2127" w:type="dxa"/>
            <w:vAlign w:val="center"/>
          </w:tcPr>
          <w:p w14:paraId="0A5FAE76"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bl>
    <w:p w14:paraId="1486FFA6" w14:textId="77777777" w:rsidR="004C684C" w:rsidRPr="007D40B3" w:rsidRDefault="004C684C" w:rsidP="004C684C">
      <w:pPr>
        <w:pStyle w:val="Tablecaption0"/>
        <w:spacing w:line="276" w:lineRule="auto"/>
        <w:rPr>
          <w:rFonts w:ascii="Times New Roman" w:hAnsi="Times New Roman"/>
          <w:sz w:val="20"/>
          <w:szCs w:val="20"/>
        </w:rPr>
      </w:pPr>
    </w:p>
    <w:p w14:paraId="1A0A45FE" w14:textId="77777777" w:rsidR="004C684C" w:rsidRPr="007D40B3" w:rsidRDefault="004C684C" w:rsidP="004C684C">
      <w:pPr>
        <w:pStyle w:val="Tablecaption0"/>
        <w:spacing w:line="276" w:lineRule="auto"/>
        <w:rPr>
          <w:rFonts w:ascii="Times New Roman" w:hAnsi="Times New Roman"/>
          <w:sz w:val="20"/>
          <w:szCs w:val="20"/>
        </w:rPr>
      </w:pPr>
    </w:p>
    <w:p w14:paraId="172BEE14" w14:textId="77777777" w:rsidR="004C684C" w:rsidRPr="007D40B3" w:rsidRDefault="004C684C" w:rsidP="004C684C">
      <w:pPr>
        <w:pStyle w:val="Corptext"/>
        <w:spacing w:after="0"/>
        <w:rPr>
          <w:rFonts w:ascii="Times New Roman" w:hAnsi="Times New Roman"/>
        </w:rPr>
      </w:pPr>
    </w:p>
    <w:p w14:paraId="0B592FB7" w14:textId="77777777" w:rsidR="004C684C" w:rsidRPr="007D40B3" w:rsidRDefault="004C684C" w:rsidP="004C684C">
      <w:pPr>
        <w:pStyle w:val="Corptext"/>
        <w:spacing w:after="0"/>
        <w:rPr>
          <w:rFonts w:ascii="Times New Roman" w:hAnsi="Times New Roman"/>
        </w:rPr>
      </w:pPr>
    </w:p>
    <w:p w14:paraId="778826AA" w14:textId="77777777" w:rsidR="004C684C" w:rsidRPr="007D40B3" w:rsidRDefault="004C684C" w:rsidP="004C684C">
      <w:pPr>
        <w:pStyle w:val="Corptext"/>
        <w:tabs>
          <w:tab w:val="left" w:leader="underscore" w:pos="5587"/>
        </w:tabs>
        <w:spacing w:after="0"/>
        <w:rPr>
          <w:rFonts w:ascii="Times New Roman" w:hAnsi="Times New Roman"/>
        </w:rPr>
      </w:pPr>
      <w:proofErr w:type="spellStart"/>
      <w:r w:rsidRPr="007D40B3">
        <w:rPr>
          <w:rFonts w:ascii="Times New Roman" w:hAnsi="Times New Roman"/>
        </w:rPr>
        <w:t>Numele</w:t>
      </w:r>
      <w:proofErr w:type="spellEnd"/>
      <w:r w:rsidRPr="007D40B3">
        <w:rPr>
          <w:rFonts w:ascii="Times New Roman" w:hAnsi="Times New Roman"/>
        </w:rPr>
        <w:t xml:space="preserve"> </w:t>
      </w:r>
      <w:proofErr w:type="spellStart"/>
      <w:r w:rsidRPr="007D40B3">
        <w:rPr>
          <w:rFonts w:ascii="Times New Roman" w:hAnsi="Times New Roman"/>
        </w:rPr>
        <w:t>și</w:t>
      </w:r>
      <w:proofErr w:type="spellEnd"/>
      <w:r w:rsidRPr="007D40B3">
        <w:rPr>
          <w:rFonts w:ascii="Times New Roman" w:hAnsi="Times New Roman"/>
        </w:rPr>
        <w:t xml:space="preserve"> </w:t>
      </w:r>
      <w:proofErr w:type="spellStart"/>
      <w:r w:rsidRPr="007D40B3">
        <w:rPr>
          <w:rFonts w:ascii="Times New Roman" w:hAnsi="Times New Roman"/>
        </w:rPr>
        <w:t>prenumele</w:t>
      </w:r>
      <w:proofErr w:type="spellEnd"/>
      <w:r w:rsidRPr="007D40B3">
        <w:rPr>
          <w:rFonts w:ascii="Times New Roman" w:hAnsi="Times New Roman"/>
        </w:rPr>
        <w:t xml:space="preserve"> </w:t>
      </w:r>
      <w:proofErr w:type="spellStart"/>
      <w:r w:rsidRPr="007D40B3">
        <w:rPr>
          <w:rFonts w:ascii="Times New Roman" w:hAnsi="Times New Roman"/>
        </w:rPr>
        <w:t>semnatarului</w:t>
      </w:r>
      <w:proofErr w:type="spellEnd"/>
      <w:r w:rsidRPr="007D40B3">
        <w:rPr>
          <w:rFonts w:ascii="Times New Roman" w:hAnsi="Times New Roman"/>
        </w:rPr>
        <w:t>:</w:t>
      </w:r>
      <w:r w:rsidRPr="007D40B3">
        <w:rPr>
          <w:rFonts w:ascii="Times New Roman" w:hAnsi="Times New Roman"/>
        </w:rPr>
        <w:tab/>
      </w:r>
    </w:p>
    <w:p w14:paraId="3D4047E3" w14:textId="77777777" w:rsidR="004C684C" w:rsidRPr="007D40B3" w:rsidRDefault="004C684C" w:rsidP="004C684C">
      <w:pPr>
        <w:pStyle w:val="Corptext"/>
        <w:tabs>
          <w:tab w:val="left" w:leader="underscore" w:pos="6732"/>
        </w:tabs>
        <w:spacing w:after="0"/>
        <w:rPr>
          <w:rFonts w:ascii="Times New Roman" w:hAnsi="Times New Roman"/>
        </w:rPr>
      </w:pPr>
      <w:proofErr w:type="spellStart"/>
      <w:r w:rsidRPr="007D40B3">
        <w:rPr>
          <w:rFonts w:ascii="Times New Roman" w:hAnsi="Times New Roman"/>
        </w:rPr>
        <w:t>Capacitatea</w:t>
      </w:r>
      <w:proofErr w:type="spellEnd"/>
      <w:r w:rsidRPr="007D40B3">
        <w:rPr>
          <w:rFonts w:ascii="Times New Roman" w:hAnsi="Times New Roman"/>
        </w:rPr>
        <w:t xml:space="preserve"> de </w:t>
      </w:r>
      <w:proofErr w:type="spellStart"/>
      <w:r w:rsidRPr="007D40B3">
        <w:rPr>
          <w:rFonts w:ascii="Times New Roman" w:hAnsi="Times New Roman"/>
        </w:rPr>
        <w:t>semnătură</w:t>
      </w:r>
      <w:proofErr w:type="spellEnd"/>
      <w:r w:rsidRPr="007D40B3">
        <w:rPr>
          <w:rFonts w:ascii="Times New Roman" w:hAnsi="Times New Roman"/>
        </w:rPr>
        <w:t>: (</w:t>
      </w:r>
      <w:proofErr w:type="spellStart"/>
      <w:r w:rsidRPr="007D40B3">
        <w:rPr>
          <w:rFonts w:ascii="Times New Roman" w:hAnsi="Times New Roman"/>
        </w:rPr>
        <w:t>reprezentant</w:t>
      </w:r>
      <w:proofErr w:type="spellEnd"/>
      <w:r w:rsidRPr="007D40B3">
        <w:rPr>
          <w:rFonts w:ascii="Times New Roman" w:hAnsi="Times New Roman"/>
        </w:rPr>
        <w:t xml:space="preserve"> legal/</w:t>
      </w:r>
      <w:proofErr w:type="spellStart"/>
      <w:r w:rsidRPr="007D40B3">
        <w:rPr>
          <w:rFonts w:ascii="Times New Roman" w:hAnsi="Times New Roman"/>
        </w:rPr>
        <w:t>împuternicit</w:t>
      </w:r>
      <w:proofErr w:type="spellEnd"/>
      <w:r w:rsidRPr="007D40B3">
        <w:rPr>
          <w:rFonts w:ascii="Times New Roman" w:hAnsi="Times New Roman"/>
        </w:rPr>
        <w:t>):</w:t>
      </w:r>
      <w:r w:rsidRPr="007D40B3">
        <w:rPr>
          <w:rFonts w:ascii="Times New Roman" w:hAnsi="Times New Roman"/>
        </w:rPr>
        <w:tab/>
      </w:r>
    </w:p>
    <w:p w14:paraId="66129A51" w14:textId="77777777" w:rsidR="004C684C" w:rsidRPr="007D40B3" w:rsidRDefault="004C684C" w:rsidP="004C684C">
      <w:pPr>
        <w:pStyle w:val="Corptext"/>
        <w:tabs>
          <w:tab w:val="left" w:leader="underscore" w:pos="4068"/>
        </w:tabs>
        <w:spacing w:after="0"/>
        <w:rPr>
          <w:rFonts w:ascii="Times New Roman" w:hAnsi="Times New Roman"/>
        </w:rPr>
      </w:pPr>
      <w:proofErr w:type="spellStart"/>
      <w:r w:rsidRPr="007D40B3">
        <w:rPr>
          <w:rFonts w:ascii="Times New Roman" w:hAnsi="Times New Roman"/>
        </w:rPr>
        <w:t>Semnătura</w:t>
      </w:r>
      <w:proofErr w:type="spellEnd"/>
      <w:r w:rsidRPr="007D40B3">
        <w:rPr>
          <w:rFonts w:ascii="Times New Roman" w:hAnsi="Times New Roman"/>
        </w:rPr>
        <w:t xml:space="preserve"> și ștampila:</w:t>
      </w:r>
      <w:r w:rsidRPr="007D40B3">
        <w:rPr>
          <w:rFonts w:ascii="Times New Roman" w:hAnsi="Times New Roman"/>
        </w:rPr>
        <w:tab/>
      </w:r>
    </w:p>
    <w:p w14:paraId="72B700DF" w14:textId="77777777" w:rsidR="004C684C" w:rsidRPr="007D40B3" w:rsidRDefault="004C684C" w:rsidP="004C684C">
      <w:pPr>
        <w:pStyle w:val="Corptext"/>
        <w:spacing w:after="0"/>
        <w:rPr>
          <w:rFonts w:ascii="Times New Roman" w:hAnsi="Times New Roman"/>
        </w:rPr>
      </w:pPr>
      <w:proofErr w:type="gramStart"/>
      <w:r w:rsidRPr="007D40B3">
        <w:rPr>
          <w:rFonts w:ascii="Times New Roman" w:hAnsi="Times New Roman"/>
        </w:rPr>
        <w:t>Data :</w:t>
      </w:r>
      <w:proofErr w:type="gramEnd"/>
    </w:p>
    <w:p w14:paraId="71A956FB" w14:textId="77777777" w:rsidR="004C684C" w:rsidRPr="007D40B3" w:rsidRDefault="004C684C" w:rsidP="004C684C">
      <w:pPr>
        <w:pStyle w:val="Corptext"/>
        <w:spacing w:after="0"/>
        <w:ind w:firstLine="320"/>
        <w:rPr>
          <w:rFonts w:ascii="Times New Roman" w:hAnsi="Times New Roman"/>
          <w:i/>
          <w:iCs/>
        </w:rPr>
      </w:pPr>
    </w:p>
    <w:p w14:paraId="087AD1A6" w14:textId="77777777" w:rsidR="004C684C" w:rsidRPr="007D40B3" w:rsidRDefault="004C684C" w:rsidP="004C684C">
      <w:pPr>
        <w:pStyle w:val="Corptext"/>
        <w:spacing w:after="0"/>
        <w:ind w:firstLine="320"/>
        <w:rPr>
          <w:rFonts w:ascii="Times New Roman" w:hAnsi="Times New Roman"/>
          <w:i/>
          <w:iCs/>
        </w:rPr>
      </w:pPr>
    </w:p>
    <w:p w14:paraId="6AC98786" w14:textId="77777777" w:rsidR="004C684C" w:rsidRPr="007D40B3" w:rsidRDefault="004C684C" w:rsidP="004C684C">
      <w:pPr>
        <w:pStyle w:val="Corptext"/>
        <w:spacing w:after="0"/>
        <w:ind w:firstLine="320"/>
        <w:rPr>
          <w:rFonts w:ascii="Times New Roman" w:hAnsi="Times New Roman"/>
          <w:i/>
          <w:iCs/>
        </w:rPr>
      </w:pPr>
    </w:p>
    <w:p w14:paraId="5060FEB0" w14:textId="77777777" w:rsidR="004C684C" w:rsidRPr="007D40B3" w:rsidRDefault="004C684C" w:rsidP="004C684C">
      <w:pPr>
        <w:pStyle w:val="Corptext"/>
        <w:spacing w:after="0"/>
        <w:ind w:firstLine="320"/>
        <w:rPr>
          <w:rFonts w:ascii="Times New Roman" w:hAnsi="Times New Roman"/>
          <w:i/>
          <w:iCs/>
        </w:rPr>
      </w:pPr>
    </w:p>
    <w:p w14:paraId="34178C11" w14:textId="77777777" w:rsidR="004C684C" w:rsidRPr="007D40B3" w:rsidRDefault="004C684C" w:rsidP="004C684C">
      <w:pPr>
        <w:pStyle w:val="Corptext"/>
        <w:spacing w:after="0"/>
        <w:ind w:firstLine="320"/>
        <w:rPr>
          <w:rFonts w:ascii="Times New Roman" w:hAnsi="Times New Roman"/>
          <w:i/>
          <w:iCs/>
        </w:rPr>
      </w:pPr>
    </w:p>
    <w:p w14:paraId="066531C2" w14:textId="77777777" w:rsidR="004C684C" w:rsidRPr="007D40B3" w:rsidRDefault="004C684C" w:rsidP="004C684C">
      <w:pPr>
        <w:pStyle w:val="Corptext"/>
        <w:spacing w:after="0"/>
        <w:ind w:firstLine="320"/>
        <w:rPr>
          <w:rFonts w:ascii="Times New Roman" w:hAnsi="Times New Roman"/>
          <w:i/>
          <w:iCs/>
        </w:rPr>
      </w:pPr>
    </w:p>
    <w:p w14:paraId="7332A130" w14:textId="77777777" w:rsidR="004C684C" w:rsidRPr="007D40B3" w:rsidRDefault="004C684C" w:rsidP="004C684C">
      <w:pPr>
        <w:pStyle w:val="Corptext"/>
        <w:spacing w:after="0"/>
        <w:ind w:firstLine="320"/>
        <w:rPr>
          <w:rFonts w:ascii="Times New Roman" w:hAnsi="Times New Roman"/>
          <w:i/>
          <w:iCs/>
        </w:rPr>
      </w:pPr>
    </w:p>
    <w:p w14:paraId="785E93BD" w14:textId="77777777" w:rsidR="004C684C" w:rsidRPr="007D40B3" w:rsidRDefault="004C684C" w:rsidP="004C684C">
      <w:pPr>
        <w:pStyle w:val="Corptext"/>
        <w:spacing w:after="0"/>
        <w:ind w:firstLine="320"/>
        <w:rPr>
          <w:rFonts w:ascii="Times New Roman" w:hAnsi="Times New Roman"/>
          <w:i/>
          <w:iCs/>
        </w:rPr>
      </w:pPr>
    </w:p>
    <w:p w14:paraId="5F56A9AD" w14:textId="77777777" w:rsidR="004C684C" w:rsidRPr="007D40B3" w:rsidRDefault="004C684C" w:rsidP="004C684C">
      <w:pPr>
        <w:pStyle w:val="Corptext"/>
        <w:spacing w:after="0"/>
        <w:ind w:firstLine="320"/>
        <w:rPr>
          <w:rFonts w:ascii="Times New Roman" w:hAnsi="Times New Roman"/>
          <w:i/>
          <w:iCs/>
        </w:rPr>
      </w:pPr>
    </w:p>
    <w:p w14:paraId="1AB840F8" w14:textId="77777777" w:rsidR="004C684C" w:rsidRPr="007D40B3" w:rsidRDefault="004C684C" w:rsidP="004C684C">
      <w:pPr>
        <w:pStyle w:val="Corptext"/>
        <w:spacing w:after="0"/>
        <w:ind w:firstLine="320"/>
        <w:rPr>
          <w:rFonts w:ascii="Times New Roman" w:hAnsi="Times New Roman"/>
          <w:i/>
          <w:iCs/>
        </w:rPr>
      </w:pPr>
    </w:p>
    <w:p w14:paraId="29A12BE2" w14:textId="77777777" w:rsidR="004C684C" w:rsidRPr="007D40B3" w:rsidRDefault="004C684C" w:rsidP="004C684C">
      <w:pPr>
        <w:pStyle w:val="Corptext"/>
        <w:spacing w:after="0"/>
        <w:ind w:firstLine="320"/>
        <w:rPr>
          <w:rFonts w:ascii="Times New Roman" w:hAnsi="Times New Roman"/>
          <w:i/>
          <w:iCs/>
        </w:rPr>
      </w:pPr>
    </w:p>
    <w:p w14:paraId="271D4303" w14:textId="77777777" w:rsidR="004C684C" w:rsidRPr="007D40B3" w:rsidRDefault="004C684C" w:rsidP="004C684C">
      <w:pPr>
        <w:pStyle w:val="Corptext"/>
        <w:spacing w:after="0"/>
        <w:ind w:firstLine="320"/>
        <w:rPr>
          <w:rFonts w:ascii="Times New Roman" w:hAnsi="Times New Roman"/>
          <w:i/>
          <w:iCs/>
        </w:rPr>
      </w:pPr>
    </w:p>
    <w:p w14:paraId="28A08FA0" w14:textId="77777777" w:rsidR="004C684C" w:rsidRPr="007D40B3" w:rsidRDefault="004C684C" w:rsidP="004C684C">
      <w:pPr>
        <w:pStyle w:val="Corptext"/>
        <w:spacing w:after="0"/>
        <w:ind w:firstLine="320"/>
        <w:rPr>
          <w:rFonts w:ascii="Times New Roman" w:hAnsi="Times New Roman"/>
          <w:i/>
          <w:iCs/>
        </w:rPr>
      </w:pPr>
    </w:p>
    <w:p w14:paraId="32B2B62E" w14:textId="77777777" w:rsidR="004C684C" w:rsidRPr="007D40B3" w:rsidRDefault="004C684C" w:rsidP="004C684C">
      <w:pPr>
        <w:pStyle w:val="Corptext"/>
        <w:spacing w:after="0"/>
        <w:ind w:firstLine="320"/>
        <w:rPr>
          <w:rFonts w:ascii="Times New Roman" w:hAnsi="Times New Roman"/>
          <w:i/>
          <w:iCs/>
        </w:rPr>
      </w:pPr>
    </w:p>
    <w:p w14:paraId="418D79EB" w14:textId="34469FF9" w:rsidR="004C684C" w:rsidRPr="007D40B3" w:rsidRDefault="004C684C" w:rsidP="004C684C">
      <w:pPr>
        <w:pStyle w:val="Corptext"/>
        <w:spacing w:after="0"/>
        <w:ind w:firstLine="320"/>
        <w:rPr>
          <w:rFonts w:ascii="Times New Roman" w:hAnsi="Times New Roman"/>
          <w:i/>
          <w:iCs/>
        </w:rPr>
      </w:pPr>
      <w:r w:rsidRPr="007D40B3">
        <w:rPr>
          <w:rFonts w:ascii="Times New Roman" w:hAnsi="Times New Roman"/>
          <w:i/>
          <w:iCs/>
        </w:rPr>
        <w:t xml:space="preserve">                                                                                                                                                 Formular nr. A2</w:t>
      </w:r>
    </w:p>
    <w:p w14:paraId="6B8B12CC" w14:textId="77777777" w:rsidR="004C684C" w:rsidRPr="007D40B3" w:rsidRDefault="004C684C" w:rsidP="00C53E2D">
      <w:pPr>
        <w:spacing w:after="0"/>
        <w:jc w:val="both"/>
        <w:rPr>
          <w:rFonts w:ascii="Times New Roman" w:hAnsi="Times New Roman"/>
          <w:i/>
          <w:iCs/>
          <w:sz w:val="20"/>
          <w:szCs w:val="20"/>
        </w:rPr>
      </w:pPr>
    </w:p>
    <w:p w14:paraId="515D0190" w14:textId="77777777" w:rsidR="004C684C" w:rsidRPr="007D40B3" w:rsidRDefault="004C684C" w:rsidP="00C53E2D">
      <w:pPr>
        <w:spacing w:after="0"/>
        <w:jc w:val="both"/>
        <w:rPr>
          <w:rFonts w:ascii="Times New Roman" w:hAnsi="Times New Roman"/>
          <w:i/>
          <w:iCs/>
          <w:sz w:val="20"/>
          <w:szCs w:val="20"/>
        </w:rPr>
      </w:pPr>
      <w:r w:rsidRPr="007D40B3">
        <w:rPr>
          <w:rFonts w:ascii="Times New Roman" w:hAnsi="Times New Roman"/>
          <w:i/>
          <w:iCs/>
          <w:sz w:val="20"/>
          <w:szCs w:val="20"/>
        </w:rPr>
        <w:t xml:space="preserve">OPERATOR ECONOMIC  </w:t>
      </w:r>
    </w:p>
    <w:p w14:paraId="7811C90D" w14:textId="77777777" w:rsidR="004C684C" w:rsidRPr="007D40B3" w:rsidRDefault="004C684C" w:rsidP="00C53E2D">
      <w:pPr>
        <w:spacing w:after="0"/>
        <w:jc w:val="both"/>
        <w:rPr>
          <w:rFonts w:ascii="Times New Roman" w:hAnsi="Times New Roman"/>
          <w:sz w:val="20"/>
          <w:szCs w:val="20"/>
        </w:rPr>
      </w:pPr>
      <w:r w:rsidRPr="007D40B3">
        <w:rPr>
          <w:rFonts w:ascii="Times New Roman" w:hAnsi="Times New Roman"/>
          <w:sz w:val="20"/>
          <w:szCs w:val="20"/>
        </w:rPr>
        <w:t>.........................................</w:t>
      </w:r>
    </w:p>
    <w:p w14:paraId="5D5AEC76" w14:textId="77777777" w:rsidR="004C684C" w:rsidRPr="007D40B3" w:rsidRDefault="004C684C" w:rsidP="00C53E2D">
      <w:pPr>
        <w:spacing w:after="0"/>
        <w:jc w:val="both"/>
        <w:rPr>
          <w:rFonts w:ascii="Times New Roman" w:hAnsi="Times New Roman"/>
          <w:sz w:val="20"/>
          <w:szCs w:val="20"/>
        </w:rPr>
      </w:pPr>
      <w:r w:rsidRPr="007D40B3">
        <w:rPr>
          <w:rFonts w:ascii="Times New Roman" w:hAnsi="Times New Roman"/>
          <w:i/>
          <w:sz w:val="20"/>
          <w:szCs w:val="20"/>
        </w:rPr>
        <w:t>(</w:t>
      </w:r>
      <w:proofErr w:type="spellStart"/>
      <w:r w:rsidRPr="007D40B3">
        <w:rPr>
          <w:rFonts w:ascii="Times New Roman" w:hAnsi="Times New Roman"/>
          <w:i/>
          <w:sz w:val="20"/>
          <w:szCs w:val="20"/>
        </w:rPr>
        <w:t>denumirea</w:t>
      </w:r>
      <w:proofErr w:type="spellEnd"/>
      <w:r w:rsidRPr="007D40B3">
        <w:rPr>
          <w:rFonts w:ascii="Times New Roman" w:hAnsi="Times New Roman"/>
          <w:i/>
          <w:sz w:val="20"/>
          <w:szCs w:val="20"/>
        </w:rPr>
        <w:t>/</w:t>
      </w:r>
      <w:proofErr w:type="spellStart"/>
      <w:r w:rsidRPr="007D40B3">
        <w:rPr>
          <w:rFonts w:ascii="Times New Roman" w:hAnsi="Times New Roman"/>
          <w:i/>
          <w:sz w:val="20"/>
          <w:szCs w:val="20"/>
        </w:rPr>
        <w:t>numele</w:t>
      </w:r>
      <w:proofErr w:type="spellEnd"/>
      <w:r w:rsidRPr="007D40B3">
        <w:rPr>
          <w:rFonts w:ascii="Times New Roman" w:hAnsi="Times New Roman"/>
          <w:i/>
          <w:sz w:val="20"/>
          <w:szCs w:val="20"/>
        </w:rPr>
        <w:t xml:space="preserve">, </w:t>
      </w:r>
      <w:proofErr w:type="spellStart"/>
      <w:r w:rsidRPr="007D40B3">
        <w:rPr>
          <w:rFonts w:ascii="Times New Roman" w:hAnsi="Times New Roman"/>
          <w:i/>
          <w:sz w:val="20"/>
          <w:szCs w:val="20"/>
        </w:rPr>
        <w:t>adresa</w:t>
      </w:r>
      <w:proofErr w:type="spellEnd"/>
      <w:r w:rsidRPr="007D40B3">
        <w:rPr>
          <w:rFonts w:ascii="Times New Roman" w:hAnsi="Times New Roman"/>
          <w:i/>
          <w:sz w:val="20"/>
          <w:szCs w:val="20"/>
        </w:rPr>
        <w:t xml:space="preserve">, </w:t>
      </w:r>
      <w:proofErr w:type="spellStart"/>
      <w:r w:rsidRPr="007D40B3">
        <w:rPr>
          <w:rFonts w:ascii="Times New Roman" w:hAnsi="Times New Roman"/>
          <w:i/>
          <w:sz w:val="20"/>
          <w:szCs w:val="20"/>
        </w:rPr>
        <w:t>număr</w:t>
      </w:r>
      <w:proofErr w:type="spellEnd"/>
      <w:r w:rsidRPr="007D40B3">
        <w:rPr>
          <w:rFonts w:ascii="Times New Roman" w:hAnsi="Times New Roman"/>
          <w:i/>
          <w:sz w:val="20"/>
          <w:szCs w:val="20"/>
        </w:rPr>
        <w:t xml:space="preserve"> </w:t>
      </w:r>
      <w:proofErr w:type="spellStart"/>
      <w:proofErr w:type="gramStart"/>
      <w:r w:rsidRPr="007D40B3">
        <w:rPr>
          <w:rFonts w:ascii="Times New Roman" w:hAnsi="Times New Roman"/>
          <w:i/>
          <w:sz w:val="20"/>
          <w:szCs w:val="20"/>
        </w:rPr>
        <w:t>înregistrare,CUI</w:t>
      </w:r>
      <w:proofErr w:type="spellEnd"/>
      <w:proofErr w:type="gramEnd"/>
      <w:r w:rsidRPr="007D40B3">
        <w:rPr>
          <w:rFonts w:ascii="Times New Roman" w:hAnsi="Times New Roman"/>
          <w:i/>
          <w:sz w:val="20"/>
          <w:szCs w:val="20"/>
        </w:rPr>
        <w:t xml:space="preserve">, </w:t>
      </w:r>
      <w:proofErr w:type="spellStart"/>
      <w:r w:rsidRPr="007D40B3">
        <w:rPr>
          <w:rFonts w:ascii="Times New Roman" w:hAnsi="Times New Roman"/>
          <w:i/>
          <w:sz w:val="20"/>
          <w:szCs w:val="20"/>
        </w:rPr>
        <w:t>telefon</w:t>
      </w:r>
      <w:proofErr w:type="spellEnd"/>
      <w:r w:rsidRPr="007D40B3">
        <w:rPr>
          <w:rFonts w:ascii="Times New Roman" w:hAnsi="Times New Roman"/>
          <w:i/>
          <w:sz w:val="20"/>
          <w:szCs w:val="20"/>
        </w:rPr>
        <w:t>, fax)</w:t>
      </w:r>
    </w:p>
    <w:p w14:paraId="042E44B6" w14:textId="77777777" w:rsidR="004C684C" w:rsidRPr="007D40B3" w:rsidRDefault="004C684C" w:rsidP="00C53E2D">
      <w:pPr>
        <w:pStyle w:val="Corptext"/>
        <w:spacing w:after="0"/>
        <w:jc w:val="center"/>
        <w:rPr>
          <w:rFonts w:ascii="Times New Roman" w:hAnsi="Times New Roman"/>
          <w:b/>
          <w:bCs/>
        </w:rPr>
      </w:pPr>
    </w:p>
    <w:p w14:paraId="7E0EA56C" w14:textId="77777777" w:rsidR="004C684C" w:rsidRPr="007D40B3" w:rsidRDefault="004C684C" w:rsidP="00C53E2D">
      <w:pPr>
        <w:pStyle w:val="Corptext"/>
        <w:spacing w:after="0"/>
        <w:jc w:val="center"/>
        <w:rPr>
          <w:rFonts w:ascii="Times New Roman" w:hAnsi="Times New Roman"/>
          <w:b/>
          <w:bCs/>
        </w:rPr>
      </w:pPr>
    </w:p>
    <w:p w14:paraId="12ED1FFD" w14:textId="77777777" w:rsidR="004C684C" w:rsidRPr="007D40B3" w:rsidRDefault="004C684C" w:rsidP="004C684C">
      <w:pPr>
        <w:pStyle w:val="Corptext"/>
        <w:spacing w:after="0"/>
        <w:jc w:val="center"/>
        <w:rPr>
          <w:rFonts w:ascii="Times New Roman" w:hAnsi="Times New Roman"/>
          <w:b/>
          <w:bCs/>
        </w:rPr>
      </w:pPr>
    </w:p>
    <w:p w14:paraId="2DF0FB36" w14:textId="77777777" w:rsidR="004C684C" w:rsidRPr="007D40B3" w:rsidRDefault="004C684C" w:rsidP="004C684C">
      <w:pPr>
        <w:pStyle w:val="Corptext"/>
        <w:spacing w:after="0"/>
        <w:jc w:val="center"/>
        <w:rPr>
          <w:rFonts w:ascii="Times New Roman" w:hAnsi="Times New Roman"/>
        </w:rPr>
      </w:pPr>
      <w:r w:rsidRPr="007D40B3">
        <w:rPr>
          <w:rFonts w:ascii="Times New Roman" w:hAnsi="Times New Roman"/>
          <w:b/>
          <w:bCs/>
        </w:rPr>
        <w:t>DECLARAȚIE</w:t>
      </w:r>
    </w:p>
    <w:p w14:paraId="10E21957" w14:textId="77777777" w:rsidR="004C684C" w:rsidRPr="007D40B3" w:rsidRDefault="004C684C" w:rsidP="004C684C">
      <w:pPr>
        <w:pStyle w:val="Heading30"/>
        <w:keepNext/>
        <w:keepLines/>
        <w:spacing w:after="0" w:line="276" w:lineRule="auto"/>
        <w:jc w:val="center"/>
        <w:rPr>
          <w:rFonts w:ascii="Times New Roman" w:hAnsi="Times New Roman" w:cs="Times New Roman"/>
          <w:sz w:val="20"/>
          <w:szCs w:val="20"/>
        </w:rPr>
      </w:pPr>
      <w:proofErr w:type="spellStart"/>
      <w:r w:rsidRPr="007D40B3">
        <w:rPr>
          <w:rFonts w:ascii="Times New Roman" w:hAnsi="Times New Roman" w:cs="Times New Roman"/>
          <w:sz w:val="20"/>
          <w:szCs w:val="20"/>
        </w:rPr>
        <w:t>privind</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neîncadrarea</w:t>
      </w:r>
      <w:proofErr w:type="spellEnd"/>
      <w:r w:rsidRPr="007D40B3">
        <w:rPr>
          <w:rFonts w:ascii="Times New Roman" w:hAnsi="Times New Roman" w:cs="Times New Roman"/>
          <w:sz w:val="20"/>
          <w:szCs w:val="20"/>
        </w:rPr>
        <w:t xml:space="preserve"> in </w:t>
      </w:r>
      <w:proofErr w:type="spellStart"/>
      <w:r w:rsidRPr="007D40B3">
        <w:rPr>
          <w:rFonts w:ascii="Times New Roman" w:hAnsi="Times New Roman" w:cs="Times New Roman"/>
          <w:sz w:val="20"/>
          <w:szCs w:val="20"/>
        </w:rPr>
        <w:t>prevederile</w:t>
      </w:r>
      <w:proofErr w:type="spellEnd"/>
      <w:r w:rsidRPr="007D40B3">
        <w:rPr>
          <w:rFonts w:ascii="Times New Roman" w:hAnsi="Times New Roman" w:cs="Times New Roman"/>
          <w:sz w:val="20"/>
          <w:szCs w:val="20"/>
        </w:rPr>
        <w:t xml:space="preserve"> art. 60</w:t>
      </w:r>
      <w:r w:rsidRPr="007D40B3">
        <w:rPr>
          <w:rFonts w:ascii="Times New Roman" w:hAnsi="Times New Roman" w:cs="Times New Roman"/>
          <w:sz w:val="20"/>
          <w:szCs w:val="20"/>
        </w:rPr>
        <w:br/>
        <w:t>(</w:t>
      </w:r>
      <w:proofErr w:type="spellStart"/>
      <w:r w:rsidRPr="007D40B3">
        <w:rPr>
          <w:rFonts w:ascii="Times New Roman" w:hAnsi="Times New Roman" w:cs="Times New Roman"/>
          <w:sz w:val="20"/>
          <w:szCs w:val="20"/>
        </w:rPr>
        <w:t>evitarea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conflictului</w:t>
      </w:r>
      <w:proofErr w:type="spellEnd"/>
      <w:r w:rsidRPr="007D40B3">
        <w:rPr>
          <w:rFonts w:ascii="Times New Roman" w:hAnsi="Times New Roman" w:cs="Times New Roman"/>
          <w:sz w:val="20"/>
          <w:szCs w:val="20"/>
        </w:rPr>
        <w:t xml:space="preserve"> de </w:t>
      </w:r>
      <w:proofErr w:type="spellStart"/>
      <w:r w:rsidRPr="007D40B3">
        <w:rPr>
          <w:rFonts w:ascii="Times New Roman" w:hAnsi="Times New Roman" w:cs="Times New Roman"/>
          <w:sz w:val="20"/>
          <w:szCs w:val="20"/>
        </w:rPr>
        <w:t>interese</w:t>
      </w:r>
      <w:proofErr w:type="spellEnd"/>
      <w:r w:rsidRPr="007D40B3">
        <w:rPr>
          <w:rFonts w:ascii="Times New Roman" w:hAnsi="Times New Roman" w:cs="Times New Roman"/>
          <w:sz w:val="20"/>
          <w:szCs w:val="20"/>
        </w:rPr>
        <w:t>)</w:t>
      </w:r>
    </w:p>
    <w:p w14:paraId="4CF2E676" w14:textId="77777777" w:rsidR="004C684C" w:rsidRPr="007D40B3" w:rsidRDefault="004C684C" w:rsidP="004C684C">
      <w:pPr>
        <w:pStyle w:val="Corptext"/>
        <w:tabs>
          <w:tab w:val="left" w:pos="720"/>
          <w:tab w:val="left" w:leader="underscore" w:pos="5266"/>
        </w:tabs>
        <w:spacing w:after="0" w:line="360" w:lineRule="auto"/>
        <w:ind w:firstLine="780"/>
        <w:rPr>
          <w:rFonts w:ascii="Times New Roman" w:hAnsi="Times New Roman"/>
        </w:rPr>
      </w:pPr>
      <w:r w:rsidRPr="007D40B3">
        <w:rPr>
          <w:rFonts w:ascii="Times New Roman" w:hAnsi="Times New Roman"/>
        </w:rPr>
        <w:t>Subsemnatul/a,...........................................................................................................................</w:t>
      </w:r>
      <w:r w:rsidRPr="007D40B3">
        <w:rPr>
          <w:rFonts w:ascii="Times New Roman" w:hAnsi="Times New Roman"/>
        </w:rPr>
        <w:tab/>
        <w:t xml:space="preserve">, </w:t>
      </w:r>
      <w:proofErr w:type="spellStart"/>
      <w:r w:rsidRPr="007D40B3">
        <w:rPr>
          <w:rFonts w:ascii="Times New Roman" w:hAnsi="Times New Roman"/>
        </w:rPr>
        <w:t>reprezentant</w:t>
      </w:r>
      <w:proofErr w:type="spellEnd"/>
      <w:r w:rsidRPr="007D40B3">
        <w:rPr>
          <w:rFonts w:ascii="Times New Roman" w:hAnsi="Times New Roman"/>
        </w:rPr>
        <w:t xml:space="preserve">  </w:t>
      </w:r>
      <w:proofErr w:type="spellStart"/>
      <w:r w:rsidRPr="007D40B3">
        <w:rPr>
          <w:rFonts w:ascii="Times New Roman" w:hAnsi="Times New Roman"/>
        </w:rPr>
        <w:t>împuternicit</w:t>
      </w:r>
      <w:proofErr w:type="spellEnd"/>
      <w:r w:rsidRPr="007D40B3">
        <w:rPr>
          <w:rFonts w:ascii="Times New Roman" w:hAnsi="Times New Roman"/>
        </w:rPr>
        <w:t xml:space="preserve"> al...................................................................................., (</w:t>
      </w:r>
      <w:proofErr w:type="spellStart"/>
      <w:r w:rsidRPr="007D40B3">
        <w:rPr>
          <w:rFonts w:ascii="Times New Roman" w:hAnsi="Times New Roman"/>
          <w:i/>
          <w:iCs/>
        </w:rPr>
        <w:t>denumirea</w:t>
      </w:r>
      <w:proofErr w:type="spellEnd"/>
      <w:r w:rsidRPr="007D40B3">
        <w:rPr>
          <w:rFonts w:ascii="Times New Roman" w:hAnsi="Times New Roman"/>
          <w:i/>
          <w:iCs/>
        </w:rPr>
        <w:t>/</w:t>
      </w:r>
      <w:proofErr w:type="spellStart"/>
      <w:r w:rsidRPr="007D40B3">
        <w:rPr>
          <w:rFonts w:ascii="Times New Roman" w:hAnsi="Times New Roman"/>
          <w:i/>
          <w:iCs/>
        </w:rPr>
        <w:t>numele</w:t>
      </w:r>
      <w:proofErr w:type="spellEnd"/>
      <w:r w:rsidRPr="007D40B3">
        <w:rPr>
          <w:rFonts w:ascii="Times New Roman" w:hAnsi="Times New Roman"/>
          <w:i/>
          <w:iCs/>
        </w:rPr>
        <w:t xml:space="preserve"> </w:t>
      </w:r>
      <w:proofErr w:type="spellStart"/>
      <w:r w:rsidRPr="007D40B3">
        <w:rPr>
          <w:rFonts w:ascii="Times New Roman" w:hAnsi="Times New Roman"/>
          <w:i/>
          <w:iCs/>
        </w:rPr>
        <w:t>și</w:t>
      </w:r>
      <w:proofErr w:type="spellEnd"/>
      <w:r w:rsidRPr="007D40B3">
        <w:rPr>
          <w:rFonts w:ascii="Times New Roman" w:hAnsi="Times New Roman"/>
          <w:i/>
          <w:iCs/>
        </w:rPr>
        <w:t xml:space="preserve"> </w:t>
      </w:r>
      <w:proofErr w:type="spellStart"/>
      <w:r w:rsidRPr="007D40B3">
        <w:rPr>
          <w:rFonts w:ascii="Times New Roman" w:hAnsi="Times New Roman"/>
          <w:i/>
          <w:iCs/>
        </w:rPr>
        <w:t>sediul</w:t>
      </w:r>
      <w:proofErr w:type="spellEnd"/>
      <w:r w:rsidRPr="007D40B3">
        <w:rPr>
          <w:rFonts w:ascii="Times New Roman" w:hAnsi="Times New Roman"/>
          <w:i/>
          <w:iCs/>
        </w:rPr>
        <w:t xml:space="preserve">/ </w:t>
      </w:r>
      <w:proofErr w:type="spellStart"/>
      <w:r w:rsidRPr="007D40B3">
        <w:rPr>
          <w:rFonts w:ascii="Times New Roman" w:hAnsi="Times New Roman"/>
          <w:i/>
          <w:iCs/>
        </w:rPr>
        <w:t>adresa</w:t>
      </w:r>
      <w:proofErr w:type="spellEnd"/>
      <w:r w:rsidRPr="007D40B3">
        <w:rPr>
          <w:rFonts w:ascii="Times New Roman" w:hAnsi="Times New Roman"/>
          <w:i/>
          <w:iCs/>
        </w:rPr>
        <w:t xml:space="preserve"> </w:t>
      </w:r>
      <w:proofErr w:type="spellStart"/>
      <w:r w:rsidRPr="007D40B3">
        <w:rPr>
          <w:rFonts w:ascii="Times New Roman" w:hAnsi="Times New Roman"/>
          <w:i/>
          <w:iCs/>
        </w:rPr>
        <w:t>operatorului</w:t>
      </w:r>
      <w:proofErr w:type="spellEnd"/>
      <w:r w:rsidRPr="007D40B3">
        <w:rPr>
          <w:rFonts w:ascii="Times New Roman" w:hAnsi="Times New Roman"/>
          <w:i/>
          <w:iCs/>
        </w:rPr>
        <w:t xml:space="preserve"> economic</w:t>
      </w:r>
      <w:r w:rsidRPr="007D40B3">
        <w:rPr>
          <w:rFonts w:ascii="Times New Roman" w:hAnsi="Times New Roman"/>
        </w:rPr>
        <w:t>)</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calitate</w:t>
      </w:r>
      <w:proofErr w:type="spellEnd"/>
      <w:r w:rsidRPr="007D40B3">
        <w:rPr>
          <w:rFonts w:ascii="Times New Roman" w:hAnsi="Times New Roman"/>
        </w:rPr>
        <w:t xml:space="preserve"> de </w:t>
      </w:r>
      <w:proofErr w:type="spellStart"/>
      <w:r w:rsidRPr="007D40B3">
        <w:rPr>
          <w:rFonts w:ascii="Times New Roman" w:hAnsi="Times New Roman"/>
          <w:b/>
          <w:bCs/>
        </w:rPr>
        <w:t>ofertant</w:t>
      </w:r>
      <w:proofErr w:type="spellEnd"/>
      <w:r w:rsidRPr="007D40B3">
        <w:rPr>
          <w:rFonts w:ascii="Times New Roman" w:hAnsi="Times New Roman"/>
          <w:b/>
          <w:bCs/>
        </w:rPr>
        <w:t>/</w:t>
      </w:r>
      <w:proofErr w:type="spellStart"/>
      <w:r w:rsidRPr="007D40B3">
        <w:rPr>
          <w:rFonts w:ascii="Times New Roman" w:hAnsi="Times New Roman"/>
          <w:b/>
          <w:bCs/>
        </w:rPr>
        <w:t>ofertant</w:t>
      </w:r>
      <w:proofErr w:type="spellEnd"/>
      <w:r w:rsidRPr="007D40B3">
        <w:rPr>
          <w:rFonts w:ascii="Times New Roman" w:hAnsi="Times New Roman"/>
          <w:b/>
          <w:bCs/>
        </w:rPr>
        <w:t xml:space="preserve"> </w:t>
      </w:r>
      <w:proofErr w:type="spellStart"/>
      <w:r w:rsidRPr="007D40B3">
        <w:rPr>
          <w:rFonts w:ascii="Times New Roman" w:hAnsi="Times New Roman"/>
          <w:b/>
          <w:bCs/>
        </w:rPr>
        <w:t>asociat</w:t>
      </w:r>
      <w:proofErr w:type="spellEnd"/>
      <w:r w:rsidRPr="007D40B3">
        <w:rPr>
          <w:rFonts w:ascii="Times New Roman" w:hAnsi="Times New Roman"/>
          <w:b/>
          <w:bCs/>
        </w:rPr>
        <w:t>/</w:t>
      </w:r>
      <w:proofErr w:type="spellStart"/>
      <w:r w:rsidRPr="007D40B3">
        <w:rPr>
          <w:rFonts w:ascii="Times New Roman" w:hAnsi="Times New Roman"/>
          <w:b/>
          <w:bCs/>
        </w:rPr>
        <w:t>terț</w:t>
      </w:r>
      <w:proofErr w:type="spellEnd"/>
      <w:r w:rsidRPr="007D40B3">
        <w:rPr>
          <w:rFonts w:ascii="Times New Roman" w:hAnsi="Times New Roman"/>
          <w:b/>
          <w:bCs/>
        </w:rPr>
        <w:t xml:space="preserve"> </w:t>
      </w:r>
      <w:proofErr w:type="spellStart"/>
      <w:r w:rsidRPr="007D40B3">
        <w:rPr>
          <w:rFonts w:ascii="Times New Roman" w:hAnsi="Times New Roman"/>
          <w:b/>
          <w:bCs/>
        </w:rPr>
        <w:t>susținător</w:t>
      </w:r>
      <w:proofErr w:type="spellEnd"/>
      <w:r w:rsidRPr="007D40B3">
        <w:rPr>
          <w:rFonts w:ascii="Times New Roman" w:hAnsi="Times New Roman"/>
          <w:b/>
          <w:bCs/>
        </w:rPr>
        <w:t xml:space="preserve"> al </w:t>
      </w:r>
      <w:proofErr w:type="spellStart"/>
      <w:r w:rsidRPr="007D40B3">
        <w:rPr>
          <w:rFonts w:ascii="Times New Roman" w:hAnsi="Times New Roman"/>
          <w:b/>
          <w:bCs/>
        </w:rPr>
        <w:t>ofertantului</w:t>
      </w:r>
      <w:proofErr w:type="spellEnd"/>
      <w:r w:rsidRPr="007D40B3">
        <w:rPr>
          <w:rFonts w:ascii="Times New Roman" w:hAnsi="Times New Roman"/>
          <w:b/>
          <w:bCs/>
        </w:rPr>
        <w:t>/</w:t>
      </w:r>
      <w:proofErr w:type="spellStart"/>
      <w:r w:rsidRPr="007D40B3">
        <w:rPr>
          <w:rFonts w:ascii="Times New Roman" w:hAnsi="Times New Roman"/>
          <w:b/>
          <w:bCs/>
        </w:rPr>
        <w:t>subcontractant</w:t>
      </w:r>
      <w:proofErr w:type="spellEnd"/>
      <w:r w:rsidRPr="007D40B3">
        <w:rPr>
          <w:rFonts w:ascii="Times New Roman" w:hAnsi="Times New Roman"/>
          <w:b/>
          <w:bCs/>
        </w:rPr>
        <w:t xml:space="preserve"> al </w:t>
      </w:r>
      <w:proofErr w:type="spellStart"/>
      <w:r w:rsidRPr="007D40B3">
        <w:rPr>
          <w:rFonts w:ascii="Times New Roman" w:hAnsi="Times New Roman"/>
          <w:b/>
          <w:bCs/>
        </w:rPr>
        <w:t>ofertantului</w:t>
      </w:r>
      <w:proofErr w:type="spellEnd"/>
      <w:r w:rsidRPr="007D40B3">
        <w:rPr>
          <w:rFonts w:ascii="Times New Roman" w:hAnsi="Times New Roman"/>
          <w:i/>
          <w:iCs/>
        </w:rPr>
        <w:t>(</w:t>
      </w:r>
      <w:proofErr w:type="spellStart"/>
      <w:r w:rsidRPr="007D40B3">
        <w:rPr>
          <w:rFonts w:ascii="Times New Roman" w:hAnsi="Times New Roman"/>
          <w:i/>
          <w:iCs/>
        </w:rPr>
        <w:t>după</w:t>
      </w:r>
      <w:proofErr w:type="spellEnd"/>
      <w:r w:rsidRPr="007D40B3">
        <w:rPr>
          <w:rFonts w:ascii="Times New Roman" w:hAnsi="Times New Roman"/>
          <w:i/>
          <w:iCs/>
        </w:rPr>
        <w:t xml:space="preserve"> </w:t>
      </w:r>
      <w:proofErr w:type="spellStart"/>
      <w:r w:rsidRPr="007D40B3">
        <w:rPr>
          <w:rFonts w:ascii="Times New Roman" w:hAnsi="Times New Roman"/>
          <w:i/>
          <w:iCs/>
        </w:rPr>
        <w:t>caz</w:t>
      </w:r>
      <w:proofErr w:type="spellEnd"/>
      <w:r w:rsidRPr="007D40B3">
        <w:rPr>
          <w:rFonts w:ascii="Times New Roman" w:hAnsi="Times New Roman"/>
          <w:i/>
          <w:iCs/>
        </w:rPr>
        <w:t>)</w:t>
      </w:r>
      <w:r w:rsidRPr="007D40B3">
        <w:rPr>
          <w:rFonts w:ascii="Times New Roman" w:hAnsi="Times New Roman"/>
        </w:rPr>
        <w:t xml:space="preserve">, la </w:t>
      </w:r>
      <w:proofErr w:type="spellStart"/>
      <w:r w:rsidRPr="007D40B3">
        <w:rPr>
          <w:rFonts w:ascii="Times New Roman" w:hAnsi="Times New Roman"/>
        </w:rPr>
        <w:t>procedura</w:t>
      </w:r>
      <w:proofErr w:type="spellEnd"/>
      <w:r w:rsidRPr="007D40B3">
        <w:rPr>
          <w:rFonts w:ascii="Times New Roman" w:hAnsi="Times New Roman"/>
        </w:rPr>
        <w:t xml:space="preserve"> de </w:t>
      </w:r>
      <w:proofErr w:type="spellStart"/>
      <w:r w:rsidRPr="007D40B3">
        <w:rPr>
          <w:rFonts w:ascii="Times New Roman" w:hAnsi="Times New Roman"/>
        </w:rPr>
        <w:t>atribuire</w:t>
      </w:r>
      <w:proofErr w:type="spellEnd"/>
      <w:r w:rsidRPr="007D40B3">
        <w:rPr>
          <w:rFonts w:ascii="Times New Roman" w:hAnsi="Times New Roman"/>
        </w:rPr>
        <w:t xml:space="preserve"> a </w:t>
      </w:r>
      <w:proofErr w:type="spellStart"/>
      <w:r w:rsidRPr="007D40B3">
        <w:rPr>
          <w:rFonts w:ascii="Times New Roman" w:hAnsi="Times New Roman"/>
        </w:rPr>
        <w:t>contractului</w:t>
      </w:r>
      <w:proofErr w:type="spellEnd"/>
      <w:r w:rsidRPr="007D40B3">
        <w:rPr>
          <w:rFonts w:ascii="Times New Roman" w:hAnsi="Times New Roman"/>
        </w:rPr>
        <w:t xml:space="preserve"> de </w:t>
      </w:r>
      <w:proofErr w:type="spellStart"/>
      <w:r w:rsidRPr="007D40B3">
        <w:rPr>
          <w:rFonts w:ascii="Times New Roman" w:hAnsi="Times New Roman"/>
        </w:rPr>
        <w:t>achiziție</w:t>
      </w:r>
      <w:proofErr w:type="spellEnd"/>
      <w:r w:rsidRPr="007D40B3">
        <w:rPr>
          <w:rFonts w:ascii="Times New Roman" w:hAnsi="Times New Roman"/>
        </w:rPr>
        <w:t xml:space="preserve"> </w:t>
      </w:r>
      <w:proofErr w:type="spellStart"/>
      <w:r w:rsidRPr="007D40B3">
        <w:rPr>
          <w:rFonts w:ascii="Times New Roman" w:hAnsi="Times New Roman"/>
        </w:rPr>
        <w:t>publică</w:t>
      </w:r>
      <w:proofErr w:type="spellEnd"/>
      <w:r w:rsidRPr="007D40B3">
        <w:rPr>
          <w:rFonts w:ascii="Times New Roman" w:hAnsi="Times New Roman"/>
        </w:rPr>
        <w:t xml:space="preserve"> de </w:t>
      </w:r>
      <w:proofErr w:type="spellStart"/>
      <w:r w:rsidRPr="004608FE">
        <w:rPr>
          <w:b/>
          <w:bCs/>
        </w:rPr>
        <w:t>Furnizarea</w:t>
      </w:r>
      <w:proofErr w:type="spellEnd"/>
      <w:r w:rsidRPr="004608FE">
        <w:rPr>
          <w:b/>
          <w:bCs/>
        </w:rPr>
        <w:t xml:space="preserve"> de </w:t>
      </w:r>
      <w:proofErr w:type="spellStart"/>
      <w:r w:rsidRPr="00DE0CAC">
        <w:rPr>
          <w:b/>
          <w:bCs/>
        </w:rPr>
        <w:t>îmbracaminte</w:t>
      </w:r>
      <w:proofErr w:type="spellEnd"/>
      <w:r w:rsidRPr="00DE0CAC">
        <w:rPr>
          <w:b/>
          <w:bCs/>
        </w:rPr>
        <w:t xml:space="preserve">, </w:t>
      </w:r>
      <w:proofErr w:type="spellStart"/>
      <w:r w:rsidRPr="00DE0CAC">
        <w:rPr>
          <w:b/>
          <w:bCs/>
        </w:rPr>
        <w:t>încălțăminte</w:t>
      </w:r>
      <w:proofErr w:type="spellEnd"/>
      <w:r w:rsidRPr="00DE0CAC">
        <w:rPr>
          <w:b/>
          <w:bCs/>
        </w:rPr>
        <w:t xml:space="preserve"> </w:t>
      </w:r>
      <w:proofErr w:type="spellStart"/>
      <w:r w:rsidRPr="00DE0CAC">
        <w:rPr>
          <w:b/>
          <w:bCs/>
        </w:rPr>
        <w:t>și</w:t>
      </w:r>
      <w:proofErr w:type="spellEnd"/>
      <w:r w:rsidRPr="00DE0CAC">
        <w:rPr>
          <w:b/>
          <w:bCs/>
        </w:rPr>
        <w:t xml:space="preserve"> </w:t>
      </w:r>
      <w:proofErr w:type="spellStart"/>
      <w:r w:rsidRPr="00DE0CAC">
        <w:rPr>
          <w:b/>
          <w:bCs/>
        </w:rPr>
        <w:t>rechizite</w:t>
      </w:r>
      <w:proofErr w:type="spellEnd"/>
      <w:r w:rsidRPr="00DE0CAC">
        <w:rPr>
          <w:b/>
          <w:bCs/>
        </w:rPr>
        <w:t xml:space="preserve"> </w:t>
      </w:r>
      <w:proofErr w:type="spellStart"/>
      <w:r w:rsidRPr="00DE0CAC">
        <w:rPr>
          <w:b/>
          <w:bCs/>
        </w:rPr>
        <w:t>scolare</w:t>
      </w:r>
      <w:proofErr w:type="spellEnd"/>
      <w:r w:rsidRPr="00DE0CAC">
        <w:rPr>
          <w:b/>
          <w:bCs/>
        </w:rPr>
        <w:t xml:space="preserve"> </w:t>
      </w:r>
      <w:proofErr w:type="spellStart"/>
      <w:r w:rsidRPr="004608FE">
        <w:rPr>
          <w:b/>
          <w:bCs/>
        </w:rPr>
        <w:t>pentru</w:t>
      </w:r>
      <w:proofErr w:type="spellEnd"/>
      <w:r w:rsidRPr="004608FE">
        <w:rPr>
          <w:b/>
          <w:bCs/>
        </w:rPr>
        <w:t xml:space="preserve"> </w:t>
      </w:r>
      <w:proofErr w:type="spellStart"/>
      <w:r w:rsidRPr="004608FE">
        <w:rPr>
          <w:b/>
          <w:bCs/>
        </w:rPr>
        <w:t>proiectul</w:t>
      </w:r>
      <w:proofErr w:type="spellEnd"/>
      <w:r w:rsidRPr="004608FE">
        <w:rPr>
          <w:b/>
          <w:bCs/>
        </w:rPr>
        <w:t xml:space="preserve">  ”</w:t>
      </w:r>
      <w:proofErr w:type="spellStart"/>
      <w:r w:rsidRPr="00DE0CAC">
        <w:rPr>
          <w:b/>
          <w:bCs/>
        </w:rPr>
        <w:t>Furnizare</w:t>
      </w:r>
      <w:proofErr w:type="spellEnd"/>
      <w:r w:rsidRPr="00DE0CAC">
        <w:rPr>
          <w:b/>
          <w:bCs/>
        </w:rPr>
        <w:t xml:space="preserve"> de </w:t>
      </w:r>
      <w:proofErr w:type="spellStart"/>
      <w:r w:rsidRPr="00DE0CAC">
        <w:rPr>
          <w:b/>
          <w:bCs/>
        </w:rPr>
        <w:t>servicii</w:t>
      </w:r>
      <w:proofErr w:type="spellEnd"/>
      <w:r w:rsidRPr="00DE0CAC">
        <w:rPr>
          <w:b/>
          <w:bCs/>
        </w:rPr>
        <w:t xml:space="preserve"> integrate </w:t>
      </w:r>
      <w:proofErr w:type="spellStart"/>
      <w:r w:rsidRPr="00DE0CAC">
        <w:rPr>
          <w:b/>
          <w:bCs/>
        </w:rPr>
        <w:t>în</w:t>
      </w:r>
      <w:proofErr w:type="spellEnd"/>
      <w:r w:rsidRPr="00DE0CAC">
        <w:rPr>
          <w:b/>
          <w:bCs/>
        </w:rPr>
        <w:t xml:space="preserve"> </w:t>
      </w:r>
      <w:proofErr w:type="spellStart"/>
      <w:r w:rsidRPr="00DE0CAC">
        <w:rPr>
          <w:b/>
          <w:bCs/>
        </w:rPr>
        <w:t>comunitățile</w:t>
      </w:r>
      <w:proofErr w:type="spellEnd"/>
      <w:r w:rsidRPr="00DE0CAC">
        <w:rPr>
          <w:b/>
          <w:bCs/>
        </w:rPr>
        <w:t xml:space="preserve"> </w:t>
      </w:r>
      <w:proofErr w:type="spellStart"/>
      <w:r w:rsidRPr="00DE0CAC">
        <w:rPr>
          <w:b/>
          <w:bCs/>
        </w:rPr>
        <w:t>rurale</w:t>
      </w:r>
      <w:proofErr w:type="spellEnd"/>
      <w:r w:rsidRPr="00DE0CAC">
        <w:rPr>
          <w:b/>
          <w:bCs/>
        </w:rPr>
        <w:t xml:space="preserve"> - </w:t>
      </w:r>
      <w:proofErr w:type="spellStart"/>
      <w:r w:rsidRPr="00DE0CAC">
        <w:rPr>
          <w:b/>
          <w:bCs/>
        </w:rPr>
        <w:t>facilitarea</w:t>
      </w:r>
      <w:proofErr w:type="spellEnd"/>
      <w:r w:rsidRPr="00DE0CAC">
        <w:rPr>
          <w:b/>
          <w:bCs/>
        </w:rPr>
        <w:t xml:space="preserve"> </w:t>
      </w:r>
      <w:proofErr w:type="spellStart"/>
      <w:r w:rsidRPr="00DE0CAC">
        <w:rPr>
          <w:b/>
          <w:bCs/>
        </w:rPr>
        <w:t>accesului</w:t>
      </w:r>
      <w:proofErr w:type="spellEnd"/>
      <w:r w:rsidRPr="00DE0CAC">
        <w:rPr>
          <w:b/>
          <w:bCs/>
        </w:rPr>
        <w:t xml:space="preserve"> </w:t>
      </w:r>
      <w:proofErr w:type="spellStart"/>
      <w:r w:rsidRPr="00DE0CAC">
        <w:rPr>
          <w:b/>
          <w:bCs/>
        </w:rPr>
        <w:t>persoanelor</w:t>
      </w:r>
      <w:proofErr w:type="spellEnd"/>
      <w:r w:rsidRPr="00DE0CAC">
        <w:rPr>
          <w:b/>
          <w:bCs/>
        </w:rPr>
        <w:t xml:space="preserve"> </w:t>
      </w:r>
      <w:proofErr w:type="spellStart"/>
      <w:r w:rsidRPr="00DE0CAC">
        <w:rPr>
          <w:b/>
          <w:bCs/>
        </w:rPr>
        <w:t>vulnerabile</w:t>
      </w:r>
      <w:proofErr w:type="spellEnd"/>
      <w:r w:rsidRPr="00DE0CAC">
        <w:rPr>
          <w:b/>
          <w:bCs/>
        </w:rPr>
        <w:t xml:space="preserve"> la </w:t>
      </w:r>
      <w:proofErr w:type="spellStart"/>
      <w:r w:rsidRPr="00DE0CAC">
        <w:rPr>
          <w:b/>
          <w:bCs/>
        </w:rPr>
        <w:t>servicii</w:t>
      </w:r>
      <w:proofErr w:type="spellEnd"/>
      <w:r w:rsidRPr="00DE0CAC">
        <w:rPr>
          <w:b/>
          <w:bCs/>
        </w:rPr>
        <w:t xml:space="preserve"> de </w:t>
      </w:r>
      <w:proofErr w:type="spellStart"/>
      <w:r w:rsidRPr="00DE0CAC">
        <w:rPr>
          <w:b/>
          <w:bCs/>
        </w:rPr>
        <w:t>bază</w:t>
      </w:r>
      <w:proofErr w:type="spellEnd"/>
      <w:r w:rsidRPr="00DE0CAC">
        <w:rPr>
          <w:b/>
          <w:bCs/>
        </w:rPr>
        <w:t xml:space="preserve"> </w:t>
      </w:r>
      <w:proofErr w:type="spellStart"/>
      <w:r w:rsidRPr="00DE0CAC">
        <w:rPr>
          <w:b/>
          <w:bCs/>
        </w:rPr>
        <w:t>eficiente</w:t>
      </w:r>
      <w:proofErr w:type="spellEnd"/>
      <w:r w:rsidRPr="00DE0CAC">
        <w:rPr>
          <w:b/>
          <w:bCs/>
        </w:rPr>
        <w:t xml:space="preserve"> </w:t>
      </w:r>
      <w:proofErr w:type="spellStart"/>
      <w:r w:rsidRPr="00DE0CAC">
        <w:rPr>
          <w:b/>
          <w:bCs/>
        </w:rPr>
        <w:t>și</w:t>
      </w:r>
      <w:proofErr w:type="spellEnd"/>
      <w:r w:rsidRPr="00DE0CAC">
        <w:rPr>
          <w:b/>
          <w:bCs/>
        </w:rPr>
        <w:t xml:space="preserve"> de </w:t>
      </w:r>
      <w:proofErr w:type="spellStart"/>
      <w:r w:rsidRPr="00DE0CAC">
        <w:rPr>
          <w:b/>
          <w:bCs/>
        </w:rPr>
        <w:t>calitate</w:t>
      </w:r>
      <w:proofErr w:type="spellEnd"/>
      <w:r w:rsidRPr="004608FE">
        <w:rPr>
          <w:b/>
          <w:bCs/>
        </w:rPr>
        <w:t>”</w:t>
      </w:r>
      <w:r w:rsidRPr="007D40B3">
        <w:rPr>
          <w:rFonts w:ascii="Times New Roman" w:hAnsi="Times New Roman"/>
          <w:b/>
          <w:bCs/>
        </w:rPr>
        <w:t xml:space="preserve">, </w:t>
      </w:r>
      <w:proofErr w:type="spellStart"/>
      <w:r w:rsidRPr="007D40B3">
        <w:rPr>
          <w:rFonts w:ascii="Times New Roman" w:hAnsi="Times New Roman"/>
        </w:rPr>
        <w:t>declar</w:t>
      </w:r>
      <w:proofErr w:type="spellEnd"/>
      <w:r w:rsidRPr="007D40B3">
        <w:rPr>
          <w:rFonts w:ascii="Times New Roman" w:hAnsi="Times New Roman"/>
        </w:rPr>
        <w:t xml:space="preserve"> pe propria </w:t>
      </w:r>
      <w:proofErr w:type="spellStart"/>
      <w:r w:rsidRPr="007D40B3">
        <w:rPr>
          <w:rFonts w:ascii="Times New Roman" w:hAnsi="Times New Roman"/>
        </w:rPr>
        <w:t>răspundere</w:t>
      </w:r>
      <w:proofErr w:type="spellEnd"/>
      <w:r w:rsidRPr="007D40B3">
        <w:rPr>
          <w:rFonts w:ascii="Times New Roman" w:hAnsi="Times New Roman"/>
        </w:rPr>
        <w:t xml:space="preserve"> sub </w:t>
      </w:r>
      <w:proofErr w:type="spellStart"/>
      <w:r w:rsidRPr="007D40B3">
        <w:rPr>
          <w:rFonts w:ascii="Times New Roman" w:hAnsi="Times New Roman"/>
        </w:rPr>
        <w:t>sancțiunea</w:t>
      </w:r>
      <w:proofErr w:type="spellEnd"/>
      <w:r w:rsidRPr="007D40B3">
        <w:rPr>
          <w:rFonts w:ascii="Times New Roman" w:hAnsi="Times New Roman"/>
        </w:rPr>
        <w:t xml:space="preserve"> </w:t>
      </w:r>
      <w:proofErr w:type="spellStart"/>
      <w:r w:rsidRPr="007D40B3">
        <w:rPr>
          <w:rFonts w:ascii="Times New Roman" w:hAnsi="Times New Roman"/>
        </w:rPr>
        <w:t>excluderii</w:t>
      </w:r>
      <w:proofErr w:type="spellEnd"/>
      <w:r w:rsidRPr="007D40B3">
        <w:rPr>
          <w:rFonts w:ascii="Times New Roman" w:hAnsi="Times New Roman"/>
        </w:rPr>
        <w:t xml:space="preserve"> din </w:t>
      </w:r>
      <w:proofErr w:type="spellStart"/>
      <w:r w:rsidRPr="007D40B3">
        <w:rPr>
          <w:rFonts w:ascii="Times New Roman" w:hAnsi="Times New Roman"/>
        </w:rPr>
        <w:t>procedura</w:t>
      </w:r>
      <w:proofErr w:type="spellEnd"/>
      <w:r w:rsidRPr="007D40B3">
        <w:rPr>
          <w:rFonts w:ascii="Times New Roman" w:hAnsi="Times New Roman"/>
        </w:rPr>
        <w:t xml:space="preserve"> de </w:t>
      </w:r>
      <w:proofErr w:type="spellStart"/>
      <w:r w:rsidRPr="007D40B3">
        <w:rPr>
          <w:rFonts w:ascii="Times New Roman" w:hAnsi="Times New Roman"/>
        </w:rPr>
        <w:t>achiziție</w:t>
      </w:r>
      <w:proofErr w:type="spellEnd"/>
      <w:r w:rsidRPr="007D40B3">
        <w:rPr>
          <w:rFonts w:ascii="Times New Roman" w:hAnsi="Times New Roman"/>
        </w:rPr>
        <w:t xml:space="preserve"> </w:t>
      </w:r>
      <w:proofErr w:type="spellStart"/>
      <w:r w:rsidRPr="007D40B3">
        <w:rPr>
          <w:rFonts w:ascii="Times New Roman" w:hAnsi="Times New Roman"/>
        </w:rPr>
        <w:t>publică</w:t>
      </w:r>
      <w:proofErr w:type="spellEnd"/>
      <w:r w:rsidRPr="007D40B3">
        <w:rPr>
          <w:rFonts w:ascii="Times New Roman" w:hAnsi="Times New Roman"/>
        </w:rPr>
        <w:t xml:space="preserve"> </w:t>
      </w:r>
      <w:proofErr w:type="spellStart"/>
      <w:r w:rsidRPr="007D40B3">
        <w:rPr>
          <w:rFonts w:ascii="Times New Roman" w:hAnsi="Times New Roman"/>
        </w:rPr>
        <w:t>și</w:t>
      </w:r>
      <w:proofErr w:type="spellEnd"/>
      <w:r w:rsidRPr="007D40B3">
        <w:rPr>
          <w:rFonts w:ascii="Times New Roman" w:hAnsi="Times New Roman"/>
        </w:rPr>
        <w:t xml:space="preserve"> sub </w:t>
      </w:r>
      <w:proofErr w:type="spellStart"/>
      <w:r w:rsidRPr="007D40B3">
        <w:rPr>
          <w:rFonts w:ascii="Times New Roman" w:hAnsi="Times New Roman"/>
        </w:rPr>
        <w:t>sancțiunile</w:t>
      </w:r>
      <w:proofErr w:type="spellEnd"/>
      <w:r w:rsidRPr="007D40B3">
        <w:rPr>
          <w:rFonts w:ascii="Times New Roman" w:hAnsi="Times New Roman"/>
        </w:rPr>
        <w:t xml:space="preserve"> </w:t>
      </w:r>
      <w:proofErr w:type="spellStart"/>
      <w:r w:rsidRPr="007D40B3">
        <w:rPr>
          <w:rFonts w:ascii="Times New Roman" w:hAnsi="Times New Roman"/>
        </w:rPr>
        <w:t>aplicabile</w:t>
      </w:r>
      <w:proofErr w:type="spellEnd"/>
      <w:r w:rsidRPr="007D40B3">
        <w:rPr>
          <w:rFonts w:ascii="Times New Roman" w:hAnsi="Times New Roman"/>
        </w:rPr>
        <w:t xml:space="preserve"> </w:t>
      </w:r>
      <w:proofErr w:type="spellStart"/>
      <w:r w:rsidRPr="007D40B3">
        <w:rPr>
          <w:rFonts w:ascii="Times New Roman" w:hAnsi="Times New Roman"/>
        </w:rPr>
        <w:t>faptei</w:t>
      </w:r>
      <w:proofErr w:type="spellEnd"/>
      <w:r w:rsidRPr="007D40B3">
        <w:rPr>
          <w:rFonts w:ascii="Times New Roman" w:hAnsi="Times New Roman"/>
        </w:rPr>
        <w:t xml:space="preserve"> de </w:t>
      </w:r>
      <w:proofErr w:type="spellStart"/>
      <w:r w:rsidRPr="007D40B3">
        <w:rPr>
          <w:rFonts w:ascii="Times New Roman" w:hAnsi="Times New Roman"/>
        </w:rPr>
        <w:t>fals</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acte</w:t>
      </w:r>
      <w:proofErr w:type="spellEnd"/>
      <w:r w:rsidRPr="007D40B3">
        <w:rPr>
          <w:rFonts w:ascii="Times New Roman" w:hAnsi="Times New Roman"/>
        </w:rPr>
        <w:t xml:space="preserve"> </w:t>
      </w:r>
      <w:proofErr w:type="spellStart"/>
      <w:r w:rsidRPr="007D40B3">
        <w:rPr>
          <w:rFonts w:ascii="Times New Roman" w:hAnsi="Times New Roman"/>
        </w:rPr>
        <w:t>publice</w:t>
      </w:r>
      <w:proofErr w:type="spellEnd"/>
      <w:r w:rsidRPr="007D40B3">
        <w:rPr>
          <w:rFonts w:ascii="Times New Roman" w:hAnsi="Times New Roman"/>
        </w:rPr>
        <w:t xml:space="preserve">, </w:t>
      </w:r>
      <w:proofErr w:type="spellStart"/>
      <w:r w:rsidRPr="007D40B3">
        <w:rPr>
          <w:rFonts w:ascii="Times New Roman" w:hAnsi="Times New Roman"/>
        </w:rPr>
        <w:t>că</w:t>
      </w:r>
      <w:proofErr w:type="spellEnd"/>
      <w:r w:rsidRPr="007D40B3">
        <w:rPr>
          <w:rFonts w:ascii="Times New Roman" w:hAnsi="Times New Roman"/>
        </w:rPr>
        <w:t xml:space="preserve"> nu </w:t>
      </w:r>
      <w:proofErr w:type="spellStart"/>
      <w:r w:rsidRPr="007D40B3">
        <w:rPr>
          <w:rFonts w:ascii="Times New Roman" w:hAnsi="Times New Roman"/>
        </w:rPr>
        <w:t>mă</w:t>
      </w:r>
      <w:proofErr w:type="spellEnd"/>
      <w:r w:rsidRPr="007D40B3">
        <w:rPr>
          <w:rFonts w:ascii="Times New Roman" w:hAnsi="Times New Roman"/>
        </w:rPr>
        <w:t xml:space="preserve"> </w:t>
      </w:r>
      <w:proofErr w:type="spellStart"/>
      <w:r w:rsidRPr="007D40B3">
        <w:rPr>
          <w:rFonts w:ascii="Times New Roman" w:hAnsi="Times New Roman"/>
        </w:rPr>
        <w:t>aflu</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situațiile</w:t>
      </w:r>
      <w:proofErr w:type="spellEnd"/>
      <w:r w:rsidRPr="007D40B3">
        <w:rPr>
          <w:rFonts w:ascii="Times New Roman" w:hAnsi="Times New Roman"/>
        </w:rPr>
        <w:t xml:space="preserve"> </w:t>
      </w:r>
      <w:proofErr w:type="spellStart"/>
      <w:r w:rsidRPr="007D40B3">
        <w:rPr>
          <w:rFonts w:ascii="Times New Roman" w:hAnsi="Times New Roman"/>
        </w:rPr>
        <w:t>prevăzute</w:t>
      </w:r>
      <w:proofErr w:type="spellEnd"/>
      <w:r w:rsidRPr="007D40B3">
        <w:rPr>
          <w:rFonts w:ascii="Times New Roman" w:hAnsi="Times New Roman"/>
        </w:rPr>
        <w:t xml:space="preserve"> la art. 60 din </w:t>
      </w:r>
      <w:proofErr w:type="spellStart"/>
      <w:r w:rsidRPr="007D40B3">
        <w:rPr>
          <w:rFonts w:ascii="Times New Roman" w:hAnsi="Times New Roman"/>
        </w:rPr>
        <w:t>legea</w:t>
      </w:r>
      <w:proofErr w:type="spellEnd"/>
      <w:r w:rsidRPr="007D40B3">
        <w:rPr>
          <w:rFonts w:ascii="Times New Roman" w:hAnsi="Times New Roman"/>
        </w:rPr>
        <w:t xml:space="preserve"> nr.98/2016 </w:t>
      </w:r>
      <w:proofErr w:type="spellStart"/>
      <w:r w:rsidRPr="007D40B3">
        <w:rPr>
          <w:rFonts w:ascii="Times New Roman" w:hAnsi="Times New Roman"/>
        </w:rPr>
        <w:t>privind</w:t>
      </w:r>
      <w:proofErr w:type="spellEnd"/>
      <w:r w:rsidRPr="007D40B3">
        <w:rPr>
          <w:rFonts w:ascii="Times New Roman" w:hAnsi="Times New Roman"/>
        </w:rPr>
        <w:t xml:space="preserve"> </w:t>
      </w:r>
      <w:proofErr w:type="spellStart"/>
      <w:r w:rsidRPr="007D40B3">
        <w:rPr>
          <w:rFonts w:ascii="Times New Roman" w:hAnsi="Times New Roman"/>
        </w:rPr>
        <w:t>achizițiile</w:t>
      </w:r>
      <w:proofErr w:type="spellEnd"/>
      <w:r w:rsidRPr="007D40B3">
        <w:rPr>
          <w:rFonts w:ascii="Times New Roman" w:hAnsi="Times New Roman"/>
        </w:rPr>
        <w:t xml:space="preserve"> </w:t>
      </w:r>
      <w:proofErr w:type="spellStart"/>
      <w:r w:rsidRPr="007D40B3">
        <w:rPr>
          <w:rFonts w:ascii="Times New Roman" w:hAnsi="Times New Roman"/>
        </w:rPr>
        <w:t>publice</w:t>
      </w:r>
      <w:proofErr w:type="spellEnd"/>
      <w:r w:rsidRPr="007D40B3">
        <w:rPr>
          <w:rFonts w:ascii="Times New Roman" w:hAnsi="Times New Roman"/>
        </w:rPr>
        <w:t xml:space="preserve">, </w:t>
      </w:r>
      <w:proofErr w:type="spellStart"/>
      <w:r w:rsidRPr="007D40B3">
        <w:rPr>
          <w:rFonts w:ascii="Times New Roman" w:hAnsi="Times New Roman"/>
        </w:rPr>
        <w:t>respectiv</w:t>
      </w:r>
      <w:proofErr w:type="spellEnd"/>
      <w:r w:rsidRPr="007D40B3">
        <w:rPr>
          <w:rFonts w:ascii="Times New Roman" w:hAnsi="Times New Roman"/>
        </w:rPr>
        <w:t xml:space="preserve"> nu </w:t>
      </w:r>
      <w:proofErr w:type="spellStart"/>
      <w:r w:rsidRPr="007D40B3">
        <w:rPr>
          <w:rFonts w:ascii="Times New Roman" w:hAnsi="Times New Roman"/>
        </w:rPr>
        <w:t>avem</w:t>
      </w:r>
      <w:proofErr w:type="spellEnd"/>
      <w:r w:rsidRPr="007D40B3">
        <w:rPr>
          <w:rFonts w:ascii="Times New Roman" w:hAnsi="Times New Roman"/>
        </w:rPr>
        <w:t xml:space="preserve"> </w:t>
      </w:r>
      <w:proofErr w:type="spellStart"/>
      <w:r w:rsidRPr="007D40B3">
        <w:rPr>
          <w:rFonts w:ascii="Times New Roman" w:hAnsi="Times New Roman"/>
        </w:rPr>
        <w:t>persoane</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organul</w:t>
      </w:r>
      <w:proofErr w:type="spellEnd"/>
      <w:r w:rsidRPr="007D40B3">
        <w:rPr>
          <w:rFonts w:ascii="Times New Roman" w:hAnsi="Times New Roman"/>
        </w:rPr>
        <w:t xml:space="preserve"> de </w:t>
      </w:r>
      <w:proofErr w:type="spellStart"/>
      <w:r w:rsidRPr="007D40B3">
        <w:rPr>
          <w:rFonts w:ascii="Times New Roman" w:hAnsi="Times New Roman"/>
        </w:rPr>
        <w:t>conducere</w:t>
      </w:r>
      <w:proofErr w:type="spellEnd"/>
      <w:r w:rsidRPr="007D40B3">
        <w:rPr>
          <w:rFonts w:ascii="Times New Roman" w:hAnsi="Times New Roman"/>
        </w:rPr>
        <w:t xml:space="preserve"> </w:t>
      </w:r>
      <w:proofErr w:type="spellStart"/>
      <w:r w:rsidRPr="007D40B3">
        <w:rPr>
          <w:rFonts w:ascii="Times New Roman" w:hAnsi="Times New Roman"/>
        </w:rPr>
        <w:t>sau</w:t>
      </w:r>
      <w:proofErr w:type="spellEnd"/>
      <w:r w:rsidRPr="007D40B3">
        <w:rPr>
          <w:rFonts w:ascii="Times New Roman" w:hAnsi="Times New Roman"/>
        </w:rPr>
        <w:t xml:space="preserve"> de </w:t>
      </w:r>
      <w:proofErr w:type="spellStart"/>
      <w:r w:rsidRPr="007D40B3">
        <w:rPr>
          <w:rFonts w:ascii="Times New Roman" w:hAnsi="Times New Roman"/>
        </w:rPr>
        <w:t>supervizare</w:t>
      </w:r>
      <w:proofErr w:type="spellEnd"/>
      <w:r w:rsidRPr="007D40B3">
        <w:rPr>
          <w:rFonts w:ascii="Times New Roman" w:hAnsi="Times New Roman"/>
        </w:rPr>
        <w:t xml:space="preserve">, </w:t>
      </w:r>
      <w:proofErr w:type="spellStart"/>
      <w:r w:rsidRPr="007D40B3">
        <w:rPr>
          <w:rFonts w:ascii="Times New Roman" w:hAnsi="Times New Roman"/>
        </w:rPr>
        <w:t>consiliul</w:t>
      </w:r>
      <w:proofErr w:type="spellEnd"/>
      <w:r w:rsidRPr="007D40B3">
        <w:rPr>
          <w:rFonts w:ascii="Times New Roman" w:hAnsi="Times New Roman"/>
        </w:rPr>
        <w:t xml:space="preserve"> de </w:t>
      </w:r>
      <w:proofErr w:type="spellStart"/>
      <w:r w:rsidRPr="007D40B3">
        <w:rPr>
          <w:rFonts w:ascii="Times New Roman" w:hAnsi="Times New Roman"/>
        </w:rPr>
        <w:t>administrație</w:t>
      </w:r>
      <w:proofErr w:type="spellEnd"/>
      <w:r w:rsidRPr="007D40B3">
        <w:rPr>
          <w:rFonts w:ascii="Times New Roman" w:hAnsi="Times New Roman"/>
        </w:rPr>
        <w:t xml:space="preserve"> </w:t>
      </w:r>
      <w:proofErr w:type="spellStart"/>
      <w:r w:rsidRPr="007D40B3">
        <w:rPr>
          <w:rFonts w:ascii="Times New Roman" w:hAnsi="Times New Roman"/>
        </w:rPr>
        <w:t>sau</w:t>
      </w:r>
      <w:proofErr w:type="spellEnd"/>
      <w:r w:rsidRPr="007D40B3">
        <w:rPr>
          <w:rFonts w:ascii="Times New Roman" w:hAnsi="Times New Roman"/>
        </w:rPr>
        <w:t xml:space="preserve"> </w:t>
      </w:r>
      <w:proofErr w:type="spellStart"/>
      <w:r w:rsidRPr="007D40B3">
        <w:rPr>
          <w:rFonts w:ascii="Times New Roman" w:hAnsi="Times New Roman"/>
        </w:rPr>
        <w:t>acționari</w:t>
      </w:r>
      <w:proofErr w:type="spellEnd"/>
      <w:r w:rsidRPr="007D40B3">
        <w:rPr>
          <w:rFonts w:ascii="Times New Roman" w:hAnsi="Times New Roman"/>
        </w:rPr>
        <w:t xml:space="preserve"> care sunt </w:t>
      </w:r>
      <w:proofErr w:type="spellStart"/>
      <w:r w:rsidRPr="007D40B3">
        <w:rPr>
          <w:rFonts w:ascii="Times New Roman" w:hAnsi="Times New Roman"/>
        </w:rPr>
        <w:t>soț</w:t>
      </w:r>
      <w:proofErr w:type="spellEnd"/>
      <w:r w:rsidRPr="007D40B3">
        <w:rPr>
          <w:rFonts w:ascii="Times New Roman" w:hAnsi="Times New Roman"/>
        </w:rPr>
        <w:t>/</w:t>
      </w:r>
      <w:proofErr w:type="spellStart"/>
      <w:r w:rsidRPr="007D40B3">
        <w:rPr>
          <w:rFonts w:ascii="Times New Roman" w:hAnsi="Times New Roman"/>
        </w:rPr>
        <w:t>soție</w:t>
      </w:r>
      <w:proofErr w:type="spellEnd"/>
      <w:r w:rsidRPr="007D40B3">
        <w:rPr>
          <w:rFonts w:ascii="Times New Roman" w:hAnsi="Times New Roman"/>
        </w:rPr>
        <w:t xml:space="preserve">, </w:t>
      </w:r>
      <w:proofErr w:type="spellStart"/>
      <w:r w:rsidRPr="007D40B3">
        <w:rPr>
          <w:rFonts w:ascii="Times New Roman" w:hAnsi="Times New Roman"/>
        </w:rPr>
        <w:t>rudă</w:t>
      </w:r>
      <w:proofErr w:type="spellEnd"/>
      <w:r w:rsidRPr="007D40B3">
        <w:rPr>
          <w:rFonts w:ascii="Times New Roman" w:hAnsi="Times New Roman"/>
        </w:rPr>
        <w:t xml:space="preserve"> </w:t>
      </w:r>
      <w:proofErr w:type="spellStart"/>
      <w:r w:rsidRPr="007D40B3">
        <w:rPr>
          <w:rFonts w:ascii="Times New Roman" w:hAnsi="Times New Roman"/>
        </w:rPr>
        <w:t>sau</w:t>
      </w:r>
      <w:proofErr w:type="spellEnd"/>
      <w:r w:rsidRPr="007D40B3">
        <w:rPr>
          <w:rFonts w:ascii="Times New Roman" w:hAnsi="Times New Roman"/>
        </w:rPr>
        <w:t xml:space="preserve"> </w:t>
      </w:r>
      <w:proofErr w:type="spellStart"/>
      <w:r w:rsidRPr="007D40B3">
        <w:rPr>
          <w:rFonts w:ascii="Times New Roman" w:hAnsi="Times New Roman"/>
        </w:rPr>
        <w:t>afin</w:t>
      </w:r>
      <w:proofErr w:type="spellEnd"/>
      <w:r w:rsidRPr="007D40B3">
        <w:rPr>
          <w:rFonts w:ascii="Times New Roman" w:hAnsi="Times New Roman"/>
        </w:rPr>
        <w:t xml:space="preserve"> </w:t>
      </w:r>
      <w:proofErr w:type="spellStart"/>
      <w:r w:rsidRPr="007D40B3">
        <w:rPr>
          <w:rFonts w:ascii="Times New Roman" w:hAnsi="Times New Roman"/>
        </w:rPr>
        <w:t>până</w:t>
      </w:r>
      <w:proofErr w:type="spellEnd"/>
      <w:r w:rsidRPr="007D40B3">
        <w:rPr>
          <w:rFonts w:ascii="Times New Roman" w:hAnsi="Times New Roman"/>
        </w:rPr>
        <w:t xml:space="preserve"> la </w:t>
      </w:r>
      <w:proofErr w:type="spellStart"/>
      <w:r w:rsidRPr="007D40B3">
        <w:rPr>
          <w:rFonts w:ascii="Times New Roman" w:hAnsi="Times New Roman"/>
        </w:rPr>
        <w:t>gradul</w:t>
      </w:r>
      <w:proofErr w:type="spellEnd"/>
      <w:r w:rsidRPr="007D40B3">
        <w:rPr>
          <w:rFonts w:ascii="Times New Roman" w:hAnsi="Times New Roman"/>
        </w:rPr>
        <w:t xml:space="preserve"> al </w:t>
      </w:r>
      <w:proofErr w:type="spellStart"/>
      <w:r w:rsidRPr="007D40B3">
        <w:rPr>
          <w:rFonts w:ascii="Times New Roman" w:hAnsi="Times New Roman"/>
        </w:rPr>
        <w:t>doilea</w:t>
      </w:r>
      <w:proofErr w:type="spellEnd"/>
      <w:r w:rsidRPr="007D40B3">
        <w:rPr>
          <w:rFonts w:ascii="Times New Roman" w:hAnsi="Times New Roman"/>
        </w:rPr>
        <w:t xml:space="preserve"> </w:t>
      </w:r>
      <w:proofErr w:type="spellStart"/>
      <w:r w:rsidRPr="007D40B3">
        <w:rPr>
          <w:rFonts w:ascii="Times New Roman" w:hAnsi="Times New Roman"/>
        </w:rPr>
        <w:t>inclusiv</w:t>
      </w:r>
      <w:proofErr w:type="spellEnd"/>
      <w:r w:rsidRPr="007D40B3">
        <w:rPr>
          <w:rFonts w:ascii="Times New Roman" w:hAnsi="Times New Roman"/>
        </w:rPr>
        <w:t xml:space="preserve"> </w:t>
      </w:r>
      <w:proofErr w:type="spellStart"/>
      <w:r w:rsidRPr="007D40B3">
        <w:rPr>
          <w:rFonts w:ascii="Times New Roman" w:hAnsi="Times New Roman"/>
        </w:rPr>
        <w:t>sau</w:t>
      </w:r>
      <w:proofErr w:type="spellEnd"/>
      <w:r w:rsidRPr="007D40B3">
        <w:rPr>
          <w:rFonts w:ascii="Times New Roman" w:hAnsi="Times New Roman"/>
        </w:rPr>
        <w:t xml:space="preserve"> care se </w:t>
      </w:r>
      <w:proofErr w:type="spellStart"/>
      <w:r w:rsidRPr="007D40B3">
        <w:rPr>
          <w:rFonts w:ascii="Times New Roman" w:hAnsi="Times New Roman"/>
        </w:rPr>
        <w:t>află</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relații</w:t>
      </w:r>
      <w:proofErr w:type="spellEnd"/>
      <w:r w:rsidRPr="007D40B3">
        <w:rPr>
          <w:rFonts w:ascii="Times New Roman" w:hAnsi="Times New Roman"/>
        </w:rPr>
        <w:t xml:space="preserve"> </w:t>
      </w:r>
      <w:proofErr w:type="spellStart"/>
      <w:r w:rsidRPr="007D40B3">
        <w:rPr>
          <w:rFonts w:ascii="Times New Roman" w:hAnsi="Times New Roman"/>
        </w:rPr>
        <w:t>comerciale</w:t>
      </w:r>
      <w:proofErr w:type="spellEnd"/>
      <w:r w:rsidRPr="007D40B3">
        <w:rPr>
          <w:rFonts w:ascii="Times New Roman" w:hAnsi="Times New Roman"/>
        </w:rPr>
        <w:t xml:space="preserve"> cu </w:t>
      </w:r>
      <w:proofErr w:type="spellStart"/>
      <w:r w:rsidRPr="007D40B3">
        <w:rPr>
          <w:rFonts w:ascii="Times New Roman" w:hAnsi="Times New Roman"/>
        </w:rPr>
        <w:t>persoane</w:t>
      </w:r>
      <w:proofErr w:type="spellEnd"/>
      <w:r w:rsidRPr="007D40B3">
        <w:rPr>
          <w:rFonts w:ascii="Times New Roman" w:hAnsi="Times New Roman"/>
        </w:rPr>
        <w:t xml:space="preserve"> cu </w:t>
      </w:r>
      <w:proofErr w:type="spellStart"/>
      <w:r w:rsidRPr="007D40B3">
        <w:rPr>
          <w:rFonts w:ascii="Times New Roman" w:hAnsi="Times New Roman"/>
        </w:rPr>
        <w:t>funcție</w:t>
      </w:r>
      <w:proofErr w:type="spellEnd"/>
      <w:r w:rsidRPr="007D40B3">
        <w:rPr>
          <w:rFonts w:ascii="Times New Roman" w:hAnsi="Times New Roman"/>
        </w:rPr>
        <w:t xml:space="preserve"> de </w:t>
      </w:r>
      <w:proofErr w:type="spellStart"/>
      <w:r w:rsidRPr="007D40B3">
        <w:rPr>
          <w:rFonts w:ascii="Times New Roman" w:hAnsi="Times New Roman"/>
        </w:rPr>
        <w:t>decizie</w:t>
      </w:r>
      <w:proofErr w:type="spellEnd"/>
      <w:r w:rsidRPr="007D40B3">
        <w:rPr>
          <w:rFonts w:ascii="Times New Roman" w:hAnsi="Times New Roman"/>
        </w:rPr>
        <w:t xml:space="preserve"> din </w:t>
      </w:r>
      <w:proofErr w:type="spellStart"/>
      <w:r w:rsidRPr="007D40B3">
        <w:rPr>
          <w:rFonts w:ascii="Times New Roman" w:hAnsi="Times New Roman"/>
        </w:rPr>
        <w:t>cadrul</w:t>
      </w:r>
      <w:proofErr w:type="spellEnd"/>
      <w:r w:rsidRPr="007D40B3">
        <w:rPr>
          <w:rFonts w:ascii="Times New Roman" w:hAnsi="Times New Roman"/>
        </w:rPr>
        <w:t xml:space="preserve"> </w:t>
      </w:r>
      <w:proofErr w:type="spellStart"/>
      <w:r w:rsidRPr="007D40B3">
        <w:rPr>
          <w:rFonts w:ascii="Times New Roman" w:hAnsi="Times New Roman"/>
        </w:rPr>
        <w:t>Autorității</w:t>
      </w:r>
      <w:proofErr w:type="spellEnd"/>
      <w:r w:rsidRPr="007D40B3">
        <w:rPr>
          <w:rFonts w:ascii="Times New Roman" w:hAnsi="Times New Roman"/>
        </w:rPr>
        <w:t xml:space="preserve"> </w:t>
      </w:r>
      <w:proofErr w:type="spellStart"/>
      <w:r w:rsidRPr="007D40B3">
        <w:rPr>
          <w:rFonts w:ascii="Times New Roman" w:hAnsi="Times New Roman"/>
        </w:rPr>
        <w:t>Contractante</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ceea</w:t>
      </w:r>
      <w:proofErr w:type="spellEnd"/>
      <w:r w:rsidRPr="007D40B3">
        <w:rPr>
          <w:rFonts w:ascii="Times New Roman" w:hAnsi="Times New Roman"/>
        </w:rPr>
        <w:t xml:space="preserve"> </w:t>
      </w:r>
      <w:proofErr w:type="spellStart"/>
      <w:r w:rsidRPr="007D40B3">
        <w:rPr>
          <w:rFonts w:ascii="Times New Roman" w:hAnsi="Times New Roman"/>
        </w:rPr>
        <w:t>ce</w:t>
      </w:r>
      <w:proofErr w:type="spellEnd"/>
      <w:r w:rsidRPr="007D40B3">
        <w:rPr>
          <w:rFonts w:ascii="Times New Roman" w:hAnsi="Times New Roman"/>
        </w:rPr>
        <w:t xml:space="preserve"> </w:t>
      </w:r>
      <w:proofErr w:type="spellStart"/>
      <w:r w:rsidRPr="007D40B3">
        <w:rPr>
          <w:rFonts w:ascii="Times New Roman" w:hAnsi="Times New Roman"/>
        </w:rPr>
        <w:t>privește</w:t>
      </w:r>
      <w:proofErr w:type="spellEnd"/>
      <w:r w:rsidRPr="007D40B3">
        <w:rPr>
          <w:rFonts w:ascii="Times New Roman" w:hAnsi="Times New Roman"/>
        </w:rPr>
        <w:t xml:space="preserve"> </w:t>
      </w:r>
      <w:proofErr w:type="spellStart"/>
      <w:r w:rsidRPr="007D40B3">
        <w:rPr>
          <w:rFonts w:ascii="Times New Roman" w:hAnsi="Times New Roman"/>
        </w:rPr>
        <w:t>prezenta</w:t>
      </w:r>
      <w:proofErr w:type="spellEnd"/>
      <w:r w:rsidRPr="007D40B3">
        <w:rPr>
          <w:rFonts w:ascii="Times New Roman" w:hAnsi="Times New Roman"/>
        </w:rPr>
        <w:t xml:space="preserve"> </w:t>
      </w:r>
      <w:proofErr w:type="spellStart"/>
      <w:r w:rsidRPr="007D40B3">
        <w:rPr>
          <w:rFonts w:ascii="Times New Roman" w:hAnsi="Times New Roman"/>
        </w:rPr>
        <w:t>achiziție</w:t>
      </w:r>
      <w:proofErr w:type="spellEnd"/>
      <w:r w:rsidRPr="007D40B3">
        <w:rPr>
          <w:rFonts w:ascii="Times New Roman" w:hAnsi="Times New Roman"/>
        </w:rPr>
        <w:t xml:space="preserve"> </w:t>
      </w:r>
      <w:proofErr w:type="spellStart"/>
      <w:r w:rsidRPr="007D40B3">
        <w:rPr>
          <w:rFonts w:ascii="Times New Roman" w:hAnsi="Times New Roman"/>
        </w:rPr>
        <w:t>publică</w:t>
      </w:r>
      <w:proofErr w:type="spellEnd"/>
      <w:r w:rsidRPr="007D40B3">
        <w:rPr>
          <w:rFonts w:ascii="Times New Roman" w:hAnsi="Times New Roman"/>
        </w:rPr>
        <w:t xml:space="preserve">. </w:t>
      </w:r>
      <w:proofErr w:type="spellStart"/>
      <w:r w:rsidRPr="007D40B3">
        <w:rPr>
          <w:rFonts w:ascii="Times New Roman" w:hAnsi="Times New Roman"/>
        </w:rPr>
        <w:t>Persoanele</w:t>
      </w:r>
      <w:proofErr w:type="spellEnd"/>
      <w:r w:rsidRPr="007D40B3">
        <w:rPr>
          <w:rFonts w:ascii="Times New Roman" w:hAnsi="Times New Roman"/>
        </w:rPr>
        <w:t xml:space="preserve"> cu </w:t>
      </w:r>
      <w:proofErr w:type="spellStart"/>
      <w:r w:rsidRPr="007D40B3">
        <w:rPr>
          <w:rFonts w:ascii="Times New Roman" w:hAnsi="Times New Roman"/>
        </w:rPr>
        <w:t>funcții</w:t>
      </w:r>
      <w:proofErr w:type="spellEnd"/>
      <w:r w:rsidRPr="007D40B3">
        <w:rPr>
          <w:rFonts w:ascii="Times New Roman" w:hAnsi="Times New Roman"/>
        </w:rPr>
        <w:t xml:space="preserve"> de </w:t>
      </w:r>
      <w:proofErr w:type="spellStart"/>
      <w:r w:rsidRPr="007D40B3">
        <w:rPr>
          <w:rFonts w:ascii="Times New Roman" w:hAnsi="Times New Roman"/>
        </w:rPr>
        <w:t>decizie</w:t>
      </w:r>
      <w:proofErr w:type="spellEnd"/>
      <w:r w:rsidRPr="007D40B3">
        <w:rPr>
          <w:rFonts w:ascii="Times New Roman" w:hAnsi="Times New Roman"/>
        </w:rPr>
        <w:t xml:space="preserve"> din </w:t>
      </w:r>
      <w:proofErr w:type="spellStart"/>
      <w:r w:rsidRPr="007D40B3">
        <w:rPr>
          <w:rFonts w:ascii="Times New Roman" w:hAnsi="Times New Roman"/>
        </w:rPr>
        <w:t>cadrul</w:t>
      </w:r>
      <w:proofErr w:type="spellEnd"/>
      <w:r w:rsidRPr="007D40B3">
        <w:rPr>
          <w:rFonts w:ascii="Times New Roman" w:hAnsi="Times New Roman"/>
        </w:rPr>
        <w:t xml:space="preserve"> </w:t>
      </w:r>
      <w:proofErr w:type="spellStart"/>
      <w:r w:rsidRPr="007D40B3">
        <w:rPr>
          <w:rFonts w:ascii="Times New Roman" w:hAnsi="Times New Roman"/>
        </w:rPr>
        <w:t>Autorității</w:t>
      </w:r>
      <w:proofErr w:type="spellEnd"/>
      <w:r w:rsidRPr="007D40B3">
        <w:rPr>
          <w:rFonts w:ascii="Times New Roman" w:hAnsi="Times New Roman"/>
        </w:rPr>
        <w:t xml:space="preserve"> </w:t>
      </w:r>
      <w:proofErr w:type="spellStart"/>
      <w:r w:rsidRPr="007D40B3">
        <w:rPr>
          <w:rFonts w:ascii="Times New Roman" w:hAnsi="Times New Roman"/>
        </w:rPr>
        <w:t>Contractante</w:t>
      </w:r>
      <w:proofErr w:type="spellEnd"/>
      <w:r w:rsidRPr="007D40B3">
        <w:rPr>
          <w:rFonts w:ascii="Times New Roman" w:hAnsi="Times New Roman"/>
        </w:rPr>
        <w:t xml:space="preserve"> sunt:</w:t>
      </w:r>
    </w:p>
    <w:tbl>
      <w:tblPr>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1964"/>
        <w:gridCol w:w="1701"/>
        <w:gridCol w:w="1843"/>
        <w:gridCol w:w="2126"/>
        <w:gridCol w:w="2127"/>
      </w:tblGrid>
      <w:tr w:rsidR="004C684C" w:rsidRPr="007D40B3" w14:paraId="0793784C"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shd w:val="clear" w:color="auto" w:fill="D9D9D9"/>
            <w:vAlign w:val="center"/>
          </w:tcPr>
          <w:p w14:paraId="1D801E20" w14:textId="77777777" w:rsidR="004C684C" w:rsidRPr="007D40B3" w:rsidRDefault="004C684C" w:rsidP="004D2968">
            <w:pPr>
              <w:jc w:val="center"/>
              <w:rPr>
                <w:rFonts w:ascii="Times New Roman" w:hAnsi="Times New Roman"/>
                <w:b/>
              </w:rPr>
            </w:pPr>
            <w:r w:rsidRPr="007D40B3">
              <w:rPr>
                <w:rFonts w:ascii="Times New Roman" w:hAnsi="Times New Roman"/>
                <w:b/>
              </w:rPr>
              <w:t>Nr.</w:t>
            </w:r>
          </w:p>
          <w:p w14:paraId="5710829F" w14:textId="77777777" w:rsidR="004C684C" w:rsidRPr="007D40B3" w:rsidRDefault="004C684C" w:rsidP="004D2968">
            <w:pPr>
              <w:jc w:val="center"/>
              <w:rPr>
                <w:rFonts w:ascii="Times New Roman" w:hAnsi="Times New Roman"/>
                <w:b/>
              </w:rPr>
            </w:pPr>
            <w:proofErr w:type="spellStart"/>
            <w:r w:rsidRPr="007D40B3">
              <w:rPr>
                <w:rFonts w:ascii="Times New Roman" w:hAnsi="Times New Roman"/>
                <w:b/>
              </w:rPr>
              <w:t>crt</w:t>
            </w:r>
            <w:proofErr w:type="spellEnd"/>
            <w:r w:rsidRPr="007D40B3">
              <w:rPr>
                <w:rFonts w:ascii="Times New Roman" w:hAnsi="Times New Roman"/>
                <w:b/>
              </w:rPr>
              <w:t>.</w:t>
            </w:r>
          </w:p>
        </w:tc>
        <w:tc>
          <w:tcPr>
            <w:tcW w:w="196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6FF52A" w14:textId="77777777" w:rsidR="004C684C" w:rsidRPr="007D40B3" w:rsidRDefault="004C684C" w:rsidP="004D2968">
            <w:pPr>
              <w:jc w:val="center"/>
              <w:rPr>
                <w:rFonts w:ascii="Times New Roman" w:hAnsi="Times New Roman"/>
                <w:b/>
              </w:rPr>
            </w:pPr>
            <w:proofErr w:type="spellStart"/>
            <w:r w:rsidRPr="007D40B3">
              <w:rPr>
                <w:rFonts w:ascii="Times New Roman" w:hAnsi="Times New Roman"/>
                <w:b/>
              </w:rPr>
              <w:t>Numele</w:t>
            </w:r>
            <w:proofErr w:type="spellEnd"/>
            <w:r w:rsidRPr="007D40B3">
              <w:rPr>
                <w:rFonts w:ascii="Times New Roman" w:hAnsi="Times New Roman"/>
                <w:b/>
              </w:rPr>
              <w:t xml:space="preserve"> </w:t>
            </w:r>
            <w:proofErr w:type="spellStart"/>
            <w:r w:rsidRPr="007D40B3">
              <w:rPr>
                <w:rFonts w:ascii="Times New Roman" w:hAnsi="Times New Roman"/>
                <w:b/>
              </w:rPr>
              <w:t>si</w:t>
            </w:r>
            <w:proofErr w:type="spellEnd"/>
            <w:r w:rsidRPr="007D40B3">
              <w:rPr>
                <w:rFonts w:ascii="Times New Roman" w:hAnsi="Times New Roman"/>
                <w:b/>
              </w:rPr>
              <w:t xml:space="preserve"> </w:t>
            </w:r>
            <w:proofErr w:type="spellStart"/>
            <w:r w:rsidRPr="007D40B3">
              <w:rPr>
                <w:rFonts w:ascii="Times New Roman" w:hAnsi="Times New Roman"/>
                <w:b/>
              </w:rPr>
              <w:t>prenumele</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1D1935" w14:textId="77777777" w:rsidR="004C684C" w:rsidRPr="007D40B3" w:rsidRDefault="004C684C" w:rsidP="004D2968">
            <w:pPr>
              <w:jc w:val="center"/>
              <w:rPr>
                <w:rFonts w:ascii="Times New Roman" w:hAnsi="Times New Roman"/>
                <w:b/>
              </w:rPr>
            </w:pPr>
            <w:r w:rsidRPr="007D40B3">
              <w:rPr>
                <w:rFonts w:ascii="Times New Roman" w:hAnsi="Times New Roman"/>
                <w:b/>
              </w:rPr>
              <w:t xml:space="preserve">Data </w:t>
            </w:r>
            <w:proofErr w:type="spellStart"/>
            <w:r w:rsidRPr="007D40B3">
              <w:rPr>
                <w:rFonts w:ascii="Times New Roman" w:hAnsi="Times New Roman"/>
                <w:b/>
              </w:rPr>
              <w:t>si</w:t>
            </w:r>
            <w:proofErr w:type="spellEnd"/>
            <w:r w:rsidRPr="007D40B3">
              <w:rPr>
                <w:rFonts w:ascii="Times New Roman" w:hAnsi="Times New Roman"/>
                <w:b/>
              </w:rPr>
              <w:t xml:space="preserve"> </w:t>
            </w:r>
            <w:proofErr w:type="spellStart"/>
            <w:r w:rsidRPr="007D40B3">
              <w:rPr>
                <w:rFonts w:ascii="Times New Roman" w:hAnsi="Times New Roman"/>
                <w:b/>
              </w:rPr>
              <w:t>locul</w:t>
            </w:r>
            <w:proofErr w:type="spellEnd"/>
            <w:r w:rsidRPr="007D40B3">
              <w:rPr>
                <w:rFonts w:ascii="Times New Roman" w:hAnsi="Times New Roman"/>
                <w:b/>
              </w:rPr>
              <w:t xml:space="preserve"> </w:t>
            </w:r>
            <w:proofErr w:type="spellStart"/>
            <w:r w:rsidRPr="007D40B3">
              <w:rPr>
                <w:rFonts w:ascii="Times New Roman" w:hAnsi="Times New Roman"/>
                <w:b/>
              </w:rPr>
              <w:t>nasterii</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85CF4FF" w14:textId="77777777" w:rsidR="004C684C" w:rsidRPr="007D40B3" w:rsidRDefault="004C684C" w:rsidP="004D2968">
            <w:pPr>
              <w:jc w:val="center"/>
              <w:rPr>
                <w:rFonts w:ascii="Times New Roman" w:hAnsi="Times New Roman"/>
                <w:b/>
              </w:rPr>
            </w:pPr>
            <w:proofErr w:type="spellStart"/>
            <w:r w:rsidRPr="007D40B3">
              <w:rPr>
                <w:rFonts w:ascii="Times New Roman" w:hAnsi="Times New Roman"/>
                <w:b/>
              </w:rPr>
              <w:t>Domiciliul</w:t>
            </w:r>
            <w:proofErr w:type="spellEnd"/>
            <w:r w:rsidRPr="007D40B3">
              <w:rPr>
                <w:rFonts w:ascii="Times New Roman" w:hAnsi="Times New Roman"/>
                <w:b/>
              </w:rPr>
              <w:t xml:space="preserve"> actual</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12FC676" w14:textId="77777777" w:rsidR="004C684C" w:rsidRPr="007D40B3" w:rsidRDefault="004C684C" w:rsidP="004D2968">
            <w:pPr>
              <w:jc w:val="center"/>
              <w:rPr>
                <w:rFonts w:ascii="Times New Roman" w:hAnsi="Times New Roman"/>
                <w:b/>
              </w:rPr>
            </w:pPr>
            <w:proofErr w:type="spellStart"/>
            <w:r w:rsidRPr="007D40B3">
              <w:rPr>
                <w:rFonts w:ascii="Times New Roman" w:hAnsi="Times New Roman"/>
                <w:b/>
              </w:rPr>
              <w:t>Codul</w:t>
            </w:r>
            <w:proofErr w:type="spellEnd"/>
            <w:r w:rsidRPr="007D40B3">
              <w:rPr>
                <w:rFonts w:ascii="Times New Roman" w:hAnsi="Times New Roman"/>
                <w:b/>
              </w:rPr>
              <w:t xml:space="preserve"> Numeric Personal</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0DD5F07" w14:textId="77777777" w:rsidR="004C684C" w:rsidRPr="007D40B3" w:rsidRDefault="004C684C" w:rsidP="004D2968">
            <w:pPr>
              <w:jc w:val="center"/>
              <w:rPr>
                <w:rFonts w:ascii="Times New Roman" w:hAnsi="Times New Roman"/>
                <w:b/>
              </w:rPr>
            </w:pPr>
            <w:proofErr w:type="spellStart"/>
            <w:r w:rsidRPr="007D40B3">
              <w:rPr>
                <w:rFonts w:ascii="Times New Roman" w:hAnsi="Times New Roman"/>
                <w:b/>
              </w:rPr>
              <w:t>Functia</w:t>
            </w:r>
            <w:proofErr w:type="spellEnd"/>
            <w:r w:rsidRPr="007D40B3">
              <w:rPr>
                <w:rFonts w:ascii="Times New Roman" w:hAnsi="Times New Roman"/>
                <w:b/>
              </w:rPr>
              <w:t xml:space="preserve"> </w:t>
            </w:r>
            <w:proofErr w:type="spellStart"/>
            <w:r w:rsidRPr="007D40B3">
              <w:rPr>
                <w:rFonts w:ascii="Times New Roman" w:hAnsi="Times New Roman"/>
                <w:b/>
              </w:rPr>
              <w:t>detinuta</w:t>
            </w:r>
            <w:proofErr w:type="spellEnd"/>
          </w:p>
        </w:tc>
      </w:tr>
      <w:tr w:rsidR="004C684C" w:rsidRPr="007D40B3" w14:paraId="32BC7C25" w14:textId="77777777" w:rsidTr="004D2968">
        <w:trPr>
          <w:trHeight w:val="268"/>
          <w:jc w:val="center"/>
        </w:trPr>
        <w:tc>
          <w:tcPr>
            <w:tcW w:w="730" w:type="dxa"/>
            <w:tcBorders>
              <w:top w:val="single" w:sz="4" w:space="0" w:color="auto"/>
              <w:left w:val="single" w:sz="4" w:space="0" w:color="auto"/>
              <w:bottom w:val="single" w:sz="4" w:space="0" w:color="auto"/>
              <w:right w:val="single" w:sz="4" w:space="0" w:color="auto"/>
            </w:tcBorders>
            <w:vAlign w:val="center"/>
          </w:tcPr>
          <w:p w14:paraId="3F7AAC8A" w14:textId="77777777" w:rsidR="004C684C" w:rsidRPr="007D40B3" w:rsidRDefault="004C684C" w:rsidP="004D2968">
            <w:pPr>
              <w:jc w:val="center"/>
              <w:rPr>
                <w:rFonts w:ascii="Times New Roman" w:hAnsi="Times New Roman"/>
              </w:rPr>
            </w:pPr>
            <w:r w:rsidRPr="007D40B3">
              <w:rPr>
                <w:rFonts w:ascii="Times New Roman" w:hAnsi="Times New Roman"/>
              </w:rPr>
              <w:t>1.</w:t>
            </w:r>
          </w:p>
        </w:tc>
        <w:tc>
          <w:tcPr>
            <w:tcW w:w="1964" w:type="dxa"/>
            <w:tcBorders>
              <w:top w:val="single" w:sz="4" w:space="0" w:color="auto"/>
              <w:left w:val="single" w:sz="4" w:space="0" w:color="auto"/>
              <w:bottom w:val="single" w:sz="4" w:space="0" w:color="auto"/>
              <w:right w:val="single" w:sz="4" w:space="0" w:color="auto"/>
            </w:tcBorders>
            <w:vAlign w:val="center"/>
          </w:tcPr>
          <w:p w14:paraId="6039F50F" w14:textId="77777777" w:rsidR="004C684C" w:rsidRPr="007D40B3" w:rsidRDefault="004C684C" w:rsidP="004D2968">
            <w:pPr>
              <w:jc w:val="both"/>
              <w:rPr>
                <w:rFonts w:ascii="Times New Roman" w:hAnsi="Times New Roman"/>
                <w:lang w:val="en-GB"/>
              </w:rPr>
            </w:pPr>
            <w:r w:rsidRPr="007D40B3">
              <w:rPr>
                <w:rFonts w:ascii="Times New Roman" w:hAnsi="Times New Roman"/>
                <w:lang w:val="en-GB"/>
              </w:rPr>
              <w:t>Moraru Neculai</w:t>
            </w:r>
          </w:p>
        </w:tc>
        <w:tc>
          <w:tcPr>
            <w:tcW w:w="1701" w:type="dxa"/>
            <w:tcBorders>
              <w:top w:val="single" w:sz="4" w:space="0" w:color="auto"/>
              <w:left w:val="single" w:sz="4" w:space="0" w:color="auto"/>
              <w:bottom w:val="single" w:sz="4" w:space="0" w:color="auto"/>
              <w:right w:val="single" w:sz="4" w:space="0" w:color="auto"/>
            </w:tcBorders>
            <w:vAlign w:val="center"/>
          </w:tcPr>
          <w:p w14:paraId="2A7B32DE"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21.08.1955, 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535B3023"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C527F1C" w14:textId="77777777" w:rsidR="004C684C" w:rsidRPr="007D40B3" w:rsidRDefault="004C684C" w:rsidP="004D2968">
            <w:pPr>
              <w:pStyle w:val="Antet"/>
              <w:jc w:val="center"/>
              <w:rPr>
                <w:rFonts w:ascii="Times New Roman" w:hAnsi="Times New Roman"/>
              </w:rPr>
            </w:pPr>
            <w:r w:rsidRPr="007D40B3">
              <w:rPr>
                <w:rFonts w:ascii="Times New Roman" w:hAnsi="Times New Roman"/>
                <w:shd w:val="clear" w:color="auto" w:fill="FFFFFF"/>
              </w:rPr>
              <w:t>1550821374077</w:t>
            </w:r>
          </w:p>
        </w:tc>
        <w:tc>
          <w:tcPr>
            <w:tcW w:w="2127" w:type="dxa"/>
            <w:vAlign w:val="center"/>
            <w:hideMark/>
          </w:tcPr>
          <w:p w14:paraId="33E3518E" w14:textId="77777777" w:rsidR="004C684C" w:rsidRPr="007D40B3" w:rsidRDefault="004C684C" w:rsidP="004D2968">
            <w:pPr>
              <w:jc w:val="center"/>
              <w:rPr>
                <w:rFonts w:ascii="Times New Roman" w:hAnsi="Times New Roman"/>
              </w:rPr>
            </w:pPr>
            <w:r w:rsidRPr="007D40B3">
              <w:rPr>
                <w:rFonts w:ascii="Times New Roman" w:hAnsi="Times New Roman"/>
              </w:rPr>
              <w:t>Primar</w:t>
            </w:r>
          </w:p>
        </w:tc>
      </w:tr>
      <w:tr w:rsidR="004C684C" w:rsidRPr="007D40B3" w14:paraId="42311800" w14:textId="77777777" w:rsidTr="004D2968">
        <w:trPr>
          <w:trHeight w:val="268"/>
          <w:jc w:val="center"/>
        </w:trPr>
        <w:tc>
          <w:tcPr>
            <w:tcW w:w="730" w:type="dxa"/>
            <w:tcBorders>
              <w:top w:val="single" w:sz="4" w:space="0" w:color="auto"/>
              <w:left w:val="single" w:sz="4" w:space="0" w:color="auto"/>
              <w:bottom w:val="single" w:sz="4" w:space="0" w:color="auto"/>
              <w:right w:val="single" w:sz="4" w:space="0" w:color="auto"/>
            </w:tcBorders>
            <w:vAlign w:val="center"/>
          </w:tcPr>
          <w:p w14:paraId="03F35CD4" w14:textId="77777777" w:rsidR="004C684C" w:rsidRPr="007D40B3" w:rsidRDefault="004C684C" w:rsidP="004D2968">
            <w:pPr>
              <w:jc w:val="center"/>
              <w:rPr>
                <w:rFonts w:ascii="Times New Roman" w:hAnsi="Times New Roman"/>
              </w:rPr>
            </w:pPr>
            <w:r w:rsidRPr="007D40B3">
              <w:rPr>
                <w:rFonts w:ascii="Times New Roman" w:hAnsi="Times New Roman"/>
              </w:rPr>
              <w:t>2.</w:t>
            </w:r>
          </w:p>
        </w:tc>
        <w:tc>
          <w:tcPr>
            <w:tcW w:w="1964" w:type="dxa"/>
            <w:tcBorders>
              <w:top w:val="single" w:sz="4" w:space="0" w:color="auto"/>
              <w:left w:val="single" w:sz="4" w:space="0" w:color="auto"/>
              <w:bottom w:val="single" w:sz="4" w:space="0" w:color="auto"/>
              <w:right w:val="single" w:sz="4" w:space="0" w:color="auto"/>
            </w:tcBorders>
            <w:vAlign w:val="center"/>
          </w:tcPr>
          <w:p w14:paraId="2A3CEC23" w14:textId="77777777" w:rsidR="004C684C" w:rsidRPr="007D40B3" w:rsidRDefault="004C684C" w:rsidP="004D2968">
            <w:pPr>
              <w:pStyle w:val="Antet"/>
              <w:rPr>
                <w:rFonts w:ascii="Times New Roman" w:hAnsi="Times New Roman"/>
              </w:rPr>
            </w:pPr>
            <w:r w:rsidRPr="007D40B3">
              <w:rPr>
                <w:rFonts w:ascii="Times New Roman" w:hAnsi="Times New Roman"/>
              </w:rPr>
              <w:t>Toader Horațiu Adrian</w:t>
            </w:r>
          </w:p>
        </w:tc>
        <w:tc>
          <w:tcPr>
            <w:tcW w:w="1701" w:type="dxa"/>
            <w:tcBorders>
              <w:top w:val="single" w:sz="4" w:space="0" w:color="auto"/>
              <w:left w:val="single" w:sz="4" w:space="0" w:color="auto"/>
              <w:bottom w:val="single" w:sz="4" w:space="0" w:color="auto"/>
              <w:right w:val="single" w:sz="4" w:space="0" w:color="auto"/>
            </w:tcBorders>
            <w:vAlign w:val="center"/>
          </w:tcPr>
          <w:p w14:paraId="7E3BBA40"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07.04.1972,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54652AA6"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82216D1" w14:textId="77777777" w:rsidR="004C684C" w:rsidRPr="007D40B3" w:rsidRDefault="004C684C" w:rsidP="004D2968">
            <w:pPr>
              <w:pStyle w:val="Antet"/>
              <w:jc w:val="center"/>
              <w:rPr>
                <w:rFonts w:ascii="Times New Roman" w:hAnsi="Times New Roman"/>
              </w:rPr>
            </w:pPr>
            <w:r w:rsidRPr="007D40B3">
              <w:rPr>
                <w:rFonts w:ascii="Times New Roman" w:hAnsi="Times New Roman"/>
              </w:rPr>
              <w:t>1720407370044</w:t>
            </w:r>
          </w:p>
        </w:tc>
        <w:tc>
          <w:tcPr>
            <w:tcW w:w="2127" w:type="dxa"/>
            <w:vAlign w:val="center"/>
          </w:tcPr>
          <w:p w14:paraId="5ED23B12"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Viceprimar</w:t>
            </w:r>
            <w:proofErr w:type="spellEnd"/>
          </w:p>
        </w:tc>
      </w:tr>
      <w:tr w:rsidR="004C684C" w:rsidRPr="007D40B3" w14:paraId="2A5EAB4E"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70729881" w14:textId="77777777" w:rsidR="004C684C" w:rsidRPr="007D40B3" w:rsidRDefault="004C684C" w:rsidP="004D2968">
            <w:pPr>
              <w:jc w:val="center"/>
              <w:rPr>
                <w:rFonts w:ascii="Times New Roman" w:hAnsi="Times New Roman"/>
              </w:rPr>
            </w:pPr>
            <w:r w:rsidRPr="007D40B3">
              <w:rPr>
                <w:rFonts w:ascii="Times New Roman" w:hAnsi="Times New Roman"/>
              </w:rPr>
              <w:t>3.</w:t>
            </w:r>
          </w:p>
        </w:tc>
        <w:tc>
          <w:tcPr>
            <w:tcW w:w="1964" w:type="dxa"/>
            <w:tcBorders>
              <w:top w:val="single" w:sz="4" w:space="0" w:color="auto"/>
              <w:left w:val="single" w:sz="4" w:space="0" w:color="auto"/>
              <w:bottom w:val="single" w:sz="4" w:space="0" w:color="auto"/>
              <w:right w:val="single" w:sz="4" w:space="0" w:color="auto"/>
            </w:tcBorders>
            <w:vAlign w:val="center"/>
          </w:tcPr>
          <w:p w14:paraId="77518B44" w14:textId="77777777" w:rsidR="004C684C" w:rsidRPr="007D40B3" w:rsidRDefault="004C684C" w:rsidP="004D2968">
            <w:pPr>
              <w:jc w:val="both"/>
              <w:rPr>
                <w:rFonts w:ascii="Times New Roman" w:hAnsi="Times New Roman"/>
              </w:rPr>
            </w:pPr>
            <w:r w:rsidRPr="007D40B3">
              <w:rPr>
                <w:rFonts w:ascii="Times New Roman" w:hAnsi="Times New Roman"/>
              </w:rPr>
              <w:t>Maria Vasilache</w:t>
            </w:r>
          </w:p>
        </w:tc>
        <w:tc>
          <w:tcPr>
            <w:tcW w:w="1701" w:type="dxa"/>
            <w:tcBorders>
              <w:top w:val="single" w:sz="4" w:space="0" w:color="auto"/>
              <w:left w:val="single" w:sz="4" w:space="0" w:color="auto"/>
              <w:bottom w:val="single" w:sz="4" w:space="0" w:color="auto"/>
              <w:right w:val="single" w:sz="4" w:space="0" w:color="auto"/>
            </w:tcBorders>
            <w:vAlign w:val="center"/>
          </w:tcPr>
          <w:p w14:paraId="0E589A08"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15.11.1974, sat </w:t>
            </w:r>
            <w:proofErr w:type="spellStart"/>
            <w:r w:rsidRPr="007D40B3">
              <w:rPr>
                <w:rFonts w:ascii="Times New Roman" w:hAnsi="Times New Roman"/>
              </w:rPr>
              <w:t>Girov</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Neamț</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7819CECA"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11F09D5" w14:textId="77777777" w:rsidR="004C684C" w:rsidRPr="007D40B3" w:rsidRDefault="004C684C" w:rsidP="004D2968">
            <w:pPr>
              <w:pStyle w:val="Antet"/>
              <w:jc w:val="center"/>
              <w:rPr>
                <w:rFonts w:ascii="Times New Roman" w:hAnsi="Times New Roman"/>
              </w:rPr>
            </w:pPr>
            <w:r w:rsidRPr="007D40B3">
              <w:rPr>
                <w:rFonts w:ascii="Times New Roman" w:hAnsi="Times New Roman"/>
              </w:rPr>
              <w:t>2741115270582</w:t>
            </w:r>
          </w:p>
        </w:tc>
        <w:tc>
          <w:tcPr>
            <w:tcW w:w="2127" w:type="dxa"/>
            <w:vAlign w:val="center"/>
          </w:tcPr>
          <w:p w14:paraId="6EC8D9F6"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superior cu </w:t>
            </w:r>
            <w:proofErr w:type="spellStart"/>
            <w:r w:rsidRPr="007D40B3">
              <w:rPr>
                <w:rFonts w:ascii="Times New Roman" w:hAnsi="Times New Roman"/>
              </w:rPr>
              <w:t>atribuții</w:t>
            </w:r>
            <w:proofErr w:type="spellEnd"/>
            <w:r w:rsidRPr="007D40B3">
              <w:rPr>
                <w:rFonts w:ascii="Times New Roman" w:hAnsi="Times New Roman"/>
              </w:rPr>
              <w:t xml:space="preserve"> delegate de </w:t>
            </w:r>
            <w:proofErr w:type="spellStart"/>
            <w:r w:rsidRPr="007D40B3">
              <w:rPr>
                <w:rFonts w:ascii="Times New Roman" w:hAnsi="Times New Roman"/>
              </w:rPr>
              <w:t>Secretar</w:t>
            </w:r>
            <w:proofErr w:type="spellEnd"/>
            <w:r w:rsidRPr="007D40B3">
              <w:rPr>
                <w:rFonts w:ascii="Times New Roman" w:hAnsi="Times New Roman"/>
              </w:rPr>
              <w:t xml:space="preserve"> general</w:t>
            </w:r>
          </w:p>
        </w:tc>
      </w:tr>
      <w:tr w:rsidR="004C684C" w:rsidRPr="007D40B3" w14:paraId="3D08DC27"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CDE8969" w14:textId="77777777" w:rsidR="004C684C" w:rsidRPr="007D40B3" w:rsidRDefault="004C684C" w:rsidP="004D2968">
            <w:pPr>
              <w:jc w:val="center"/>
              <w:rPr>
                <w:rFonts w:ascii="Times New Roman" w:hAnsi="Times New Roman"/>
              </w:rPr>
            </w:pPr>
            <w:r w:rsidRPr="007D40B3">
              <w:rPr>
                <w:rFonts w:ascii="Times New Roman" w:hAnsi="Times New Roman"/>
              </w:rPr>
              <w:t>4.</w:t>
            </w:r>
          </w:p>
        </w:tc>
        <w:tc>
          <w:tcPr>
            <w:tcW w:w="1964" w:type="dxa"/>
            <w:tcBorders>
              <w:top w:val="single" w:sz="4" w:space="0" w:color="auto"/>
              <w:left w:val="single" w:sz="4" w:space="0" w:color="auto"/>
              <w:bottom w:val="single" w:sz="4" w:space="0" w:color="auto"/>
              <w:right w:val="single" w:sz="4" w:space="0" w:color="auto"/>
            </w:tcBorders>
            <w:vAlign w:val="center"/>
          </w:tcPr>
          <w:p w14:paraId="504A2BDA" w14:textId="77777777" w:rsidR="004C684C" w:rsidRPr="007D40B3" w:rsidRDefault="004C684C" w:rsidP="004D2968">
            <w:pPr>
              <w:jc w:val="both"/>
              <w:rPr>
                <w:rFonts w:ascii="Times New Roman" w:hAnsi="Times New Roman"/>
              </w:rPr>
            </w:pPr>
            <w:r w:rsidRPr="007D40B3">
              <w:rPr>
                <w:rFonts w:ascii="Times New Roman" w:hAnsi="Times New Roman"/>
              </w:rPr>
              <w:t>Irimia Viorica</w:t>
            </w:r>
          </w:p>
        </w:tc>
        <w:tc>
          <w:tcPr>
            <w:tcW w:w="1701" w:type="dxa"/>
            <w:tcBorders>
              <w:top w:val="single" w:sz="4" w:space="0" w:color="auto"/>
              <w:left w:val="single" w:sz="4" w:space="0" w:color="auto"/>
              <w:bottom w:val="single" w:sz="4" w:space="0" w:color="auto"/>
              <w:right w:val="single" w:sz="4" w:space="0" w:color="auto"/>
            </w:tcBorders>
            <w:vAlign w:val="center"/>
          </w:tcPr>
          <w:p w14:paraId="48813891"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10.09.1967, sat </w:t>
            </w:r>
            <w:proofErr w:type="spellStart"/>
            <w:r w:rsidRPr="007D40B3">
              <w:rPr>
                <w:rFonts w:ascii="Times New Roman" w:hAnsi="Times New Roman"/>
              </w:rPr>
              <w:t>Vetrișoaia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063DB82"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Berezeni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Berezeni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1E8D2FC" w14:textId="77777777" w:rsidR="004C684C" w:rsidRPr="007D40B3" w:rsidRDefault="004C684C" w:rsidP="004D2968">
            <w:pPr>
              <w:pStyle w:val="Antet"/>
              <w:jc w:val="center"/>
              <w:rPr>
                <w:rFonts w:ascii="Times New Roman" w:hAnsi="Times New Roman"/>
              </w:rPr>
            </w:pPr>
            <w:r w:rsidRPr="007D40B3">
              <w:rPr>
                <w:rFonts w:ascii="Times New Roman" w:hAnsi="Times New Roman"/>
              </w:rPr>
              <w:t>2670910372241</w:t>
            </w:r>
          </w:p>
        </w:tc>
        <w:tc>
          <w:tcPr>
            <w:tcW w:w="2127" w:type="dxa"/>
            <w:vAlign w:val="center"/>
          </w:tcPr>
          <w:p w14:paraId="4BF2CF55"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w:t>
            </w:r>
            <w:proofErr w:type="spellStart"/>
            <w:r w:rsidRPr="007D40B3">
              <w:rPr>
                <w:rFonts w:ascii="Times New Roman" w:hAnsi="Times New Roman"/>
              </w:rPr>
              <w:t>clasa</w:t>
            </w:r>
            <w:proofErr w:type="spellEnd"/>
            <w:r w:rsidRPr="007D40B3">
              <w:rPr>
                <w:rFonts w:ascii="Times New Roman" w:hAnsi="Times New Roman"/>
              </w:rPr>
              <w:t xml:space="preserve"> I superior</w:t>
            </w:r>
          </w:p>
        </w:tc>
      </w:tr>
      <w:tr w:rsidR="004C684C" w:rsidRPr="007D40B3" w14:paraId="753F1679"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17F289B4" w14:textId="77777777" w:rsidR="004C684C" w:rsidRPr="007D40B3" w:rsidRDefault="004C684C" w:rsidP="004D2968">
            <w:pPr>
              <w:jc w:val="center"/>
              <w:rPr>
                <w:rFonts w:ascii="Times New Roman" w:hAnsi="Times New Roman"/>
              </w:rPr>
            </w:pPr>
            <w:r w:rsidRPr="007D40B3">
              <w:rPr>
                <w:rFonts w:ascii="Times New Roman" w:hAnsi="Times New Roman"/>
              </w:rPr>
              <w:lastRenderedPageBreak/>
              <w:t>5.</w:t>
            </w:r>
          </w:p>
        </w:tc>
        <w:tc>
          <w:tcPr>
            <w:tcW w:w="1964" w:type="dxa"/>
            <w:tcBorders>
              <w:top w:val="single" w:sz="4" w:space="0" w:color="auto"/>
              <w:left w:val="single" w:sz="4" w:space="0" w:color="auto"/>
              <w:bottom w:val="single" w:sz="4" w:space="0" w:color="auto"/>
              <w:right w:val="single" w:sz="4" w:space="0" w:color="auto"/>
            </w:tcBorders>
            <w:vAlign w:val="center"/>
          </w:tcPr>
          <w:p w14:paraId="4E998772" w14:textId="77777777" w:rsidR="004C684C" w:rsidRPr="007D40B3" w:rsidRDefault="004C684C" w:rsidP="004D2968">
            <w:pPr>
              <w:jc w:val="both"/>
              <w:rPr>
                <w:rFonts w:ascii="Times New Roman" w:hAnsi="Times New Roman"/>
              </w:rPr>
            </w:pPr>
            <w:r w:rsidRPr="007D40B3">
              <w:rPr>
                <w:rFonts w:ascii="Times New Roman" w:hAnsi="Times New Roman"/>
              </w:rPr>
              <w:t>Tofan Cătălin</w:t>
            </w:r>
          </w:p>
        </w:tc>
        <w:tc>
          <w:tcPr>
            <w:tcW w:w="1701" w:type="dxa"/>
            <w:tcBorders>
              <w:top w:val="single" w:sz="4" w:space="0" w:color="auto"/>
              <w:left w:val="single" w:sz="4" w:space="0" w:color="auto"/>
              <w:bottom w:val="single" w:sz="4" w:space="0" w:color="auto"/>
              <w:right w:val="single" w:sz="4" w:space="0" w:color="auto"/>
            </w:tcBorders>
            <w:vAlign w:val="center"/>
          </w:tcPr>
          <w:p w14:paraId="72EDFE12"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23.06.1985, 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F38FAB1"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7F61F69" w14:textId="77777777" w:rsidR="004C684C" w:rsidRPr="007D40B3" w:rsidRDefault="004C684C" w:rsidP="004D2968">
            <w:pPr>
              <w:pStyle w:val="Antet"/>
              <w:jc w:val="center"/>
              <w:rPr>
                <w:rFonts w:ascii="Times New Roman" w:hAnsi="Times New Roman"/>
              </w:rPr>
            </w:pPr>
            <w:r w:rsidRPr="007D40B3">
              <w:rPr>
                <w:rFonts w:ascii="Times New Roman" w:hAnsi="Times New Roman"/>
              </w:rPr>
              <w:t>1850623375471</w:t>
            </w:r>
          </w:p>
        </w:tc>
        <w:tc>
          <w:tcPr>
            <w:tcW w:w="2127" w:type="dxa"/>
            <w:vAlign w:val="center"/>
          </w:tcPr>
          <w:p w14:paraId="781FC114"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w:t>
            </w:r>
            <w:proofErr w:type="spellStart"/>
            <w:r w:rsidRPr="007D40B3">
              <w:rPr>
                <w:rFonts w:ascii="Times New Roman" w:hAnsi="Times New Roman"/>
              </w:rPr>
              <w:t>achizitii</w:t>
            </w:r>
            <w:proofErr w:type="spellEnd"/>
            <w:r w:rsidRPr="007D40B3">
              <w:rPr>
                <w:rFonts w:ascii="Times New Roman" w:hAnsi="Times New Roman"/>
              </w:rPr>
              <w:t xml:space="preserve"> </w:t>
            </w:r>
            <w:proofErr w:type="spellStart"/>
            <w:r w:rsidRPr="007D40B3">
              <w:rPr>
                <w:rFonts w:ascii="Times New Roman" w:hAnsi="Times New Roman"/>
              </w:rPr>
              <w:t>publice</w:t>
            </w:r>
            <w:proofErr w:type="spellEnd"/>
            <w:r w:rsidRPr="007D40B3">
              <w:rPr>
                <w:rFonts w:ascii="Times New Roman" w:hAnsi="Times New Roman"/>
              </w:rPr>
              <w:t xml:space="preserve"> principal </w:t>
            </w:r>
            <w:proofErr w:type="spellStart"/>
            <w:r w:rsidRPr="007D40B3">
              <w:rPr>
                <w:rFonts w:ascii="Times New Roman" w:hAnsi="Times New Roman"/>
              </w:rPr>
              <w:t>clasa</w:t>
            </w:r>
            <w:proofErr w:type="spellEnd"/>
            <w:r w:rsidRPr="007D40B3">
              <w:rPr>
                <w:rFonts w:ascii="Times New Roman" w:hAnsi="Times New Roman"/>
              </w:rPr>
              <w:t xml:space="preserve"> I </w:t>
            </w:r>
          </w:p>
        </w:tc>
      </w:tr>
      <w:tr w:rsidR="004C684C" w:rsidRPr="007D40B3" w14:paraId="22C1EE5B"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104E03B1" w14:textId="77777777" w:rsidR="004C684C" w:rsidRPr="007D40B3" w:rsidRDefault="004C684C" w:rsidP="004D2968">
            <w:pPr>
              <w:jc w:val="center"/>
              <w:rPr>
                <w:rFonts w:ascii="Times New Roman" w:hAnsi="Times New Roman"/>
              </w:rPr>
            </w:pPr>
            <w:r w:rsidRPr="007D40B3">
              <w:rPr>
                <w:rFonts w:ascii="Times New Roman" w:hAnsi="Times New Roman"/>
              </w:rPr>
              <w:t>6.</w:t>
            </w:r>
          </w:p>
        </w:tc>
        <w:tc>
          <w:tcPr>
            <w:tcW w:w="1964" w:type="dxa"/>
            <w:tcBorders>
              <w:top w:val="single" w:sz="4" w:space="0" w:color="auto"/>
              <w:left w:val="single" w:sz="4" w:space="0" w:color="auto"/>
              <w:bottom w:val="single" w:sz="4" w:space="0" w:color="auto"/>
              <w:right w:val="single" w:sz="4" w:space="0" w:color="auto"/>
            </w:tcBorders>
            <w:vAlign w:val="center"/>
          </w:tcPr>
          <w:p w14:paraId="1BF047CA" w14:textId="77777777" w:rsidR="004C684C" w:rsidRPr="007D40B3" w:rsidRDefault="004C684C" w:rsidP="004D2968">
            <w:pPr>
              <w:jc w:val="both"/>
              <w:rPr>
                <w:rFonts w:ascii="Times New Roman" w:hAnsi="Times New Roman"/>
              </w:rPr>
            </w:pPr>
            <w:proofErr w:type="spellStart"/>
            <w:r w:rsidRPr="007D40B3">
              <w:rPr>
                <w:rFonts w:ascii="Times New Roman" w:hAnsi="Times New Roman"/>
              </w:rPr>
              <w:t>Goliță</w:t>
            </w:r>
            <w:proofErr w:type="spellEnd"/>
            <w:r w:rsidRPr="007D40B3">
              <w:rPr>
                <w:rFonts w:ascii="Times New Roman" w:hAnsi="Times New Roman"/>
              </w:rPr>
              <w:t xml:space="preserve"> Florentina Elena</w:t>
            </w:r>
          </w:p>
        </w:tc>
        <w:tc>
          <w:tcPr>
            <w:tcW w:w="1701" w:type="dxa"/>
            <w:tcBorders>
              <w:top w:val="single" w:sz="4" w:space="0" w:color="auto"/>
              <w:left w:val="single" w:sz="4" w:space="0" w:color="auto"/>
              <w:bottom w:val="single" w:sz="4" w:space="0" w:color="auto"/>
              <w:right w:val="single" w:sz="4" w:space="0" w:color="auto"/>
            </w:tcBorders>
            <w:vAlign w:val="center"/>
          </w:tcPr>
          <w:p w14:paraId="6BFEC37B"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30.04.1988 </w:t>
            </w:r>
            <w:proofErr w:type="spellStart"/>
            <w:r w:rsidRPr="007D40B3">
              <w:rPr>
                <w:rFonts w:ascii="Times New Roman" w:hAnsi="Times New Roman"/>
              </w:rPr>
              <w:t>oras</w:t>
            </w:r>
            <w:proofErr w:type="spellEnd"/>
            <w:r w:rsidRPr="007D40B3">
              <w:rPr>
                <w:rFonts w:ascii="Times New Roman" w:hAnsi="Times New Roman"/>
              </w:rPr>
              <w:t xml:space="preserve"> </w:t>
            </w:r>
            <w:proofErr w:type="spellStart"/>
            <w:r w:rsidRPr="007D40B3">
              <w:rPr>
                <w:rFonts w:ascii="Times New Roman" w:hAnsi="Times New Roman"/>
              </w:rPr>
              <w:t>Murgeni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79E413E"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D39AF3A" w14:textId="77777777" w:rsidR="004C684C" w:rsidRPr="007D40B3" w:rsidRDefault="004C684C" w:rsidP="004D2968">
            <w:pPr>
              <w:pStyle w:val="Antet"/>
              <w:jc w:val="center"/>
              <w:rPr>
                <w:rFonts w:ascii="Times New Roman" w:hAnsi="Times New Roman"/>
              </w:rPr>
            </w:pPr>
            <w:r w:rsidRPr="007D40B3">
              <w:rPr>
                <w:rFonts w:ascii="Times New Roman" w:hAnsi="Times New Roman"/>
              </w:rPr>
              <w:t>2880430371691</w:t>
            </w:r>
          </w:p>
        </w:tc>
        <w:tc>
          <w:tcPr>
            <w:tcW w:w="2127" w:type="dxa"/>
            <w:vAlign w:val="center"/>
          </w:tcPr>
          <w:p w14:paraId="29043DC1"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w:t>
            </w:r>
            <w:proofErr w:type="spellStart"/>
            <w:r w:rsidRPr="007D40B3">
              <w:rPr>
                <w:rFonts w:ascii="Times New Roman" w:hAnsi="Times New Roman"/>
              </w:rPr>
              <w:t>clasa</w:t>
            </w:r>
            <w:proofErr w:type="spellEnd"/>
            <w:r w:rsidRPr="007D40B3">
              <w:rPr>
                <w:rFonts w:ascii="Times New Roman" w:hAnsi="Times New Roman"/>
              </w:rPr>
              <w:t xml:space="preserve"> I </w:t>
            </w:r>
            <w:proofErr w:type="spellStart"/>
            <w:r w:rsidRPr="007D40B3">
              <w:rPr>
                <w:rFonts w:ascii="Times New Roman" w:hAnsi="Times New Roman"/>
              </w:rPr>
              <w:t>asistent</w:t>
            </w:r>
            <w:proofErr w:type="spellEnd"/>
          </w:p>
        </w:tc>
      </w:tr>
      <w:tr w:rsidR="004C684C" w:rsidRPr="007D40B3" w14:paraId="4218AC09"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4E1D95A" w14:textId="77777777" w:rsidR="004C684C" w:rsidRPr="007D40B3" w:rsidRDefault="004C684C" w:rsidP="004D2968">
            <w:pPr>
              <w:jc w:val="center"/>
              <w:rPr>
                <w:rFonts w:ascii="Times New Roman" w:hAnsi="Times New Roman"/>
              </w:rPr>
            </w:pPr>
            <w:r w:rsidRPr="007D40B3">
              <w:rPr>
                <w:rFonts w:ascii="Times New Roman" w:hAnsi="Times New Roman"/>
              </w:rPr>
              <w:t>7.</w:t>
            </w:r>
          </w:p>
        </w:tc>
        <w:tc>
          <w:tcPr>
            <w:tcW w:w="1964" w:type="dxa"/>
            <w:tcBorders>
              <w:top w:val="single" w:sz="4" w:space="0" w:color="auto"/>
              <w:left w:val="single" w:sz="4" w:space="0" w:color="auto"/>
              <w:bottom w:val="single" w:sz="4" w:space="0" w:color="auto"/>
              <w:right w:val="single" w:sz="4" w:space="0" w:color="auto"/>
            </w:tcBorders>
            <w:vAlign w:val="center"/>
          </w:tcPr>
          <w:p w14:paraId="675BFF53" w14:textId="77777777" w:rsidR="004C684C" w:rsidRPr="007D40B3" w:rsidRDefault="004C684C" w:rsidP="004D2968">
            <w:pPr>
              <w:jc w:val="both"/>
              <w:rPr>
                <w:rFonts w:ascii="Times New Roman" w:hAnsi="Times New Roman"/>
              </w:rPr>
            </w:pPr>
            <w:proofErr w:type="spellStart"/>
            <w:r w:rsidRPr="007D40B3">
              <w:rPr>
                <w:rFonts w:ascii="Times New Roman" w:hAnsi="Times New Roman"/>
              </w:rPr>
              <w:t>Codău</w:t>
            </w:r>
            <w:proofErr w:type="spellEnd"/>
            <w:r w:rsidRPr="007D40B3">
              <w:rPr>
                <w:rFonts w:ascii="Times New Roman" w:hAnsi="Times New Roman"/>
              </w:rPr>
              <w:t xml:space="preserve"> Giuliano Lucian</w:t>
            </w:r>
          </w:p>
        </w:tc>
        <w:tc>
          <w:tcPr>
            <w:tcW w:w="1701" w:type="dxa"/>
            <w:tcBorders>
              <w:top w:val="single" w:sz="4" w:space="0" w:color="auto"/>
              <w:left w:val="single" w:sz="4" w:space="0" w:color="auto"/>
              <w:bottom w:val="single" w:sz="4" w:space="0" w:color="auto"/>
              <w:right w:val="single" w:sz="4" w:space="0" w:color="auto"/>
            </w:tcBorders>
            <w:vAlign w:val="center"/>
          </w:tcPr>
          <w:p w14:paraId="4F5F04BE" w14:textId="77777777" w:rsidR="004C684C" w:rsidRPr="007D40B3" w:rsidRDefault="004C684C" w:rsidP="004D2968">
            <w:pPr>
              <w:autoSpaceDE w:val="0"/>
              <w:autoSpaceDN w:val="0"/>
              <w:adjustRightInd w:val="0"/>
              <w:jc w:val="center"/>
              <w:rPr>
                <w:rFonts w:ascii="Times New Roman" w:hAnsi="Times New Roman"/>
              </w:rPr>
            </w:pPr>
            <w:r w:rsidRPr="007D40B3">
              <w:rPr>
                <w:rFonts w:ascii="Times New Roman" w:hAnsi="Times New Roman"/>
              </w:rPr>
              <w:t xml:space="preserve">05.07.1974, </w:t>
            </w:r>
            <w:proofErr w:type="spellStart"/>
            <w:r w:rsidRPr="007D40B3">
              <w:rPr>
                <w:rFonts w:ascii="Times New Roman" w:hAnsi="Times New Roman"/>
              </w:rPr>
              <w:t>oras</w:t>
            </w:r>
            <w:proofErr w:type="spellEnd"/>
            <w:r w:rsidRPr="007D40B3">
              <w:rPr>
                <w:rFonts w:ascii="Times New Roman" w:hAnsi="Times New Roman"/>
              </w:rPr>
              <w:t xml:space="preserve"> </w:t>
            </w:r>
            <w:proofErr w:type="spellStart"/>
            <w:r w:rsidRPr="007D40B3">
              <w:rPr>
                <w:rFonts w:ascii="Times New Roman" w:hAnsi="Times New Roman"/>
              </w:rPr>
              <w:t>Murgeni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0B45D4F4"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10745A6" w14:textId="77777777" w:rsidR="004C684C" w:rsidRPr="007D40B3" w:rsidRDefault="004C684C" w:rsidP="004D2968">
            <w:pPr>
              <w:pStyle w:val="Antet"/>
              <w:jc w:val="center"/>
              <w:rPr>
                <w:rFonts w:ascii="Times New Roman" w:hAnsi="Times New Roman"/>
                <w:bCs/>
              </w:rPr>
            </w:pPr>
            <w:r w:rsidRPr="007D40B3">
              <w:rPr>
                <w:rFonts w:ascii="Times New Roman" w:hAnsi="Times New Roman"/>
              </w:rPr>
              <w:t>1740705376047</w:t>
            </w:r>
          </w:p>
        </w:tc>
        <w:tc>
          <w:tcPr>
            <w:tcW w:w="2127" w:type="dxa"/>
            <w:vAlign w:val="center"/>
          </w:tcPr>
          <w:p w14:paraId="5F079CD6"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Sef</w:t>
            </w:r>
            <w:proofErr w:type="spellEnd"/>
            <w:r w:rsidRPr="007D40B3">
              <w:rPr>
                <w:rFonts w:ascii="Times New Roman" w:hAnsi="Times New Roman"/>
              </w:rPr>
              <w:t xml:space="preserve"> SVSU</w:t>
            </w:r>
          </w:p>
        </w:tc>
      </w:tr>
      <w:tr w:rsidR="004C684C" w:rsidRPr="007D40B3" w14:paraId="7EE6B74E"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78CBD7F" w14:textId="77777777" w:rsidR="004C684C" w:rsidRPr="007D40B3" w:rsidRDefault="004C684C" w:rsidP="004D2968">
            <w:pPr>
              <w:jc w:val="center"/>
              <w:rPr>
                <w:rFonts w:ascii="Times New Roman" w:hAnsi="Times New Roman"/>
              </w:rPr>
            </w:pPr>
            <w:r w:rsidRPr="007D40B3">
              <w:rPr>
                <w:rFonts w:ascii="Times New Roman" w:hAnsi="Times New Roman"/>
              </w:rPr>
              <w:t>8.</w:t>
            </w:r>
          </w:p>
        </w:tc>
        <w:tc>
          <w:tcPr>
            <w:tcW w:w="1964" w:type="dxa"/>
            <w:tcBorders>
              <w:top w:val="single" w:sz="4" w:space="0" w:color="auto"/>
              <w:left w:val="single" w:sz="4" w:space="0" w:color="auto"/>
              <w:bottom w:val="single" w:sz="4" w:space="0" w:color="auto"/>
              <w:right w:val="single" w:sz="4" w:space="0" w:color="auto"/>
            </w:tcBorders>
            <w:vAlign w:val="center"/>
          </w:tcPr>
          <w:p w14:paraId="7D4E7E02" w14:textId="77777777" w:rsidR="004C684C" w:rsidRPr="007D40B3" w:rsidRDefault="004C684C" w:rsidP="004D2968">
            <w:pPr>
              <w:jc w:val="both"/>
              <w:rPr>
                <w:rFonts w:ascii="Times New Roman" w:hAnsi="Times New Roman"/>
              </w:rPr>
            </w:pPr>
            <w:r w:rsidRPr="007D40B3">
              <w:rPr>
                <w:rFonts w:ascii="Times New Roman" w:hAnsi="Times New Roman"/>
              </w:rPr>
              <w:t>Axinte Cosmin Ionuț</w:t>
            </w:r>
          </w:p>
        </w:tc>
        <w:tc>
          <w:tcPr>
            <w:tcW w:w="1701" w:type="dxa"/>
            <w:tcBorders>
              <w:top w:val="single" w:sz="4" w:space="0" w:color="auto"/>
              <w:left w:val="single" w:sz="4" w:space="0" w:color="auto"/>
              <w:bottom w:val="single" w:sz="4" w:space="0" w:color="auto"/>
              <w:right w:val="single" w:sz="4" w:space="0" w:color="auto"/>
            </w:tcBorders>
            <w:vAlign w:val="center"/>
          </w:tcPr>
          <w:p w14:paraId="474520DE" w14:textId="77777777" w:rsidR="004C684C" w:rsidRPr="007D40B3" w:rsidRDefault="004C684C" w:rsidP="004D2968">
            <w:pPr>
              <w:autoSpaceDE w:val="0"/>
              <w:autoSpaceDN w:val="0"/>
              <w:adjustRightInd w:val="0"/>
              <w:jc w:val="center"/>
              <w:rPr>
                <w:rFonts w:ascii="Times New Roman" w:hAnsi="Times New Roman"/>
              </w:rPr>
            </w:pPr>
            <w:r w:rsidRPr="007D40B3">
              <w:rPr>
                <w:rFonts w:ascii="Times New Roman" w:hAnsi="Times New Roman"/>
              </w:rPr>
              <w:t>16.08.2001</w:t>
            </w:r>
          </w:p>
          <w:p w14:paraId="420AAE27" w14:textId="77777777" w:rsidR="004C684C" w:rsidRPr="007D40B3" w:rsidRDefault="004C684C" w:rsidP="004D2968">
            <w:pPr>
              <w:autoSpaceDE w:val="0"/>
              <w:autoSpaceDN w:val="0"/>
              <w:adjustRightInd w:val="0"/>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EC7EF47"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Copăceana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73339DB" w14:textId="77777777" w:rsidR="004C684C" w:rsidRPr="007D40B3" w:rsidRDefault="004C684C" w:rsidP="004D2968">
            <w:pPr>
              <w:pStyle w:val="Antet"/>
              <w:jc w:val="center"/>
              <w:rPr>
                <w:rFonts w:ascii="Times New Roman" w:hAnsi="Times New Roman"/>
              </w:rPr>
            </w:pPr>
            <w:r w:rsidRPr="007D40B3">
              <w:rPr>
                <w:rFonts w:ascii="Times New Roman" w:hAnsi="Times New Roman"/>
              </w:rPr>
              <w:t>5010816375483</w:t>
            </w:r>
          </w:p>
        </w:tc>
        <w:tc>
          <w:tcPr>
            <w:tcW w:w="2127" w:type="dxa"/>
            <w:vAlign w:val="center"/>
          </w:tcPr>
          <w:p w14:paraId="133F4FD7"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personal </w:t>
            </w:r>
            <w:proofErr w:type="spellStart"/>
            <w:r w:rsidRPr="007D40B3">
              <w:rPr>
                <w:rFonts w:ascii="Times New Roman" w:hAnsi="Times New Roman"/>
              </w:rPr>
              <w:t>primar</w:t>
            </w:r>
            <w:proofErr w:type="spellEnd"/>
          </w:p>
        </w:tc>
      </w:tr>
      <w:tr w:rsidR="004C684C" w:rsidRPr="007D40B3" w14:paraId="366E54BA"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7413211F" w14:textId="77777777" w:rsidR="004C684C" w:rsidRPr="007D40B3" w:rsidRDefault="004C684C" w:rsidP="004D2968">
            <w:pPr>
              <w:jc w:val="center"/>
              <w:rPr>
                <w:rFonts w:ascii="Times New Roman" w:hAnsi="Times New Roman"/>
              </w:rPr>
            </w:pPr>
            <w:r w:rsidRPr="007D40B3">
              <w:rPr>
                <w:rFonts w:ascii="Times New Roman" w:hAnsi="Times New Roman"/>
              </w:rPr>
              <w:t>9.</w:t>
            </w:r>
          </w:p>
        </w:tc>
        <w:tc>
          <w:tcPr>
            <w:tcW w:w="1964" w:type="dxa"/>
            <w:tcBorders>
              <w:top w:val="single" w:sz="4" w:space="0" w:color="auto"/>
              <w:left w:val="single" w:sz="4" w:space="0" w:color="auto"/>
              <w:bottom w:val="single" w:sz="4" w:space="0" w:color="auto"/>
              <w:right w:val="single" w:sz="4" w:space="0" w:color="auto"/>
            </w:tcBorders>
            <w:vAlign w:val="center"/>
          </w:tcPr>
          <w:p w14:paraId="1CEA90C9" w14:textId="77777777" w:rsidR="004C684C" w:rsidRPr="007D40B3" w:rsidRDefault="004C684C" w:rsidP="004D2968">
            <w:pPr>
              <w:pStyle w:val="Antet"/>
              <w:rPr>
                <w:rFonts w:ascii="Times New Roman" w:hAnsi="Times New Roman"/>
              </w:rPr>
            </w:pPr>
            <w:proofErr w:type="spellStart"/>
            <w:r w:rsidRPr="007D40B3">
              <w:rPr>
                <w:rFonts w:ascii="Times New Roman" w:hAnsi="Times New Roman"/>
              </w:rPr>
              <w:t>Guzgan</w:t>
            </w:r>
            <w:proofErr w:type="spellEnd"/>
            <w:r w:rsidRPr="007D40B3">
              <w:rPr>
                <w:rFonts w:ascii="Times New Roman" w:hAnsi="Times New Roman"/>
              </w:rPr>
              <w:t xml:space="preserve"> Ciprian Andrei</w:t>
            </w:r>
          </w:p>
        </w:tc>
        <w:tc>
          <w:tcPr>
            <w:tcW w:w="1701" w:type="dxa"/>
            <w:tcBorders>
              <w:top w:val="single" w:sz="4" w:space="0" w:color="auto"/>
              <w:left w:val="single" w:sz="4" w:space="0" w:color="auto"/>
              <w:bottom w:val="single" w:sz="4" w:space="0" w:color="auto"/>
              <w:right w:val="single" w:sz="4" w:space="0" w:color="auto"/>
            </w:tcBorders>
            <w:vAlign w:val="center"/>
          </w:tcPr>
          <w:p w14:paraId="6DC11F7F" w14:textId="77777777" w:rsidR="004C684C" w:rsidRPr="007D40B3" w:rsidRDefault="004C684C" w:rsidP="004D2968">
            <w:pPr>
              <w:pStyle w:val="Antet"/>
              <w:jc w:val="center"/>
              <w:rPr>
                <w:rFonts w:ascii="Times New Roman" w:hAnsi="Times New Roman"/>
              </w:rPr>
            </w:pPr>
            <w:r w:rsidRPr="007D40B3">
              <w:rPr>
                <w:rFonts w:ascii="Times New Roman" w:hAnsi="Times New Roman"/>
              </w:rPr>
              <w:t>23.06.1989</w:t>
            </w:r>
          </w:p>
          <w:p w14:paraId="24E238FC"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5B0DA1D"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CAC57B6" w14:textId="77777777" w:rsidR="004C684C" w:rsidRPr="007D40B3" w:rsidRDefault="004C684C" w:rsidP="004D2968">
            <w:pPr>
              <w:pStyle w:val="Antet"/>
              <w:jc w:val="center"/>
              <w:rPr>
                <w:rFonts w:ascii="Times New Roman" w:hAnsi="Times New Roman"/>
              </w:rPr>
            </w:pPr>
            <w:r w:rsidRPr="007D40B3">
              <w:rPr>
                <w:rFonts w:ascii="Times New Roman" w:hAnsi="Times New Roman"/>
              </w:rPr>
              <w:t>1890623375511</w:t>
            </w:r>
          </w:p>
        </w:tc>
        <w:tc>
          <w:tcPr>
            <w:tcW w:w="2127" w:type="dxa"/>
            <w:vAlign w:val="center"/>
          </w:tcPr>
          <w:p w14:paraId="3AADBE67"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75EA5B34"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1B53F35" w14:textId="77777777" w:rsidR="004C684C" w:rsidRPr="007D40B3" w:rsidRDefault="004C684C" w:rsidP="004D2968">
            <w:pPr>
              <w:jc w:val="center"/>
              <w:rPr>
                <w:rFonts w:ascii="Times New Roman" w:hAnsi="Times New Roman"/>
              </w:rPr>
            </w:pPr>
            <w:r w:rsidRPr="007D40B3">
              <w:rPr>
                <w:rFonts w:ascii="Times New Roman" w:hAnsi="Times New Roman"/>
              </w:rPr>
              <w:t>10.</w:t>
            </w:r>
          </w:p>
        </w:tc>
        <w:tc>
          <w:tcPr>
            <w:tcW w:w="1964" w:type="dxa"/>
            <w:tcBorders>
              <w:top w:val="single" w:sz="4" w:space="0" w:color="auto"/>
              <w:left w:val="single" w:sz="4" w:space="0" w:color="auto"/>
              <w:bottom w:val="single" w:sz="4" w:space="0" w:color="auto"/>
              <w:right w:val="single" w:sz="4" w:space="0" w:color="auto"/>
            </w:tcBorders>
            <w:vAlign w:val="center"/>
          </w:tcPr>
          <w:p w14:paraId="6146B3B6" w14:textId="77777777" w:rsidR="004C684C" w:rsidRPr="007D40B3" w:rsidRDefault="004C684C" w:rsidP="004D2968">
            <w:pPr>
              <w:pStyle w:val="Antet"/>
              <w:rPr>
                <w:rFonts w:ascii="Times New Roman" w:hAnsi="Times New Roman"/>
              </w:rPr>
            </w:pPr>
            <w:proofErr w:type="spellStart"/>
            <w:r w:rsidRPr="007D40B3">
              <w:rPr>
                <w:rFonts w:ascii="Times New Roman" w:hAnsi="Times New Roman"/>
              </w:rPr>
              <w:t>Constandiș</w:t>
            </w:r>
            <w:proofErr w:type="spellEnd"/>
            <w:r w:rsidRPr="007D40B3">
              <w:rPr>
                <w:rFonts w:ascii="Times New Roman" w:hAnsi="Times New Roman"/>
              </w:rPr>
              <w:t xml:space="preserve"> Ioan</w:t>
            </w:r>
          </w:p>
        </w:tc>
        <w:tc>
          <w:tcPr>
            <w:tcW w:w="1701" w:type="dxa"/>
            <w:tcBorders>
              <w:top w:val="single" w:sz="4" w:space="0" w:color="auto"/>
              <w:left w:val="single" w:sz="4" w:space="0" w:color="auto"/>
              <w:bottom w:val="single" w:sz="4" w:space="0" w:color="auto"/>
              <w:right w:val="single" w:sz="4" w:space="0" w:color="auto"/>
            </w:tcBorders>
            <w:vAlign w:val="center"/>
          </w:tcPr>
          <w:p w14:paraId="706936B0"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14.12.1958, Com. Bahna, Jud. </w:t>
            </w:r>
            <w:proofErr w:type="spellStart"/>
            <w:r w:rsidRPr="007D40B3">
              <w:rPr>
                <w:rFonts w:ascii="Times New Roman" w:hAnsi="Times New Roman"/>
              </w:rPr>
              <w:t>Neamţ</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0F63FB85"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Odaia Bogdană,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9B4E148" w14:textId="77777777" w:rsidR="004C684C" w:rsidRPr="007D40B3" w:rsidRDefault="004C684C" w:rsidP="004D2968">
            <w:pPr>
              <w:pStyle w:val="Antet"/>
              <w:jc w:val="center"/>
              <w:rPr>
                <w:rFonts w:ascii="Times New Roman" w:hAnsi="Times New Roman"/>
              </w:rPr>
            </w:pPr>
            <w:r w:rsidRPr="007D40B3">
              <w:rPr>
                <w:rFonts w:ascii="Times New Roman" w:hAnsi="Times New Roman"/>
              </w:rPr>
              <w:t>1581214370076</w:t>
            </w:r>
          </w:p>
        </w:tc>
        <w:tc>
          <w:tcPr>
            <w:tcW w:w="2127" w:type="dxa"/>
            <w:vAlign w:val="center"/>
          </w:tcPr>
          <w:p w14:paraId="7B3330F7"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1FBE4B31"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AB9D440" w14:textId="77777777" w:rsidR="004C684C" w:rsidRPr="007D40B3" w:rsidRDefault="004C684C" w:rsidP="004D2968">
            <w:pPr>
              <w:jc w:val="center"/>
              <w:rPr>
                <w:rFonts w:ascii="Times New Roman" w:hAnsi="Times New Roman"/>
              </w:rPr>
            </w:pPr>
            <w:r w:rsidRPr="007D40B3">
              <w:rPr>
                <w:rFonts w:ascii="Times New Roman" w:hAnsi="Times New Roman"/>
              </w:rPr>
              <w:t>11.</w:t>
            </w:r>
          </w:p>
        </w:tc>
        <w:tc>
          <w:tcPr>
            <w:tcW w:w="1964" w:type="dxa"/>
            <w:tcBorders>
              <w:top w:val="single" w:sz="4" w:space="0" w:color="auto"/>
              <w:left w:val="single" w:sz="4" w:space="0" w:color="auto"/>
              <w:bottom w:val="single" w:sz="4" w:space="0" w:color="auto"/>
              <w:right w:val="single" w:sz="4" w:space="0" w:color="auto"/>
            </w:tcBorders>
            <w:vAlign w:val="center"/>
          </w:tcPr>
          <w:p w14:paraId="0610668F" w14:textId="77777777" w:rsidR="004C684C" w:rsidRPr="007D40B3" w:rsidRDefault="004C684C" w:rsidP="004D2968">
            <w:pPr>
              <w:pStyle w:val="Antet"/>
              <w:rPr>
                <w:rFonts w:ascii="Times New Roman" w:hAnsi="Times New Roman"/>
              </w:rPr>
            </w:pPr>
            <w:r w:rsidRPr="007D40B3">
              <w:rPr>
                <w:rFonts w:ascii="Times New Roman" w:hAnsi="Times New Roman"/>
              </w:rPr>
              <w:t>Stan Marius Iulian</w:t>
            </w:r>
          </w:p>
        </w:tc>
        <w:tc>
          <w:tcPr>
            <w:tcW w:w="1701" w:type="dxa"/>
            <w:tcBorders>
              <w:top w:val="single" w:sz="4" w:space="0" w:color="auto"/>
              <w:left w:val="single" w:sz="4" w:space="0" w:color="auto"/>
              <w:bottom w:val="single" w:sz="4" w:space="0" w:color="auto"/>
              <w:right w:val="single" w:sz="4" w:space="0" w:color="auto"/>
            </w:tcBorders>
            <w:vAlign w:val="center"/>
          </w:tcPr>
          <w:p w14:paraId="3E3B1E1E"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01.02.1993, </w:t>
            </w:r>
            <w:proofErr w:type="spellStart"/>
            <w:r w:rsidRPr="007D40B3">
              <w:rPr>
                <w:rFonts w:ascii="Times New Roman" w:hAnsi="Times New Roman"/>
              </w:rPr>
              <w:t>Oraș</w:t>
            </w:r>
            <w:proofErr w:type="spellEnd"/>
            <w:r w:rsidRPr="007D40B3">
              <w:rPr>
                <w:rFonts w:ascii="Times New Roman" w:hAnsi="Times New Roman"/>
              </w:rPr>
              <w:t xml:space="preserve"> </w:t>
            </w:r>
            <w:proofErr w:type="spellStart"/>
            <w:r w:rsidRPr="007D40B3">
              <w:rPr>
                <w:rFonts w:ascii="Times New Roman" w:hAnsi="Times New Roman"/>
              </w:rPr>
              <w:t>Bîrlad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7CFF3824"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Bogdănești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619B5B6" w14:textId="77777777" w:rsidR="004C684C" w:rsidRPr="007D40B3" w:rsidRDefault="004C684C" w:rsidP="004D2968">
            <w:pPr>
              <w:pStyle w:val="Antet"/>
              <w:jc w:val="center"/>
              <w:rPr>
                <w:rFonts w:ascii="Times New Roman" w:hAnsi="Times New Roman"/>
              </w:rPr>
            </w:pPr>
            <w:r w:rsidRPr="007D40B3">
              <w:rPr>
                <w:rFonts w:ascii="Times New Roman" w:hAnsi="Times New Roman"/>
              </w:rPr>
              <w:t>1930201375489</w:t>
            </w:r>
          </w:p>
        </w:tc>
        <w:tc>
          <w:tcPr>
            <w:tcW w:w="2127" w:type="dxa"/>
            <w:vAlign w:val="center"/>
          </w:tcPr>
          <w:p w14:paraId="035CF20B"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5712C0B2"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2575D4E" w14:textId="77777777" w:rsidR="004C684C" w:rsidRPr="007D40B3" w:rsidRDefault="004C684C" w:rsidP="004D2968">
            <w:pPr>
              <w:jc w:val="center"/>
              <w:rPr>
                <w:rFonts w:ascii="Times New Roman" w:hAnsi="Times New Roman"/>
              </w:rPr>
            </w:pPr>
            <w:r w:rsidRPr="007D40B3">
              <w:rPr>
                <w:rFonts w:ascii="Times New Roman" w:hAnsi="Times New Roman"/>
              </w:rPr>
              <w:t>12.</w:t>
            </w:r>
          </w:p>
        </w:tc>
        <w:tc>
          <w:tcPr>
            <w:tcW w:w="1964" w:type="dxa"/>
            <w:tcBorders>
              <w:top w:val="single" w:sz="4" w:space="0" w:color="auto"/>
              <w:left w:val="single" w:sz="4" w:space="0" w:color="auto"/>
              <w:bottom w:val="single" w:sz="4" w:space="0" w:color="auto"/>
              <w:right w:val="single" w:sz="4" w:space="0" w:color="auto"/>
            </w:tcBorders>
            <w:vAlign w:val="center"/>
          </w:tcPr>
          <w:p w14:paraId="4CA3769E" w14:textId="77777777" w:rsidR="004C684C" w:rsidRPr="007D40B3" w:rsidRDefault="004C684C" w:rsidP="004D2968">
            <w:pPr>
              <w:pStyle w:val="Antet"/>
              <w:rPr>
                <w:rFonts w:ascii="Times New Roman" w:hAnsi="Times New Roman"/>
              </w:rPr>
            </w:pPr>
            <w:r w:rsidRPr="007D40B3">
              <w:rPr>
                <w:rFonts w:ascii="Times New Roman" w:hAnsi="Times New Roman"/>
              </w:rPr>
              <w:t>Carson Florin Emil</w:t>
            </w:r>
          </w:p>
        </w:tc>
        <w:tc>
          <w:tcPr>
            <w:tcW w:w="1701" w:type="dxa"/>
            <w:tcBorders>
              <w:top w:val="single" w:sz="4" w:space="0" w:color="auto"/>
              <w:left w:val="single" w:sz="4" w:space="0" w:color="auto"/>
              <w:bottom w:val="single" w:sz="4" w:space="0" w:color="auto"/>
              <w:right w:val="single" w:sz="4" w:space="0" w:color="auto"/>
            </w:tcBorders>
            <w:vAlign w:val="center"/>
          </w:tcPr>
          <w:p w14:paraId="360A59D9" w14:textId="77777777" w:rsidR="004C684C" w:rsidRPr="007D40B3" w:rsidRDefault="004C684C" w:rsidP="004D2968">
            <w:pPr>
              <w:pStyle w:val="Antet"/>
              <w:jc w:val="center"/>
              <w:rPr>
                <w:rFonts w:ascii="Times New Roman" w:hAnsi="Times New Roman"/>
              </w:rPr>
            </w:pPr>
            <w:r w:rsidRPr="007D40B3">
              <w:rPr>
                <w:rFonts w:ascii="Times New Roman" w:hAnsi="Times New Roman"/>
              </w:rPr>
              <w:t>23.04.1989</w:t>
            </w:r>
          </w:p>
          <w:p w14:paraId="4625BA7D" w14:textId="77777777" w:rsidR="004C684C" w:rsidRPr="007D40B3" w:rsidRDefault="004C684C" w:rsidP="004D2968">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30703364"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B703EF8" w14:textId="77777777" w:rsidR="004C684C" w:rsidRPr="007D40B3" w:rsidRDefault="004C684C" w:rsidP="004D2968">
            <w:pPr>
              <w:pStyle w:val="Antet"/>
              <w:jc w:val="center"/>
              <w:rPr>
                <w:rFonts w:ascii="Times New Roman" w:hAnsi="Times New Roman"/>
              </w:rPr>
            </w:pPr>
            <w:r w:rsidRPr="007D40B3">
              <w:rPr>
                <w:rFonts w:ascii="Times New Roman" w:hAnsi="Times New Roman"/>
              </w:rPr>
              <w:t>1890423371699</w:t>
            </w:r>
          </w:p>
        </w:tc>
        <w:tc>
          <w:tcPr>
            <w:tcW w:w="2127" w:type="dxa"/>
            <w:vAlign w:val="center"/>
          </w:tcPr>
          <w:p w14:paraId="7C2CA068"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74FB8ED7"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57763E1" w14:textId="77777777" w:rsidR="004C684C" w:rsidRPr="007D40B3" w:rsidRDefault="004C684C" w:rsidP="004D2968">
            <w:pPr>
              <w:jc w:val="center"/>
              <w:rPr>
                <w:rFonts w:ascii="Times New Roman" w:hAnsi="Times New Roman"/>
              </w:rPr>
            </w:pPr>
            <w:r w:rsidRPr="007D40B3">
              <w:rPr>
                <w:rFonts w:ascii="Times New Roman" w:hAnsi="Times New Roman"/>
              </w:rPr>
              <w:t>13.</w:t>
            </w:r>
          </w:p>
        </w:tc>
        <w:tc>
          <w:tcPr>
            <w:tcW w:w="1964" w:type="dxa"/>
            <w:tcBorders>
              <w:top w:val="single" w:sz="4" w:space="0" w:color="auto"/>
              <w:left w:val="single" w:sz="4" w:space="0" w:color="auto"/>
              <w:bottom w:val="single" w:sz="4" w:space="0" w:color="auto"/>
              <w:right w:val="single" w:sz="4" w:space="0" w:color="auto"/>
            </w:tcBorders>
            <w:vAlign w:val="center"/>
          </w:tcPr>
          <w:p w14:paraId="503F61D7" w14:textId="77777777" w:rsidR="004C684C" w:rsidRPr="007D40B3" w:rsidRDefault="004C684C" w:rsidP="004D2968">
            <w:pPr>
              <w:pStyle w:val="Antet"/>
              <w:rPr>
                <w:rFonts w:ascii="Times New Roman" w:hAnsi="Times New Roman"/>
              </w:rPr>
            </w:pPr>
            <w:proofErr w:type="spellStart"/>
            <w:r w:rsidRPr="007D40B3">
              <w:rPr>
                <w:rFonts w:ascii="Times New Roman" w:hAnsi="Times New Roman"/>
              </w:rPr>
              <w:t>Dumbravă</w:t>
            </w:r>
            <w:proofErr w:type="spellEnd"/>
            <w:r w:rsidRPr="007D40B3">
              <w:rPr>
                <w:rFonts w:ascii="Times New Roman" w:hAnsi="Times New Roman"/>
              </w:rPr>
              <w:t xml:space="preserve"> Violeta</w:t>
            </w:r>
          </w:p>
        </w:tc>
        <w:tc>
          <w:tcPr>
            <w:tcW w:w="1701" w:type="dxa"/>
            <w:tcBorders>
              <w:top w:val="single" w:sz="4" w:space="0" w:color="auto"/>
              <w:left w:val="single" w:sz="4" w:space="0" w:color="auto"/>
              <w:bottom w:val="single" w:sz="4" w:space="0" w:color="auto"/>
              <w:right w:val="single" w:sz="4" w:space="0" w:color="auto"/>
            </w:tcBorders>
            <w:vAlign w:val="center"/>
          </w:tcPr>
          <w:p w14:paraId="2A994A4D" w14:textId="77777777" w:rsidR="004C684C" w:rsidRPr="007D40B3" w:rsidRDefault="004C684C" w:rsidP="004D2968">
            <w:pPr>
              <w:pStyle w:val="Antet"/>
              <w:jc w:val="center"/>
              <w:rPr>
                <w:rFonts w:ascii="Times New Roman" w:hAnsi="Times New Roman"/>
              </w:rPr>
            </w:pPr>
            <w:r w:rsidRPr="007D40B3">
              <w:rPr>
                <w:rFonts w:ascii="Times New Roman" w:hAnsi="Times New Roman"/>
              </w:rPr>
              <w:t>14.05.1992</w:t>
            </w:r>
          </w:p>
          <w:p w14:paraId="55C4339A" w14:textId="77777777" w:rsidR="004C684C" w:rsidRPr="007D40B3" w:rsidRDefault="004C684C" w:rsidP="004D2968">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2FC8DA9"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DD369C2" w14:textId="77777777" w:rsidR="004C684C" w:rsidRPr="007D40B3" w:rsidRDefault="004C684C" w:rsidP="004D2968">
            <w:pPr>
              <w:pStyle w:val="Antet"/>
              <w:jc w:val="center"/>
              <w:rPr>
                <w:rFonts w:ascii="Times New Roman" w:hAnsi="Times New Roman"/>
              </w:rPr>
            </w:pPr>
            <w:r w:rsidRPr="007D40B3">
              <w:rPr>
                <w:rFonts w:ascii="Times New Roman" w:hAnsi="Times New Roman"/>
              </w:rPr>
              <w:t>2920514371690</w:t>
            </w:r>
          </w:p>
        </w:tc>
        <w:tc>
          <w:tcPr>
            <w:tcW w:w="2127" w:type="dxa"/>
            <w:vAlign w:val="center"/>
          </w:tcPr>
          <w:p w14:paraId="028CF765"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5EB9370F"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71A3D44D" w14:textId="77777777" w:rsidR="004C684C" w:rsidRPr="007D40B3" w:rsidRDefault="004C684C" w:rsidP="004D2968">
            <w:pPr>
              <w:jc w:val="center"/>
              <w:rPr>
                <w:rFonts w:ascii="Times New Roman" w:hAnsi="Times New Roman"/>
              </w:rPr>
            </w:pPr>
            <w:r w:rsidRPr="007D40B3">
              <w:rPr>
                <w:rFonts w:ascii="Times New Roman" w:hAnsi="Times New Roman"/>
              </w:rPr>
              <w:t>14.</w:t>
            </w:r>
          </w:p>
        </w:tc>
        <w:tc>
          <w:tcPr>
            <w:tcW w:w="1964" w:type="dxa"/>
            <w:tcBorders>
              <w:top w:val="single" w:sz="4" w:space="0" w:color="auto"/>
              <w:left w:val="single" w:sz="4" w:space="0" w:color="auto"/>
              <w:bottom w:val="single" w:sz="4" w:space="0" w:color="auto"/>
              <w:right w:val="single" w:sz="4" w:space="0" w:color="auto"/>
            </w:tcBorders>
            <w:vAlign w:val="center"/>
          </w:tcPr>
          <w:p w14:paraId="35148B07" w14:textId="77777777" w:rsidR="004C684C" w:rsidRPr="007D40B3" w:rsidRDefault="004C684C" w:rsidP="004D2968">
            <w:pPr>
              <w:pStyle w:val="Antet"/>
              <w:rPr>
                <w:rFonts w:ascii="Times New Roman" w:hAnsi="Times New Roman"/>
              </w:rPr>
            </w:pPr>
            <w:r w:rsidRPr="007D40B3">
              <w:rPr>
                <w:rFonts w:ascii="Times New Roman" w:hAnsi="Times New Roman"/>
              </w:rPr>
              <w:t>Zaharia Florin-Cătălin</w:t>
            </w:r>
          </w:p>
        </w:tc>
        <w:tc>
          <w:tcPr>
            <w:tcW w:w="1701" w:type="dxa"/>
            <w:tcBorders>
              <w:top w:val="single" w:sz="4" w:space="0" w:color="auto"/>
              <w:left w:val="single" w:sz="4" w:space="0" w:color="auto"/>
              <w:bottom w:val="single" w:sz="4" w:space="0" w:color="auto"/>
              <w:right w:val="single" w:sz="4" w:space="0" w:color="auto"/>
            </w:tcBorders>
            <w:vAlign w:val="center"/>
          </w:tcPr>
          <w:p w14:paraId="70266B86" w14:textId="77777777" w:rsidR="004C684C" w:rsidRPr="007D40B3" w:rsidRDefault="004C684C" w:rsidP="004D2968">
            <w:pPr>
              <w:pStyle w:val="Antet"/>
              <w:jc w:val="center"/>
              <w:rPr>
                <w:rFonts w:ascii="Times New Roman" w:hAnsi="Times New Roman"/>
              </w:rPr>
            </w:pPr>
            <w:r w:rsidRPr="007D40B3">
              <w:rPr>
                <w:rFonts w:ascii="Times New Roman" w:hAnsi="Times New Roman"/>
              </w:rPr>
              <w:t>10.04.1999</w:t>
            </w:r>
          </w:p>
          <w:p w14:paraId="0CF7E7AC"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Huși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D7F6BDB"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C597724" w14:textId="77777777" w:rsidR="004C684C" w:rsidRPr="007D40B3" w:rsidRDefault="004C684C" w:rsidP="004D2968">
            <w:pPr>
              <w:pStyle w:val="Antet"/>
              <w:jc w:val="center"/>
              <w:rPr>
                <w:rFonts w:ascii="Times New Roman" w:hAnsi="Times New Roman"/>
              </w:rPr>
            </w:pPr>
            <w:r w:rsidRPr="007D40B3">
              <w:rPr>
                <w:rFonts w:ascii="Times New Roman" w:hAnsi="Times New Roman"/>
              </w:rPr>
              <w:t>1990410375201</w:t>
            </w:r>
          </w:p>
        </w:tc>
        <w:tc>
          <w:tcPr>
            <w:tcW w:w="2127" w:type="dxa"/>
            <w:vAlign w:val="center"/>
          </w:tcPr>
          <w:p w14:paraId="4F3C7DF6"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272EA029"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2821B7C" w14:textId="77777777" w:rsidR="004C684C" w:rsidRPr="007D40B3" w:rsidRDefault="004C684C" w:rsidP="004D2968">
            <w:pPr>
              <w:jc w:val="center"/>
              <w:rPr>
                <w:rFonts w:ascii="Times New Roman" w:hAnsi="Times New Roman"/>
              </w:rPr>
            </w:pPr>
            <w:r w:rsidRPr="007D40B3">
              <w:rPr>
                <w:rFonts w:ascii="Times New Roman" w:hAnsi="Times New Roman"/>
              </w:rPr>
              <w:t>15.</w:t>
            </w:r>
          </w:p>
        </w:tc>
        <w:tc>
          <w:tcPr>
            <w:tcW w:w="1964" w:type="dxa"/>
            <w:tcBorders>
              <w:top w:val="single" w:sz="4" w:space="0" w:color="auto"/>
              <w:left w:val="single" w:sz="4" w:space="0" w:color="auto"/>
              <w:bottom w:val="single" w:sz="4" w:space="0" w:color="auto"/>
              <w:right w:val="single" w:sz="4" w:space="0" w:color="auto"/>
            </w:tcBorders>
            <w:vAlign w:val="center"/>
          </w:tcPr>
          <w:p w14:paraId="54652023" w14:textId="77777777" w:rsidR="004C684C" w:rsidRPr="007D40B3" w:rsidRDefault="004C684C" w:rsidP="004D2968">
            <w:pPr>
              <w:pStyle w:val="Antet"/>
              <w:rPr>
                <w:rFonts w:ascii="Times New Roman" w:hAnsi="Times New Roman"/>
              </w:rPr>
            </w:pPr>
            <w:proofErr w:type="spellStart"/>
            <w:r w:rsidRPr="007D40B3">
              <w:rPr>
                <w:rFonts w:ascii="Times New Roman" w:hAnsi="Times New Roman"/>
              </w:rPr>
              <w:t>Tivdă</w:t>
            </w:r>
            <w:proofErr w:type="spellEnd"/>
            <w:r w:rsidRPr="007D40B3">
              <w:rPr>
                <w:rFonts w:ascii="Times New Roman" w:hAnsi="Times New Roman"/>
              </w:rPr>
              <w:t xml:space="preserve"> Ramona-Ionela</w:t>
            </w:r>
          </w:p>
        </w:tc>
        <w:tc>
          <w:tcPr>
            <w:tcW w:w="1701" w:type="dxa"/>
            <w:tcBorders>
              <w:top w:val="single" w:sz="4" w:space="0" w:color="auto"/>
              <w:left w:val="single" w:sz="4" w:space="0" w:color="auto"/>
              <w:bottom w:val="single" w:sz="4" w:space="0" w:color="auto"/>
              <w:right w:val="single" w:sz="4" w:space="0" w:color="auto"/>
            </w:tcBorders>
            <w:vAlign w:val="center"/>
          </w:tcPr>
          <w:p w14:paraId="468ED27B" w14:textId="77777777" w:rsidR="004C684C" w:rsidRPr="007D40B3" w:rsidRDefault="004C684C" w:rsidP="004D2968">
            <w:pPr>
              <w:pStyle w:val="Antet"/>
              <w:jc w:val="center"/>
              <w:rPr>
                <w:rFonts w:ascii="Times New Roman" w:hAnsi="Times New Roman"/>
              </w:rPr>
            </w:pPr>
            <w:r w:rsidRPr="007D40B3">
              <w:rPr>
                <w:rFonts w:ascii="Times New Roman" w:hAnsi="Times New Roman"/>
              </w:rPr>
              <w:t>09.02.1994</w:t>
            </w:r>
          </w:p>
          <w:p w14:paraId="702D9B83" w14:textId="77777777" w:rsidR="004C684C" w:rsidRPr="007D40B3" w:rsidRDefault="004C684C" w:rsidP="004D2968">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0B3E0D6"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FC5291E" w14:textId="77777777" w:rsidR="004C684C" w:rsidRPr="007D40B3" w:rsidRDefault="004C684C" w:rsidP="004D2968">
            <w:pPr>
              <w:pStyle w:val="Antet"/>
              <w:jc w:val="center"/>
              <w:rPr>
                <w:rFonts w:ascii="Times New Roman" w:hAnsi="Times New Roman"/>
              </w:rPr>
            </w:pPr>
            <w:r w:rsidRPr="007D40B3">
              <w:rPr>
                <w:rFonts w:ascii="Times New Roman" w:hAnsi="Times New Roman"/>
              </w:rPr>
              <w:t>2940209371694</w:t>
            </w:r>
          </w:p>
        </w:tc>
        <w:tc>
          <w:tcPr>
            <w:tcW w:w="2127" w:type="dxa"/>
            <w:vAlign w:val="center"/>
          </w:tcPr>
          <w:p w14:paraId="39C7204B"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538849D1"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2C3003D" w14:textId="77777777" w:rsidR="004C684C" w:rsidRPr="007D40B3" w:rsidRDefault="004C684C" w:rsidP="004D2968">
            <w:pPr>
              <w:jc w:val="center"/>
              <w:rPr>
                <w:rFonts w:ascii="Times New Roman" w:hAnsi="Times New Roman"/>
              </w:rPr>
            </w:pPr>
            <w:r w:rsidRPr="007D40B3">
              <w:rPr>
                <w:rFonts w:ascii="Times New Roman" w:hAnsi="Times New Roman"/>
              </w:rPr>
              <w:t>16.</w:t>
            </w:r>
          </w:p>
        </w:tc>
        <w:tc>
          <w:tcPr>
            <w:tcW w:w="1964" w:type="dxa"/>
            <w:tcBorders>
              <w:top w:val="single" w:sz="4" w:space="0" w:color="auto"/>
              <w:left w:val="single" w:sz="4" w:space="0" w:color="auto"/>
              <w:bottom w:val="single" w:sz="4" w:space="0" w:color="auto"/>
              <w:right w:val="single" w:sz="4" w:space="0" w:color="auto"/>
            </w:tcBorders>
            <w:vAlign w:val="center"/>
          </w:tcPr>
          <w:p w14:paraId="4DECF89B" w14:textId="77777777" w:rsidR="004C684C" w:rsidRPr="007D40B3" w:rsidRDefault="004C684C" w:rsidP="004D2968">
            <w:pPr>
              <w:pStyle w:val="Antet"/>
              <w:rPr>
                <w:rFonts w:ascii="Times New Roman" w:hAnsi="Times New Roman"/>
              </w:rPr>
            </w:pPr>
            <w:r w:rsidRPr="007D40B3">
              <w:rPr>
                <w:rFonts w:ascii="Times New Roman" w:hAnsi="Times New Roman"/>
              </w:rPr>
              <w:t>Darie Dumitru</w:t>
            </w:r>
          </w:p>
        </w:tc>
        <w:tc>
          <w:tcPr>
            <w:tcW w:w="1701" w:type="dxa"/>
            <w:tcBorders>
              <w:top w:val="single" w:sz="4" w:space="0" w:color="auto"/>
              <w:left w:val="single" w:sz="4" w:space="0" w:color="auto"/>
              <w:bottom w:val="single" w:sz="4" w:space="0" w:color="auto"/>
              <w:right w:val="single" w:sz="4" w:space="0" w:color="auto"/>
            </w:tcBorders>
            <w:vAlign w:val="center"/>
          </w:tcPr>
          <w:p w14:paraId="170A20FC"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08.10.1965, Sat </w:t>
            </w:r>
            <w:proofErr w:type="spellStart"/>
            <w:r w:rsidRPr="007D40B3">
              <w:rPr>
                <w:rFonts w:ascii="Times New Roman" w:hAnsi="Times New Roman"/>
              </w:rPr>
              <w:t>Bozia</w:t>
            </w:r>
            <w:proofErr w:type="spellEnd"/>
            <w:r w:rsidRPr="007D40B3">
              <w:rPr>
                <w:rFonts w:ascii="Times New Roman" w:hAnsi="Times New Roman"/>
              </w:rPr>
              <w:t xml:space="preserve">,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r w:rsidRPr="007D40B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vAlign w:val="center"/>
          </w:tcPr>
          <w:p w14:paraId="7AA032BE"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Copăceana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EC7A300" w14:textId="77777777" w:rsidR="004C684C" w:rsidRPr="007D40B3" w:rsidRDefault="004C684C" w:rsidP="004D2968">
            <w:pPr>
              <w:pStyle w:val="Antet"/>
              <w:jc w:val="center"/>
              <w:rPr>
                <w:rFonts w:ascii="Times New Roman" w:hAnsi="Times New Roman"/>
              </w:rPr>
            </w:pPr>
            <w:r w:rsidRPr="007D40B3">
              <w:rPr>
                <w:rFonts w:ascii="Times New Roman" w:hAnsi="Times New Roman"/>
              </w:rPr>
              <w:t>1651008370017</w:t>
            </w:r>
          </w:p>
        </w:tc>
        <w:tc>
          <w:tcPr>
            <w:tcW w:w="2127" w:type="dxa"/>
            <w:vAlign w:val="center"/>
          </w:tcPr>
          <w:p w14:paraId="7BC51A20"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02127FA7"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2E84AB12" w14:textId="77777777" w:rsidR="004C684C" w:rsidRPr="007D40B3" w:rsidRDefault="004C684C" w:rsidP="004D2968">
            <w:pPr>
              <w:jc w:val="center"/>
              <w:rPr>
                <w:rFonts w:ascii="Times New Roman" w:hAnsi="Times New Roman"/>
              </w:rPr>
            </w:pPr>
            <w:r w:rsidRPr="007D40B3">
              <w:rPr>
                <w:rFonts w:ascii="Times New Roman" w:hAnsi="Times New Roman"/>
              </w:rPr>
              <w:t>17.</w:t>
            </w:r>
          </w:p>
        </w:tc>
        <w:tc>
          <w:tcPr>
            <w:tcW w:w="1964" w:type="dxa"/>
            <w:tcBorders>
              <w:top w:val="single" w:sz="4" w:space="0" w:color="auto"/>
              <w:left w:val="single" w:sz="4" w:space="0" w:color="auto"/>
              <w:bottom w:val="single" w:sz="4" w:space="0" w:color="auto"/>
              <w:right w:val="single" w:sz="4" w:space="0" w:color="auto"/>
            </w:tcBorders>
            <w:vAlign w:val="center"/>
          </w:tcPr>
          <w:p w14:paraId="32A3AAB4" w14:textId="77777777" w:rsidR="004C684C" w:rsidRPr="007D40B3" w:rsidRDefault="004C684C" w:rsidP="004D2968">
            <w:pPr>
              <w:pStyle w:val="Antet"/>
              <w:rPr>
                <w:rFonts w:ascii="Times New Roman" w:hAnsi="Times New Roman"/>
              </w:rPr>
            </w:pPr>
            <w:proofErr w:type="spellStart"/>
            <w:r w:rsidRPr="007D40B3">
              <w:rPr>
                <w:rFonts w:ascii="Times New Roman" w:hAnsi="Times New Roman"/>
              </w:rPr>
              <w:t>Ciocîrlan</w:t>
            </w:r>
            <w:proofErr w:type="spellEnd"/>
            <w:r w:rsidRPr="007D40B3">
              <w:rPr>
                <w:rFonts w:ascii="Times New Roman" w:hAnsi="Times New Roman"/>
              </w:rPr>
              <w:t xml:space="preserve"> Virgil</w:t>
            </w:r>
          </w:p>
        </w:tc>
        <w:tc>
          <w:tcPr>
            <w:tcW w:w="1701" w:type="dxa"/>
            <w:tcBorders>
              <w:top w:val="single" w:sz="4" w:space="0" w:color="auto"/>
              <w:left w:val="single" w:sz="4" w:space="0" w:color="auto"/>
              <w:bottom w:val="single" w:sz="4" w:space="0" w:color="auto"/>
              <w:right w:val="single" w:sz="4" w:space="0" w:color="auto"/>
            </w:tcBorders>
            <w:vAlign w:val="center"/>
          </w:tcPr>
          <w:p w14:paraId="4BD89B13"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28.04.1967,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4FC20004"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Bozia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0878AAB" w14:textId="77777777" w:rsidR="004C684C" w:rsidRPr="007D40B3" w:rsidRDefault="004C684C" w:rsidP="004D2968">
            <w:pPr>
              <w:pStyle w:val="Antet"/>
              <w:jc w:val="center"/>
              <w:rPr>
                <w:rFonts w:ascii="Times New Roman" w:hAnsi="Times New Roman"/>
              </w:rPr>
            </w:pPr>
            <w:r w:rsidRPr="007D40B3">
              <w:rPr>
                <w:rFonts w:ascii="Times New Roman" w:hAnsi="Times New Roman"/>
              </w:rPr>
              <w:t>1670428370026</w:t>
            </w:r>
          </w:p>
        </w:tc>
        <w:tc>
          <w:tcPr>
            <w:tcW w:w="2127" w:type="dxa"/>
            <w:vAlign w:val="center"/>
          </w:tcPr>
          <w:p w14:paraId="4ADFAD91"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31663B89"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1AB7D355" w14:textId="77777777" w:rsidR="004C684C" w:rsidRPr="007D40B3" w:rsidRDefault="004C684C" w:rsidP="004D2968">
            <w:pPr>
              <w:jc w:val="center"/>
              <w:rPr>
                <w:rFonts w:ascii="Times New Roman" w:hAnsi="Times New Roman"/>
              </w:rPr>
            </w:pPr>
            <w:r w:rsidRPr="007D40B3">
              <w:rPr>
                <w:rFonts w:ascii="Times New Roman" w:hAnsi="Times New Roman"/>
              </w:rPr>
              <w:t>18.</w:t>
            </w:r>
          </w:p>
        </w:tc>
        <w:tc>
          <w:tcPr>
            <w:tcW w:w="1964" w:type="dxa"/>
            <w:tcBorders>
              <w:top w:val="single" w:sz="4" w:space="0" w:color="auto"/>
              <w:left w:val="single" w:sz="4" w:space="0" w:color="auto"/>
              <w:bottom w:val="single" w:sz="4" w:space="0" w:color="auto"/>
              <w:right w:val="single" w:sz="4" w:space="0" w:color="auto"/>
            </w:tcBorders>
            <w:vAlign w:val="center"/>
          </w:tcPr>
          <w:p w14:paraId="1933170F" w14:textId="77777777" w:rsidR="004C684C" w:rsidRPr="007D40B3" w:rsidRDefault="004C684C" w:rsidP="004D2968">
            <w:pPr>
              <w:pStyle w:val="Antet"/>
              <w:rPr>
                <w:rFonts w:ascii="Times New Roman" w:hAnsi="Times New Roman"/>
              </w:rPr>
            </w:pPr>
            <w:r w:rsidRPr="007D40B3">
              <w:rPr>
                <w:rFonts w:ascii="Times New Roman" w:hAnsi="Times New Roman"/>
              </w:rPr>
              <w:t>Aldea Marcela</w:t>
            </w:r>
          </w:p>
        </w:tc>
        <w:tc>
          <w:tcPr>
            <w:tcW w:w="1701" w:type="dxa"/>
            <w:tcBorders>
              <w:top w:val="single" w:sz="4" w:space="0" w:color="auto"/>
              <w:left w:val="single" w:sz="4" w:space="0" w:color="auto"/>
              <w:bottom w:val="single" w:sz="4" w:space="0" w:color="auto"/>
              <w:right w:val="single" w:sz="4" w:space="0" w:color="auto"/>
            </w:tcBorders>
            <w:vAlign w:val="center"/>
          </w:tcPr>
          <w:p w14:paraId="58086740"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15.08.1981, </w:t>
            </w: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p w14:paraId="556DE30E" w14:textId="77777777" w:rsidR="004C684C" w:rsidRPr="007D40B3" w:rsidRDefault="004C684C" w:rsidP="004D2968">
            <w:pPr>
              <w:pStyle w:val="Antet"/>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vAlign w:val="center"/>
          </w:tcPr>
          <w:p w14:paraId="73AC83FF"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C50CDC4" w14:textId="77777777" w:rsidR="004C684C" w:rsidRPr="007D40B3" w:rsidRDefault="004C684C" w:rsidP="004D2968">
            <w:pPr>
              <w:pStyle w:val="Antet"/>
              <w:jc w:val="center"/>
              <w:rPr>
                <w:rFonts w:ascii="Times New Roman" w:hAnsi="Times New Roman"/>
              </w:rPr>
            </w:pPr>
            <w:r w:rsidRPr="007D40B3">
              <w:rPr>
                <w:rFonts w:ascii="Times New Roman" w:hAnsi="Times New Roman"/>
              </w:rPr>
              <w:t>2810815371691</w:t>
            </w:r>
          </w:p>
        </w:tc>
        <w:tc>
          <w:tcPr>
            <w:tcW w:w="2127" w:type="dxa"/>
            <w:vAlign w:val="center"/>
          </w:tcPr>
          <w:p w14:paraId="02F2A30F"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70397C61"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A06BC62" w14:textId="77777777" w:rsidR="004C684C" w:rsidRPr="007D40B3" w:rsidRDefault="004C684C" w:rsidP="004D2968">
            <w:pPr>
              <w:jc w:val="center"/>
              <w:rPr>
                <w:rFonts w:ascii="Times New Roman" w:hAnsi="Times New Roman"/>
              </w:rPr>
            </w:pPr>
            <w:r w:rsidRPr="007D40B3">
              <w:rPr>
                <w:rFonts w:ascii="Times New Roman" w:hAnsi="Times New Roman"/>
              </w:rPr>
              <w:t>19.</w:t>
            </w:r>
          </w:p>
        </w:tc>
        <w:tc>
          <w:tcPr>
            <w:tcW w:w="1964" w:type="dxa"/>
            <w:tcBorders>
              <w:top w:val="single" w:sz="4" w:space="0" w:color="auto"/>
              <w:left w:val="single" w:sz="4" w:space="0" w:color="auto"/>
              <w:bottom w:val="single" w:sz="4" w:space="0" w:color="auto"/>
              <w:right w:val="single" w:sz="4" w:space="0" w:color="auto"/>
            </w:tcBorders>
            <w:vAlign w:val="center"/>
          </w:tcPr>
          <w:p w14:paraId="2F75BC44" w14:textId="77777777" w:rsidR="004C684C" w:rsidRPr="007D40B3" w:rsidRDefault="004C684C" w:rsidP="004D2968">
            <w:pPr>
              <w:pStyle w:val="Antet"/>
              <w:rPr>
                <w:rFonts w:ascii="Times New Roman" w:hAnsi="Times New Roman"/>
              </w:rPr>
            </w:pPr>
            <w:r w:rsidRPr="007D40B3">
              <w:rPr>
                <w:rFonts w:ascii="Times New Roman" w:hAnsi="Times New Roman"/>
              </w:rPr>
              <w:t>Florea Nelu</w:t>
            </w:r>
          </w:p>
        </w:tc>
        <w:tc>
          <w:tcPr>
            <w:tcW w:w="1701" w:type="dxa"/>
            <w:tcBorders>
              <w:top w:val="single" w:sz="4" w:space="0" w:color="auto"/>
              <w:left w:val="single" w:sz="4" w:space="0" w:color="auto"/>
              <w:bottom w:val="single" w:sz="4" w:space="0" w:color="auto"/>
              <w:right w:val="single" w:sz="4" w:space="0" w:color="auto"/>
            </w:tcBorders>
            <w:vAlign w:val="center"/>
          </w:tcPr>
          <w:p w14:paraId="52C44D2D" w14:textId="77777777" w:rsidR="004C684C" w:rsidRPr="007D40B3" w:rsidRDefault="004C684C" w:rsidP="004D2968">
            <w:pPr>
              <w:pStyle w:val="Antet"/>
              <w:jc w:val="center"/>
              <w:rPr>
                <w:rFonts w:ascii="Times New Roman" w:hAnsi="Times New Roman"/>
              </w:rPr>
            </w:pPr>
            <w:r w:rsidRPr="007D40B3">
              <w:rPr>
                <w:rFonts w:ascii="Times New Roman" w:hAnsi="Times New Roman"/>
              </w:rPr>
              <w:t>09.08.1965</w:t>
            </w:r>
          </w:p>
          <w:p w14:paraId="4FD19455" w14:textId="77777777" w:rsidR="004C684C" w:rsidRPr="007D40B3" w:rsidRDefault="004C684C" w:rsidP="004D2968">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36346AAE"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3ED5AF9" w14:textId="77777777" w:rsidR="004C684C" w:rsidRPr="007D40B3" w:rsidRDefault="004C684C" w:rsidP="004D2968">
            <w:pPr>
              <w:pStyle w:val="Antet"/>
              <w:jc w:val="center"/>
              <w:rPr>
                <w:rFonts w:ascii="Times New Roman" w:hAnsi="Times New Roman"/>
              </w:rPr>
            </w:pPr>
            <w:r w:rsidRPr="007D40B3">
              <w:rPr>
                <w:rFonts w:ascii="Times New Roman" w:hAnsi="Times New Roman"/>
              </w:rPr>
              <w:t>1650809376043</w:t>
            </w:r>
          </w:p>
        </w:tc>
        <w:tc>
          <w:tcPr>
            <w:tcW w:w="2127" w:type="dxa"/>
            <w:vAlign w:val="center"/>
          </w:tcPr>
          <w:p w14:paraId="13C7BA0F"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1A6600AD"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8659883" w14:textId="77777777" w:rsidR="004C684C" w:rsidRPr="007D40B3" w:rsidRDefault="004C684C" w:rsidP="004D2968">
            <w:pPr>
              <w:jc w:val="center"/>
              <w:rPr>
                <w:rFonts w:ascii="Times New Roman" w:hAnsi="Times New Roman"/>
              </w:rPr>
            </w:pPr>
            <w:r w:rsidRPr="007D40B3">
              <w:rPr>
                <w:rFonts w:ascii="Times New Roman" w:hAnsi="Times New Roman"/>
              </w:rPr>
              <w:lastRenderedPageBreak/>
              <w:t>20.</w:t>
            </w:r>
          </w:p>
        </w:tc>
        <w:tc>
          <w:tcPr>
            <w:tcW w:w="1964" w:type="dxa"/>
            <w:tcBorders>
              <w:top w:val="single" w:sz="4" w:space="0" w:color="auto"/>
              <w:left w:val="single" w:sz="4" w:space="0" w:color="auto"/>
              <w:bottom w:val="single" w:sz="4" w:space="0" w:color="auto"/>
              <w:right w:val="single" w:sz="4" w:space="0" w:color="auto"/>
            </w:tcBorders>
            <w:vAlign w:val="center"/>
          </w:tcPr>
          <w:p w14:paraId="1C98BC6C" w14:textId="77777777" w:rsidR="004C684C" w:rsidRPr="007D40B3" w:rsidRDefault="004C684C" w:rsidP="004D2968">
            <w:pPr>
              <w:pStyle w:val="Antet"/>
              <w:rPr>
                <w:rFonts w:ascii="Times New Roman" w:hAnsi="Times New Roman"/>
              </w:rPr>
            </w:pPr>
            <w:r w:rsidRPr="007D40B3">
              <w:rPr>
                <w:rFonts w:ascii="Times New Roman" w:hAnsi="Times New Roman"/>
              </w:rPr>
              <w:t>Ursu Gelu-</w:t>
            </w:r>
            <w:proofErr w:type="spellStart"/>
            <w:r w:rsidRPr="007D40B3">
              <w:rPr>
                <w:rFonts w:ascii="Times New Roman" w:hAnsi="Times New Roman"/>
              </w:rPr>
              <w:t>Profirel</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2A81451E" w14:textId="77777777" w:rsidR="004C684C" w:rsidRPr="007D40B3" w:rsidRDefault="004C684C" w:rsidP="004D2968">
            <w:pPr>
              <w:pStyle w:val="Antet"/>
              <w:jc w:val="center"/>
              <w:rPr>
                <w:rFonts w:ascii="Times New Roman" w:hAnsi="Times New Roman"/>
              </w:rPr>
            </w:pPr>
            <w:r w:rsidRPr="007D40B3">
              <w:rPr>
                <w:rFonts w:ascii="Times New Roman" w:hAnsi="Times New Roman"/>
              </w:rPr>
              <w:t>18.05.1975</w:t>
            </w:r>
          </w:p>
          <w:p w14:paraId="3C45471F" w14:textId="77777777" w:rsidR="004C684C" w:rsidRPr="007D40B3" w:rsidRDefault="004C684C" w:rsidP="004D2968">
            <w:pPr>
              <w:pStyle w:val="Antet"/>
              <w:jc w:val="center"/>
              <w:rPr>
                <w:rFonts w:ascii="Times New Roman" w:hAnsi="Times New Roman"/>
                <w:b/>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48C64515"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95501C7" w14:textId="77777777" w:rsidR="004C684C" w:rsidRPr="007D40B3" w:rsidRDefault="004C684C" w:rsidP="004D2968">
            <w:pPr>
              <w:pStyle w:val="Antet"/>
              <w:jc w:val="center"/>
              <w:rPr>
                <w:rFonts w:ascii="Times New Roman" w:hAnsi="Times New Roman"/>
              </w:rPr>
            </w:pPr>
            <w:r w:rsidRPr="007D40B3">
              <w:rPr>
                <w:rFonts w:ascii="Times New Roman" w:hAnsi="Times New Roman"/>
              </w:rPr>
              <w:t>1750518376041</w:t>
            </w:r>
          </w:p>
        </w:tc>
        <w:tc>
          <w:tcPr>
            <w:tcW w:w="2127" w:type="dxa"/>
            <w:vAlign w:val="center"/>
          </w:tcPr>
          <w:p w14:paraId="4D32369D"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45B3D5D3"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634A5F1" w14:textId="77777777" w:rsidR="004C684C" w:rsidRPr="007D40B3" w:rsidRDefault="004C684C" w:rsidP="004D2968">
            <w:pPr>
              <w:jc w:val="center"/>
              <w:rPr>
                <w:rFonts w:ascii="Times New Roman" w:hAnsi="Times New Roman"/>
              </w:rPr>
            </w:pPr>
            <w:r w:rsidRPr="007D40B3">
              <w:rPr>
                <w:rFonts w:ascii="Times New Roman" w:hAnsi="Times New Roman"/>
              </w:rPr>
              <w:t>21.</w:t>
            </w:r>
          </w:p>
        </w:tc>
        <w:tc>
          <w:tcPr>
            <w:tcW w:w="1964" w:type="dxa"/>
            <w:tcBorders>
              <w:top w:val="single" w:sz="4" w:space="0" w:color="auto"/>
              <w:left w:val="single" w:sz="4" w:space="0" w:color="auto"/>
              <w:bottom w:val="single" w:sz="4" w:space="0" w:color="auto"/>
              <w:right w:val="single" w:sz="4" w:space="0" w:color="auto"/>
            </w:tcBorders>
            <w:vAlign w:val="center"/>
          </w:tcPr>
          <w:p w14:paraId="3CCEF820" w14:textId="77777777" w:rsidR="004C684C" w:rsidRPr="007D40B3" w:rsidRDefault="004C684C" w:rsidP="004D2968">
            <w:pPr>
              <w:pStyle w:val="Antet"/>
              <w:rPr>
                <w:rFonts w:ascii="Times New Roman" w:hAnsi="Times New Roman"/>
              </w:rPr>
            </w:pPr>
            <w:proofErr w:type="spellStart"/>
            <w:r w:rsidRPr="007D40B3">
              <w:rPr>
                <w:rFonts w:ascii="Times New Roman" w:hAnsi="Times New Roman"/>
              </w:rPr>
              <w:t>Săvuca</w:t>
            </w:r>
            <w:proofErr w:type="spellEnd"/>
            <w:r w:rsidRPr="007D40B3">
              <w:rPr>
                <w:rFonts w:ascii="Times New Roman" w:hAnsi="Times New Roman"/>
              </w:rPr>
              <w:t xml:space="preserve"> Daniel</w:t>
            </w:r>
          </w:p>
        </w:tc>
        <w:tc>
          <w:tcPr>
            <w:tcW w:w="1701" w:type="dxa"/>
            <w:tcBorders>
              <w:top w:val="single" w:sz="4" w:space="0" w:color="auto"/>
              <w:left w:val="single" w:sz="4" w:space="0" w:color="auto"/>
              <w:bottom w:val="single" w:sz="4" w:space="0" w:color="auto"/>
              <w:right w:val="single" w:sz="4" w:space="0" w:color="auto"/>
            </w:tcBorders>
            <w:vAlign w:val="center"/>
          </w:tcPr>
          <w:p w14:paraId="6B11BAD7"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01.11.1970,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r w:rsidRPr="007D40B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vAlign w:val="center"/>
          </w:tcPr>
          <w:p w14:paraId="2239B46E"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ACBB036" w14:textId="77777777" w:rsidR="004C684C" w:rsidRPr="007D40B3" w:rsidRDefault="004C684C" w:rsidP="004D2968">
            <w:pPr>
              <w:pStyle w:val="Antet"/>
              <w:jc w:val="center"/>
              <w:rPr>
                <w:rFonts w:ascii="Times New Roman" w:hAnsi="Times New Roman"/>
              </w:rPr>
            </w:pPr>
            <w:r w:rsidRPr="007D40B3">
              <w:rPr>
                <w:rFonts w:ascii="Times New Roman" w:hAnsi="Times New Roman"/>
              </w:rPr>
              <w:t>1701101370017</w:t>
            </w:r>
          </w:p>
        </w:tc>
        <w:tc>
          <w:tcPr>
            <w:tcW w:w="2127" w:type="dxa"/>
            <w:vAlign w:val="center"/>
          </w:tcPr>
          <w:p w14:paraId="1333CFB4"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r w:rsidR="004C684C" w:rsidRPr="007D40B3" w14:paraId="69A85DD1" w14:textId="77777777" w:rsidTr="004D2968">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1F1EEAA7" w14:textId="77777777" w:rsidR="004C684C" w:rsidRPr="007D40B3" w:rsidRDefault="004C684C" w:rsidP="004D2968">
            <w:pPr>
              <w:jc w:val="center"/>
              <w:rPr>
                <w:rFonts w:ascii="Times New Roman" w:hAnsi="Times New Roman"/>
              </w:rPr>
            </w:pPr>
            <w:r w:rsidRPr="007D40B3">
              <w:rPr>
                <w:rFonts w:ascii="Times New Roman" w:hAnsi="Times New Roman"/>
              </w:rPr>
              <w:t>22.</w:t>
            </w:r>
          </w:p>
        </w:tc>
        <w:tc>
          <w:tcPr>
            <w:tcW w:w="1964" w:type="dxa"/>
            <w:tcBorders>
              <w:top w:val="single" w:sz="4" w:space="0" w:color="auto"/>
              <w:left w:val="single" w:sz="4" w:space="0" w:color="auto"/>
              <w:bottom w:val="single" w:sz="4" w:space="0" w:color="auto"/>
              <w:right w:val="single" w:sz="4" w:space="0" w:color="auto"/>
            </w:tcBorders>
            <w:vAlign w:val="center"/>
          </w:tcPr>
          <w:p w14:paraId="001CCAD5" w14:textId="77777777" w:rsidR="004C684C" w:rsidRPr="007D40B3" w:rsidRDefault="004C684C" w:rsidP="004D2968">
            <w:pPr>
              <w:pStyle w:val="Antet"/>
              <w:rPr>
                <w:rFonts w:ascii="Times New Roman" w:hAnsi="Times New Roman"/>
              </w:rPr>
            </w:pPr>
            <w:r w:rsidRPr="007D40B3">
              <w:rPr>
                <w:rFonts w:ascii="Times New Roman" w:hAnsi="Times New Roman"/>
              </w:rPr>
              <w:t>Prodan Alina Elena</w:t>
            </w:r>
          </w:p>
        </w:tc>
        <w:tc>
          <w:tcPr>
            <w:tcW w:w="1701" w:type="dxa"/>
            <w:tcBorders>
              <w:top w:val="single" w:sz="4" w:space="0" w:color="auto"/>
              <w:left w:val="single" w:sz="4" w:space="0" w:color="auto"/>
              <w:bottom w:val="single" w:sz="4" w:space="0" w:color="auto"/>
              <w:right w:val="single" w:sz="4" w:space="0" w:color="auto"/>
            </w:tcBorders>
            <w:vAlign w:val="center"/>
          </w:tcPr>
          <w:p w14:paraId="6B9E0FC3"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11.11.1980, mun. Iasi,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9CFA97F" w14:textId="77777777" w:rsidR="004C684C" w:rsidRPr="007D40B3" w:rsidRDefault="004C684C" w:rsidP="004D2968">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EA64687" w14:textId="77777777" w:rsidR="004C684C" w:rsidRPr="007D40B3" w:rsidRDefault="004C684C" w:rsidP="004D2968">
            <w:pPr>
              <w:pStyle w:val="Antet"/>
              <w:jc w:val="center"/>
              <w:rPr>
                <w:rFonts w:ascii="Times New Roman" w:hAnsi="Times New Roman"/>
              </w:rPr>
            </w:pPr>
            <w:r w:rsidRPr="007D40B3">
              <w:rPr>
                <w:rFonts w:ascii="Times New Roman" w:hAnsi="Times New Roman"/>
              </w:rPr>
              <w:t>2801111226707</w:t>
            </w:r>
          </w:p>
        </w:tc>
        <w:tc>
          <w:tcPr>
            <w:tcW w:w="2127" w:type="dxa"/>
            <w:vAlign w:val="center"/>
          </w:tcPr>
          <w:p w14:paraId="6BEC7744" w14:textId="77777777" w:rsidR="004C684C" w:rsidRPr="007D40B3" w:rsidRDefault="004C684C" w:rsidP="004D2968">
            <w:pPr>
              <w:jc w:val="center"/>
              <w:rPr>
                <w:rFonts w:ascii="Times New Roman" w:hAnsi="Times New Roman"/>
              </w:rPr>
            </w:pPr>
            <w:proofErr w:type="spellStart"/>
            <w:r w:rsidRPr="007D40B3">
              <w:rPr>
                <w:rFonts w:ascii="Times New Roman" w:hAnsi="Times New Roman"/>
              </w:rPr>
              <w:t>Consilier</w:t>
            </w:r>
            <w:proofErr w:type="spellEnd"/>
            <w:r w:rsidRPr="007D40B3">
              <w:rPr>
                <w:rFonts w:ascii="Times New Roman" w:hAnsi="Times New Roman"/>
              </w:rPr>
              <w:t xml:space="preserve"> local</w:t>
            </w:r>
          </w:p>
        </w:tc>
      </w:tr>
    </w:tbl>
    <w:p w14:paraId="7B240D57" w14:textId="77777777" w:rsidR="004C684C" w:rsidRPr="007D40B3" w:rsidRDefault="004C684C" w:rsidP="004C684C">
      <w:pPr>
        <w:pStyle w:val="Corptext"/>
        <w:tabs>
          <w:tab w:val="left" w:pos="720"/>
          <w:tab w:val="left" w:leader="underscore" w:pos="5266"/>
        </w:tabs>
        <w:spacing w:after="0" w:line="360" w:lineRule="auto"/>
        <w:ind w:firstLine="780"/>
        <w:rPr>
          <w:rFonts w:ascii="Times New Roman" w:hAnsi="Times New Roman"/>
        </w:rPr>
      </w:pPr>
    </w:p>
    <w:p w14:paraId="3120AA75" w14:textId="77777777" w:rsidR="004C684C" w:rsidRPr="007D40B3" w:rsidRDefault="004C684C" w:rsidP="004C684C">
      <w:pPr>
        <w:pStyle w:val="Corptext"/>
        <w:spacing w:after="0"/>
        <w:ind w:firstLine="720"/>
        <w:jc w:val="both"/>
        <w:rPr>
          <w:rFonts w:ascii="Times New Roman" w:hAnsi="Times New Roman"/>
        </w:rPr>
      </w:pPr>
      <w:r w:rsidRPr="007D40B3">
        <w:rPr>
          <w:rFonts w:ascii="Times New Roman" w:hAnsi="Times New Roman"/>
        </w:rPr>
        <w:t xml:space="preserve">Subsemnatul, </w:t>
      </w:r>
      <w:proofErr w:type="spellStart"/>
      <w:r w:rsidRPr="007D40B3">
        <w:rPr>
          <w:rFonts w:ascii="Times New Roman" w:hAnsi="Times New Roman"/>
        </w:rPr>
        <w:t>declar</w:t>
      </w:r>
      <w:proofErr w:type="spellEnd"/>
      <w:r w:rsidRPr="007D40B3">
        <w:rPr>
          <w:rFonts w:ascii="Times New Roman" w:hAnsi="Times New Roman"/>
        </w:rPr>
        <w:t xml:space="preserve"> </w:t>
      </w:r>
      <w:proofErr w:type="spellStart"/>
      <w:r w:rsidRPr="007D40B3">
        <w:rPr>
          <w:rFonts w:ascii="Times New Roman" w:hAnsi="Times New Roman"/>
        </w:rPr>
        <w:t>că</w:t>
      </w:r>
      <w:proofErr w:type="spellEnd"/>
      <w:r w:rsidRPr="007D40B3">
        <w:rPr>
          <w:rFonts w:ascii="Times New Roman" w:hAnsi="Times New Roman"/>
        </w:rPr>
        <w:t xml:space="preserve"> </w:t>
      </w:r>
      <w:proofErr w:type="spellStart"/>
      <w:r w:rsidRPr="007D40B3">
        <w:rPr>
          <w:rFonts w:ascii="Times New Roman" w:hAnsi="Times New Roman"/>
        </w:rPr>
        <w:t>informațiile</w:t>
      </w:r>
      <w:proofErr w:type="spellEnd"/>
      <w:r w:rsidRPr="007D40B3">
        <w:rPr>
          <w:rFonts w:ascii="Times New Roman" w:hAnsi="Times New Roman"/>
        </w:rPr>
        <w:t xml:space="preserve"> </w:t>
      </w:r>
      <w:proofErr w:type="spellStart"/>
      <w:r w:rsidRPr="007D40B3">
        <w:rPr>
          <w:rFonts w:ascii="Times New Roman" w:hAnsi="Times New Roman"/>
        </w:rPr>
        <w:t>furnizate</w:t>
      </w:r>
      <w:proofErr w:type="spellEnd"/>
      <w:r w:rsidRPr="007D40B3">
        <w:rPr>
          <w:rFonts w:ascii="Times New Roman" w:hAnsi="Times New Roman"/>
        </w:rPr>
        <w:t xml:space="preserve"> sunt complete </w:t>
      </w:r>
      <w:proofErr w:type="spellStart"/>
      <w:r w:rsidRPr="007D40B3">
        <w:rPr>
          <w:rFonts w:ascii="Times New Roman" w:hAnsi="Times New Roman"/>
        </w:rPr>
        <w:t>și</w:t>
      </w:r>
      <w:proofErr w:type="spellEnd"/>
      <w:r w:rsidRPr="007D40B3">
        <w:rPr>
          <w:rFonts w:ascii="Times New Roman" w:hAnsi="Times New Roman"/>
        </w:rPr>
        <w:t xml:space="preserve"> </w:t>
      </w:r>
      <w:proofErr w:type="spellStart"/>
      <w:r w:rsidRPr="007D40B3">
        <w:rPr>
          <w:rFonts w:ascii="Times New Roman" w:hAnsi="Times New Roman"/>
        </w:rPr>
        <w:t>corecte</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fiecare</w:t>
      </w:r>
      <w:proofErr w:type="spellEnd"/>
      <w:r w:rsidRPr="007D40B3">
        <w:rPr>
          <w:rFonts w:ascii="Times New Roman" w:hAnsi="Times New Roman"/>
        </w:rPr>
        <w:t xml:space="preserve"> </w:t>
      </w:r>
      <w:proofErr w:type="spellStart"/>
      <w:r w:rsidRPr="007D40B3">
        <w:rPr>
          <w:rFonts w:ascii="Times New Roman" w:hAnsi="Times New Roman"/>
        </w:rPr>
        <w:t>detaliu</w:t>
      </w:r>
      <w:proofErr w:type="spellEnd"/>
      <w:r w:rsidRPr="007D40B3">
        <w:rPr>
          <w:rFonts w:ascii="Times New Roman" w:hAnsi="Times New Roman"/>
        </w:rPr>
        <w:t xml:space="preserve"> </w:t>
      </w:r>
      <w:proofErr w:type="spellStart"/>
      <w:r w:rsidRPr="007D40B3">
        <w:rPr>
          <w:rFonts w:ascii="Times New Roman" w:hAnsi="Times New Roman"/>
        </w:rPr>
        <w:t>și</w:t>
      </w:r>
      <w:proofErr w:type="spellEnd"/>
      <w:r w:rsidRPr="007D40B3">
        <w:rPr>
          <w:rFonts w:ascii="Times New Roman" w:hAnsi="Times New Roman"/>
        </w:rPr>
        <w:t xml:space="preserve"> </w:t>
      </w:r>
      <w:proofErr w:type="spellStart"/>
      <w:r w:rsidRPr="007D40B3">
        <w:rPr>
          <w:rFonts w:ascii="Times New Roman" w:hAnsi="Times New Roman"/>
        </w:rPr>
        <w:t>înțeleg</w:t>
      </w:r>
      <w:proofErr w:type="spellEnd"/>
      <w:r w:rsidRPr="007D40B3">
        <w:rPr>
          <w:rFonts w:ascii="Times New Roman" w:hAnsi="Times New Roman"/>
        </w:rPr>
        <w:t xml:space="preserve"> </w:t>
      </w:r>
      <w:proofErr w:type="spellStart"/>
      <w:r w:rsidRPr="007D40B3">
        <w:rPr>
          <w:rFonts w:ascii="Times New Roman" w:hAnsi="Times New Roman"/>
        </w:rPr>
        <w:t>că</w:t>
      </w:r>
      <w:proofErr w:type="spellEnd"/>
      <w:r w:rsidRPr="007D40B3">
        <w:rPr>
          <w:rFonts w:ascii="Times New Roman" w:hAnsi="Times New Roman"/>
        </w:rPr>
        <w:t xml:space="preserve"> </w:t>
      </w:r>
      <w:proofErr w:type="spellStart"/>
      <w:r w:rsidRPr="007D40B3">
        <w:rPr>
          <w:rFonts w:ascii="Times New Roman" w:hAnsi="Times New Roman"/>
        </w:rPr>
        <w:t>Autoritatea</w:t>
      </w:r>
      <w:proofErr w:type="spellEnd"/>
      <w:r w:rsidRPr="007D40B3">
        <w:rPr>
          <w:rFonts w:ascii="Times New Roman" w:hAnsi="Times New Roman"/>
        </w:rPr>
        <w:t xml:space="preserve"> </w:t>
      </w:r>
      <w:proofErr w:type="spellStart"/>
      <w:r w:rsidRPr="007D40B3">
        <w:rPr>
          <w:rFonts w:ascii="Times New Roman" w:hAnsi="Times New Roman"/>
        </w:rPr>
        <w:t>Contractantă</w:t>
      </w:r>
      <w:proofErr w:type="spellEnd"/>
      <w:r w:rsidRPr="007D40B3">
        <w:rPr>
          <w:rFonts w:ascii="Times New Roman" w:hAnsi="Times New Roman"/>
        </w:rPr>
        <w:t xml:space="preserve"> are </w:t>
      </w:r>
      <w:proofErr w:type="spellStart"/>
      <w:r w:rsidRPr="007D40B3">
        <w:rPr>
          <w:rFonts w:ascii="Times New Roman" w:hAnsi="Times New Roman"/>
        </w:rPr>
        <w:t>dreptul</w:t>
      </w:r>
      <w:proofErr w:type="spellEnd"/>
      <w:r w:rsidRPr="007D40B3">
        <w:rPr>
          <w:rFonts w:ascii="Times New Roman" w:hAnsi="Times New Roman"/>
        </w:rPr>
        <w:t xml:space="preserve"> de a </w:t>
      </w:r>
      <w:proofErr w:type="spellStart"/>
      <w:r w:rsidRPr="007D40B3">
        <w:rPr>
          <w:rFonts w:ascii="Times New Roman" w:hAnsi="Times New Roman"/>
        </w:rPr>
        <w:t>solicita</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scopul</w:t>
      </w:r>
      <w:proofErr w:type="spellEnd"/>
      <w:r w:rsidRPr="007D40B3">
        <w:rPr>
          <w:rFonts w:ascii="Times New Roman" w:hAnsi="Times New Roman"/>
        </w:rPr>
        <w:t xml:space="preserve"> </w:t>
      </w:r>
      <w:proofErr w:type="spellStart"/>
      <w:r w:rsidRPr="007D40B3">
        <w:rPr>
          <w:rFonts w:ascii="Times New Roman" w:hAnsi="Times New Roman"/>
        </w:rPr>
        <w:t>verificării</w:t>
      </w:r>
      <w:proofErr w:type="spellEnd"/>
      <w:r w:rsidRPr="007D40B3">
        <w:rPr>
          <w:rFonts w:ascii="Times New Roman" w:hAnsi="Times New Roman"/>
        </w:rPr>
        <w:t xml:space="preserve"> </w:t>
      </w:r>
      <w:proofErr w:type="spellStart"/>
      <w:r w:rsidRPr="007D40B3">
        <w:rPr>
          <w:rFonts w:ascii="Times New Roman" w:hAnsi="Times New Roman"/>
        </w:rPr>
        <w:t>și</w:t>
      </w:r>
      <w:proofErr w:type="spellEnd"/>
      <w:r w:rsidRPr="007D40B3">
        <w:rPr>
          <w:rFonts w:ascii="Times New Roman" w:hAnsi="Times New Roman"/>
        </w:rPr>
        <w:t xml:space="preserve"> </w:t>
      </w:r>
      <w:proofErr w:type="spellStart"/>
      <w:r w:rsidRPr="007D40B3">
        <w:rPr>
          <w:rFonts w:ascii="Times New Roman" w:hAnsi="Times New Roman"/>
        </w:rPr>
        <w:t>confirmării</w:t>
      </w:r>
      <w:proofErr w:type="spellEnd"/>
      <w:r w:rsidRPr="007D40B3">
        <w:rPr>
          <w:rFonts w:ascii="Times New Roman" w:hAnsi="Times New Roman"/>
        </w:rPr>
        <w:t xml:space="preserve"> </w:t>
      </w:r>
      <w:proofErr w:type="spellStart"/>
      <w:r w:rsidRPr="007D40B3">
        <w:rPr>
          <w:rFonts w:ascii="Times New Roman" w:hAnsi="Times New Roman"/>
        </w:rPr>
        <w:t>declarațiilor</w:t>
      </w:r>
      <w:proofErr w:type="spellEnd"/>
      <w:r w:rsidRPr="007D40B3">
        <w:rPr>
          <w:rFonts w:ascii="Times New Roman" w:hAnsi="Times New Roman"/>
        </w:rPr>
        <w:t xml:space="preserve">, </w:t>
      </w:r>
      <w:proofErr w:type="spellStart"/>
      <w:r w:rsidRPr="007D40B3">
        <w:rPr>
          <w:rFonts w:ascii="Times New Roman" w:hAnsi="Times New Roman"/>
        </w:rPr>
        <w:t>orice</w:t>
      </w:r>
      <w:proofErr w:type="spellEnd"/>
      <w:r w:rsidRPr="007D40B3">
        <w:rPr>
          <w:rFonts w:ascii="Times New Roman" w:hAnsi="Times New Roman"/>
        </w:rPr>
        <w:t xml:space="preserve"> </w:t>
      </w:r>
      <w:proofErr w:type="spellStart"/>
      <w:r w:rsidRPr="007D40B3">
        <w:rPr>
          <w:rFonts w:ascii="Times New Roman" w:hAnsi="Times New Roman"/>
        </w:rPr>
        <w:t>documente</w:t>
      </w:r>
      <w:proofErr w:type="spellEnd"/>
      <w:r w:rsidRPr="007D40B3">
        <w:rPr>
          <w:rFonts w:ascii="Times New Roman" w:hAnsi="Times New Roman"/>
        </w:rPr>
        <w:t xml:space="preserve"> </w:t>
      </w:r>
      <w:proofErr w:type="spellStart"/>
      <w:r w:rsidRPr="007D40B3">
        <w:rPr>
          <w:rFonts w:ascii="Times New Roman" w:hAnsi="Times New Roman"/>
        </w:rPr>
        <w:t>doveditoare</w:t>
      </w:r>
      <w:proofErr w:type="spellEnd"/>
      <w:r w:rsidRPr="007D40B3">
        <w:rPr>
          <w:rFonts w:ascii="Times New Roman" w:hAnsi="Times New Roman"/>
        </w:rPr>
        <w:t xml:space="preserve"> de care </w:t>
      </w:r>
      <w:proofErr w:type="spellStart"/>
      <w:r w:rsidRPr="007D40B3">
        <w:rPr>
          <w:rFonts w:ascii="Times New Roman" w:hAnsi="Times New Roman"/>
        </w:rPr>
        <w:t>dispun</w:t>
      </w:r>
      <w:proofErr w:type="spellEnd"/>
      <w:r w:rsidRPr="007D40B3">
        <w:rPr>
          <w:rFonts w:ascii="Times New Roman" w:hAnsi="Times New Roman"/>
        </w:rPr>
        <w:t>.</w:t>
      </w:r>
    </w:p>
    <w:p w14:paraId="4D381B0D" w14:textId="77777777" w:rsidR="004C684C" w:rsidRPr="007D40B3" w:rsidRDefault="004C684C" w:rsidP="004C684C">
      <w:pPr>
        <w:pStyle w:val="Corptext"/>
        <w:spacing w:after="0"/>
        <w:ind w:firstLine="720"/>
        <w:jc w:val="both"/>
        <w:rPr>
          <w:rFonts w:ascii="Times New Roman" w:hAnsi="Times New Roman"/>
        </w:rPr>
      </w:pPr>
      <w:proofErr w:type="spellStart"/>
      <w:r w:rsidRPr="007D40B3">
        <w:rPr>
          <w:rFonts w:ascii="Times New Roman" w:hAnsi="Times New Roman"/>
        </w:rPr>
        <w:t>Înțeleg</w:t>
      </w:r>
      <w:proofErr w:type="spellEnd"/>
      <w:r w:rsidRPr="007D40B3">
        <w:rPr>
          <w:rFonts w:ascii="Times New Roman" w:hAnsi="Times New Roman"/>
        </w:rPr>
        <w:t xml:space="preserve"> </w:t>
      </w:r>
      <w:proofErr w:type="spellStart"/>
      <w:r w:rsidRPr="007D40B3">
        <w:rPr>
          <w:rFonts w:ascii="Times New Roman" w:hAnsi="Times New Roman"/>
        </w:rPr>
        <w:t>că</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cazul</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care </w:t>
      </w:r>
      <w:proofErr w:type="spellStart"/>
      <w:r w:rsidRPr="007D40B3">
        <w:rPr>
          <w:rFonts w:ascii="Times New Roman" w:hAnsi="Times New Roman"/>
        </w:rPr>
        <w:t>această</w:t>
      </w:r>
      <w:proofErr w:type="spellEnd"/>
      <w:r w:rsidRPr="007D40B3">
        <w:rPr>
          <w:rFonts w:ascii="Times New Roman" w:hAnsi="Times New Roman"/>
        </w:rPr>
        <w:t xml:space="preserve"> </w:t>
      </w:r>
      <w:proofErr w:type="spellStart"/>
      <w:r w:rsidRPr="007D40B3">
        <w:rPr>
          <w:rFonts w:ascii="Times New Roman" w:hAnsi="Times New Roman"/>
        </w:rPr>
        <w:t>declarație</w:t>
      </w:r>
      <w:proofErr w:type="spellEnd"/>
      <w:r w:rsidRPr="007D40B3">
        <w:rPr>
          <w:rFonts w:ascii="Times New Roman" w:hAnsi="Times New Roman"/>
        </w:rPr>
        <w:t xml:space="preserve"> nu </w:t>
      </w:r>
      <w:proofErr w:type="spellStart"/>
      <w:r w:rsidRPr="007D40B3">
        <w:rPr>
          <w:rFonts w:ascii="Times New Roman" w:hAnsi="Times New Roman"/>
        </w:rPr>
        <w:t>este</w:t>
      </w:r>
      <w:proofErr w:type="spellEnd"/>
      <w:r w:rsidRPr="007D40B3">
        <w:rPr>
          <w:rFonts w:ascii="Times New Roman" w:hAnsi="Times New Roman"/>
        </w:rPr>
        <w:t xml:space="preserve"> </w:t>
      </w:r>
      <w:proofErr w:type="spellStart"/>
      <w:r w:rsidRPr="007D40B3">
        <w:rPr>
          <w:rFonts w:ascii="Times New Roman" w:hAnsi="Times New Roman"/>
        </w:rPr>
        <w:t>conformă</w:t>
      </w:r>
      <w:proofErr w:type="spellEnd"/>
      <w:r w:rsidRPr="007D40B3">
        <w:rPr>
          <w:rFonts w:ascii="Times New Roman" w:hAnsi="Times New Roman"/>
        </w:rPr>
        <w:t xml:space="preserve"> cu </w:t>
      </w:r>
      <w:proofErr w:type="spellStart"/>
      <w:r w:rsidRPr="007D40B3">
        <w:rPr>
          <w:rFonts w:ascii="Times New Roman" w:hAnsi="Times New Roman"/>
        </w:rPr>
        <w:t>realitatea</w:t>
      </w:r>
      <w:proofErr w:type="spellEnd"/>
      <w:r w:rsidRPr="007D40B3">
        <w:rPr>
          <w:rFonts w:ascii="Times New Roman" w:hAnsi="Times New Roman"/>
        </w:rPr>
        <w:t xml:space="preserve"> sunt </w:t>
      </w:r>
      <w:proofErr w:type="spellStart"/>
      <w:r w:rsidRPr="007D40B3">
        <w:rPr>
          <w:rFonts w:ascii="Times New Roman" w:hAnsi="Times New Roman"/>
        </w:rPr>
        <w:t>pasibil</w:t>
      </w:r>
      <w:proofErr w:type="spellEnd"/>
      <w:r w:rsidRPr="007D40B3">
        <w:rPr>
          <w:rFonts w:ascii="Times New Roman" w:hAnsi="Times New Roman"/>
        </w:rPr>
        <w:t xml:space="preserve"> de </w:t>
      </w:r>
      <w:proofErr w:type="spellStart"/>
      <w:r w:rsidRPr="007D40B3">
        <w:rPr>
          <w:rFonts w:ascii="Times New Roman" w:hAnsi="Times New Roman"/>
        </w:rPr>
        <w:t>încălcarea</w:t>
      </w:r>
      <w:proofErr w:type="spellEnd"/>
      <w:r w:rsidRPr="007D40B3">
        <w:rPr>
          <w:rFonts w:ascii="Times New Roman" w:hAnsi="Times New Roman"/>
        </w:rPr>
        <w:t xml:space="preserve"> </w:t>
      </w:r>
      <w:proofErr w:type="spellStart"/>
      <w:r w:rsidRPr="007D40B3">
        <w:rPr>
          <w:rFonts w:ascii="Times New Roman" w:hAnsi="Times New Roman"/>
        </w:rPr>
        <w:t>prevederilor</w:t>
      </w:r>
      <w:proofErr w:type="spellEnd"/>
      <w:r w:rsidRPr="007D40B3">
        <w:rPr>
          <w:rFonts w:ascii="Times New Roman" w:hAnsi="Times New Roman"/>
        </w:rPr>
        <w:t xml:space="preserve"> </w:t>
      </w:r>
      <w:proofErr w:type="spellStart"/>
      <w:r w:rsidRPr="007D40B3">
        <w:rPr>
          <w:rFonts w:ascii="Times New Roman" w:hAnsi="Times New Roman"/>
        </w:rPr>
        <w:t>legislației</w:t>
      </w:r>
      <w:proofErr w:type="spellEnd"/>
      <w:r w:rsidRPr="007D40B3">
        <w:rPr>
          <w:rFonts w:ascii="Times New Roman" w:hAnsi="Times New Roman"/>
        </w:rPr>
        <w:t xml:space="preserve"> </w:t>
      </w:r>
      <w:proofErr w:type="spellStart"/>
      <w:r w:rsidRPr="007D40B3">
        <w:rPr>
          <w:rFonts w:ascii="Times New Roman" w:hAnsi="Times New Roman"/>
        </w:rPr>
        <w:t>penale</w:t>
      </w:r>
      <w:proofErr w:type="spellEnd"/>
      <w:r w:rsidRPr="007D40B3">
        <w:rPr>
          <w:rFonts w:ascii="Times New Roman" w:hAnsi="Times New Roman"/>
        </w:rPr>
        <w:t xml:space="preserve"> </w:t>
      </w:r>
      <w:proofErr w:type="spellStart"/>
      <w:r w:rsidRPr="007D40B3">
        <w:rPr>
          <w:rFonts w:ascii="Times New Roman" w:hAnsi="Times New Roman"/>
        </w:rPr>
        <w:t>privind</w:t>
      </w:r>
      <w:proofErr w:type="spellEnd"/>
      <w:r w:rsidRPr="007D40B3">
        <w:rPr>
          <w:rFonts w:ascii="Times New Roman" w:hAnsi="Times New Roman"/>
        </w:rPr>
        <w:t xml:space="preserve"> </w:t>
      </w:r>
      <w:proofErr w:type="spellStart"/>
      <w:r w:rsidRPr="007D40B3">
        <w:rPr>
          <w:rFonts w:ascii="Times New Roman" w:hAnsi="Times New Roman"/>
        </w:rPr>
        <w:t>falsul</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declarații</w:t>
      </w:r>
      <w:proofErr w:type="spellEnd"/>
      <w:r w:rsidRPr="007D40B3">
        <w:rPr>
          <w:rFonts w:ascii="Times New Roman" w:hAnsi="Times New Roman"/>
        </w:rPr>
        <w:t>.</w:t>
      </w:r>
    </w:p>
    <w:p w14:paraId="7C72A5AC" w14:textId="77777777" w:rsidR="004C684C" w:rsidRPr="007D40B3" w:rsidRDefault="004C684C" w:rsidP="004C684C">
      <w:pPr>
        <w:pStyle w:val="Corptext"/>
        <w:tabs>
          <w:tab w:val="left" w:pos="720"/>
        </w:tabs>
        <w:spacing w:after="0"/>
        <w:ind w:firstLine="720"/>
        <w:jc w:val="both"/>
        <w:rPr>
          <w:rFonts w:ascii="Times New Roman" w:hAnsi="Times New Roman"/>
        </w:rPr>
      </w:pPr>
      <w:proofErr w:type="spellStart"/>
      <w:r w:rsidRPr="007D40B3">
        <w:rPr>
          <w:rFonts w:ascii="Times New Roman" w:hAnsi="Times New Roman"/>
        </w:rPr>
        <w:t>Totodată</w:t>
      </w:r>
      <w:proofErr w:type="spellEnd"/>
      <w:r w:rsidRPr="007D40B3">
        <w:rPr>
          <w:rFonts w:ascii="Times New Roman" w:hAnsi="Times New Roman"/>
        </w:rPr>
        <w:t xml:space="preserve">, </w:t>
      </w:r>
      <w:proofErr w:type="spellStart"/>
      <w:r w:rsidRPr="007D40B3">
        <w:rPr>
          <w:rFonts w:ascii="Times New Roman" w:hAnsi="Times New Roman"/>
        </w:rPr>
        <w:t>declar</w:t>
      </w:r>
      <w:proofErr w:type="spellEnd"/>
      <w:r w:rsidRPr="007D40B3">
        <w:rPr>
          <w:rFonts w:ascii="Times New Roman" w:hAnsi="Times New Roman"/>
        </w:rPr>
        <w:t xml:space="preserve"> </w:t>
      </w:r>
      <w:proofErr w:type="spellStart"/>
      <w:r w:rsidRPr="007D40B3">
        <w:rPr>
          <w:rFonts w:ascii="Times New Roman" w:hAnsi="Times New Roman"/>
        </w:rPr>
        <w:t>că</w:t>
      </w:r>
      <w:proofErr w:type="spellEnd"/>
      <w:r w:rsidRPr="007D40B3">
        <w:rPr>
          <w:rFonts w:ascii="Times New Roman" w:hAnsi="Times New Roman"/>
        </w:rPr>
        <w:t xml:space="preserve"> am </w:t>
      </w:r>
      <w:proofErr w:type="spellStart"/>
      <w:r w:rsidRPr="007D40B3">
        <w:rPr>
          <w:rFonts w:ascii="Times New Roman" w:hAnsi="Times New Roman"/>
        </w:rPr>
        <w:t>luat</w:t>
      </w:r>
      <w:proofErr w:type="spellEnd"/>
      <w:r w:rsidRPr="007D40B3">
        <w:rPr>
          <w:rFonts w:ascii="Times New Roman" w:hAnsi="Times New Roman"/>
        </w:rPr>
        <w:t xml:space="preserve"> la </w:t>
      </w:r>
      <w:proofErr w:type="spellStart"/>
      <w:r w:rsidRPr="007D40B3">
        <w:rPr>
          <w:rFonts w:ascii="Times New Roman" w:hAnsi="Times New Roman"/>
        </w:rPr>
        <w:t>cunoștință</w:t>
      </w:r>
      <w:proofErr w:type="spellEnd"/>
      <w:r w:rsidRPr="007D40B3">
        <w:rPr>
          <w:rFonts w:ascii="Times New Roman" w:hAnsi="Times New Roman"/>
        </w:rPr>
        <w:t xml:space="preserve"> de </w:t>
      </w:r>
      <w:proofErr w:type="spellStart"/>
      <w:r w:rsidRPr="007D40B3">
        <w:rPr>
          <w:rFonts w:ascii="Times New Roman" w:hAnsi="Times New Roman"/>
        </w:rPr>
        <w:t>prevederile</w:t>
      </w:r>
      <w:proofErr w:type="spellEnd"/>
      <w:r w:rsidRPr="007D40B3">
        <w:rPr>
          <w:rFonts w:ascii="Times New Roman" w:hAnsi="Times New Roman"/>
        </w:rPr>
        <w:t xml:space="preserve"> art.</w:t>
      </w:r>
      <w:r>
        <w:rPr>
          <w:rFonts w:ascii="Times New Roman" w:hAnsi="Times New Roman"/>
        </w:rPr>
        <w:t>326</w:t>
      </w:r>
      <w:r w:rsidRPr="007D40B3">
        <w:rPr>
          <w:rFonts w:ascii="Times New Roman" w:hAnsi="Times New Roman"/>
        </w:rPr>
        <w:t xml:space="preserve"> „</w:t>
      </w:r>
      <w:proofErr w:type="spellStart"/>
      <w:r w:rsidRPr="007D40B3">
        <w:rPr>
          <w:rFonts w:ascii="Times New Roman" w:hAnsi="Times New Roman"/>
        </w:rPr>
        <w:t>Falsul</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declarații</w:t>
      </w:r>
      <w:proofErr w:type="spellEnd"/>
      <w:r w:rsidRPr="007D40B3">
        <w:rPr>
          <w:rFonts w:ascii="Times New Roman" w:hAnsi="Times New Roman"/>
        </w:rPr>
        <w:t xml:space="preserve">” din </w:t>
      </w:r>
      <w:proofErr w:type="spellStart"/>
      <w:r w:rsidRPr="007D40B3">
        <w:rPr>
          <w:rFonts w:ascii="Times New Roman" w:hAnsi="Times New Roman"/>
        </w:rPr>
        <w:t>Codul</w:t>
      </w:r>
      <w:proofErr w:type="spellEnd"/>
      <w:r w:rsidRPr="007D40B3">
        <w:rPr>
          <w:rFonts w:ascii="Times New Roman" w:hAnsi="Times New Roman"/>
        </w:rPr>
        <w:t xml:space="preserve"> Penal </w:t>
      </w:r>
      <w:proofErr w:type="spellStart"/>
      <w:r w:rsidRPr="007D40B3">
        <w:rPr>
          <w:rFonts w:ascii="Times New Roman" w:hAnsi="Times New Roman"/>
        </w:rPr>
        <w:t>referitor</w:t>
      </w:r>
      <w:proofErr w:type="spellEnd"/>
      <w:r w:rsidRPr="007D40B3">
        <w:rPr>
          <w:rFonts w:ascii="Times New Roman" w:hAnsi="Times New Roman"/>
        </w:rPr>
        <w:t xml:space="preserve"> la „</w:t>
      </w:r>
      <w:proofErr w:type="spellStart"/>
      <w:r w:rsidRPr="007D40B3">
        <w:rPr>
          <w:rFonts w:ascii="Times New Roman" w:hAnsi="Times New Roman"/>
        </w:rPr>
        <w:t>Declararea</w:t>
      </w:r>
      <w:proofErr w:type="spellEnd"/>
      <w:r w:rsidRPr="007D40B3">
        <w:rPr>
          <w:rFonts w:ascii="Times New Roman" w:hAnsi="Times New Roman"/>
        </w:rPr>
        <w:t xml:space="preserve"> </w:t>
      </w:r>
      <w:proofErr w:type="spellStart"/>
      <w:r w:rsidRPr="007D40B3">
        <w:rPr>
          <w:rFonts w:ascii="Times New Roman" w:hAnsi="Times New Roman"/>
        </w:rPr>
        <w:t>necorespunzătoare</w:t>
      </w:r>
      <w:proofErr w:type="spellEnd"/>
      <w:r w:rsidRPr="007D40B3">
        <w:rPr>
          <w:rFonts w:ascii="Times New Roman" w:hAnsi="Times New Roman"/>
        </w:rPr>
        <w:t xml:space="preserve"> </w:t>
      </w:r>
      <w:proofErr w:type="gramStart"/>
      <w:r w:rsidRPr="007D40B3">
        <w:rPr>
          <w:rFonts w:ascii="Times New Roman" w:hAnsi="Times New Roman"/>
        </w:rPr>
        <w:t>a</w:t>
      </w:r>
      <w:proofErr w:type="gramEnd"/>
      <w:r w:rsidRPr="007D40B3">
        <w:rPr>
          <w:rFonts w:ascii="Times New Roman" w:hAnsi="Times New Roman"/>
        </w:rPr>
        <w:t xml:space="preserve"> </w:t>
      </w:r>
      <w:proofErr w:type="spellStart"/>
      <w:r w:rsidRPr="007D40B3">
        <w:rPr>
          <w:rFonts w:ascii="Times New Roman" w:hAnsi="Times New Roman"/>
        </w:rPr>
        <w:t>adevărului</w:t>
      </w:r>
      <w:proofErr w:type="spellEnd"/>
      <w:r w:rsidRPr="007D40B3">
        <w:rPr>
          <w:rFonts w:ascii="Times New Roman" w:hAnsi="Times New Roman"/>
        </w:rPr>
        <w:t xml:space="preserve">, </w:t>
      </w:r>
      <w:proofErr w:type="spellStart"/>
      <w:r w:rsidRPr="007D40B3">
        <w:rPr>
          <w:rFonts w:ascii="Times New Roman" w:hAnsi="Times New Roman"/>
        </w:rPr>
        <w:t>făcută</w:t>
      </w:r>
      <w:proofErr w:type="spellEnd"/>
      <w:r w:rsidRPr="007D40B3">
        <w:rPr>
          <w:rFonts w:ascii="Times New Roman" w:hAnsi="Times New Roman"/>
        </w:rPr>
        <w:t xml:space="preserve"> </w:t>
      </w:r>
      <w:proofErr w:type="spellStart"/>
      <w:r w:rsidRPr="007D40B3">
        <w:rPr>
          <w:rFonts w:ascii="Times New Roman" w:hAnsi="Times New Roman"/>
        </w:rPr>
        <w:t>unui</w:t>
      </w:r>
      <w:proofErr w:type="spellEnd"/>
      <w:r w:rsidRPr="007D40B3">
        <w:rPr>
          <w:rFonts w:ascii="Times New Roman" w:hAnsi="Times New Roman"/>
        </w:rPr>
        <w:t xml:space="preserve"> organ </w:t>
      </w:r>
      <w:proofErr w:type="spellStart"/>
      <w:r w:rsidRPr="007D40B3">
        <w:rPr>
          <w:rFonts w:ascii="Times New Roman" w:hAnsi="Times New Roman"/>
        </w:rPr>
        <w:t>sau</w:t>
      </w:r>
      <w:proofErr w:type="spellEnd"/>
      <w:r w:rsidRPr="007D40B3">
        <w:rPr>
          <w:rFonts w:ascii="Times New Roman" w:hAnsi="Times New Roman"/>
        </w:rPr>
        <w:t xml:space="preserve"> </w:t>
      </w:r>
      <w:proofErr w:type="spellStart"/>
      <w:r w:rsidRPr="007D40B3">
        <w:rPr>
          <w:rFonts w:ascii="Times New Roman" w:hAnsi="Times New Roman"/>
        </w:rPr>
        <w:t>instituții</w:t>
      </w:r>
      <w:proofErr w:type="spellEnd"/>
      <w:r w:rsidRPr="007D40B3">
        <w:rPr>
          <w:rFonts w:ascii="Times New Roman" w:hAnsi="Times New Roman"/>
        </w:rPr>
        <w:t xml:space="preserve"> de stat </w:t>
      </w:r>
      <w:proofErr w:type="spellStart"/>
      <w:r w:rsidRPr="007D40B3">
        <w:rPr>
          <w:rFonts w:ascii="Times New Roman" w:hAnsi="Times New Roman"/>
        </w:rPr>
        <w:t>ori</w:t>
      </w:r>
      <w:proofErr w:type="spellEnd"/>
      <w:r w:rsidRPr="007D40B3">
        <w:rPr>
          <w:rFonts w:ascii="Times New Roman" w:hAnsi="Times New Roman"/>
        </w:rPr>
        <w:t xml:space="preserve"> </w:t>
      </w:r>
      <w:proofErr w:type="spellStart"/>
      <w:r w:rsidRPr="007D40B3">
        <w:rPr>
          <w:rFonts w:ascii="Times New Roman" w:hAnsi="Times New Roman"/>
        </w:rPr>
        <w:t>unei</w:t>
      </w:r>
      <w:proofErr w:type="spellEnd"/>
      <w:r w:rsidRPr="007D40B3">
        <w:rPr>
          <w:rFonts w:ascii="Times New Roman" w:hAnsi="Times New Roman"/>
        </w:rPr>
        <w:t xml:space="preserve"> </w:t>
      </w:r>
      <w:proofErr w:type="spellStart"/>
      <w:r w:rsidRPr="007D40B3">
        <w:rPr>
          <w:rFonts w:ascii="Times New Roman" w:hAnsi="Times New Roman"/>
        </w:rPr>
        <w:t>alte</w:t>
      </w:r>
      <w:proofErr w:type="spellEnd"/>
      <w:r w:rsidRPr="007D40B3">
        <w:rPr>
          <w:rFonts w:ascii="Times New Roman" w:hAnsi="Times New Roman"/>
        </w:rPr>
        <w:t xml:space="preserve"> </w:t>
      </w:r>
      <w:proofErr w:type="spellStart"/>
      <w:r w:rsidRPr="007D40B3">
        <w:rPr>
          <w:rFonts w:ascii="Times New Roman" w:hAnsi="Times New Roman"/>
        </w:rPr>
        <w:t>unități</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vederea</w:t>
      </w:r>
      <w:proofErr w:type="spellEnd"/>
      <w:r w:rsidRPr="007D40B3">
        <w:rPr>
          <w:rFonts w:ascii="Times New Roman" w:hAnsi="Times New Roman"/>
        </w:rPr>
        <w:t xml:space="preserve"> </w:t>
      </w:r>
      <w:proofErr w:type="spellStart"/>
      <w:r w:rsidRPr="007D40B3">
        <w:rPr>
          <w:rFonts w:ascii="Times New Roman" w:hAnsi="Times New Roman"/>
        </w:rPr>
        <w:t>producerii</w:t>
      </w:r>
      <w:proofErr w:type="spellEnd"/>
      <w:r w:rsidRPr="007D40B3">
        <w:rPr>
          <w:rFonts w:ascii="Times New Roman" w:hAnsi="Times New Roman"/>
        </w:rPr>
        <w:t xml:space="preserve"> </w:t>
      </w:r>
      <w:proofErr w:type="spellStart"/>
      <w:r w:rsidRPr="007D40B3">
        <w:rPr>
          <w:rFonts w:ascii="Times New Roman" w:hAnsi="Times New Roman"/>
        </w:rPr>
        <w:t>unei</w:t>
      </w:r>
      <w:proofErr w:type="spellEnd"/>
      <w:r w:rsidRPr="007D40B3">
        <w:rPr>
          <w:rFonts w:ascii="Times New Roman" w:hAnsi="Times New Roman"/>
        </w:rPr>
        <w:t xml:space="preserve"> </w:t>
      </w:r>
      <w:proofErr w:type="spellStart"/>
      <w:r w:rsidRPr="007D40B3">
        <w:rPr>
          <w:rFonts w:ascii="Times New Roman" w:hAnsi="Times New Roman"/>
        </w:rPr>
        <w:t>consecințe</w:t>
      </w:r>
      <w:proofErr w:type="spellEnd"/>
      <w:r w:rsidRPr="007D40B3">
        <w:rPr>
          <w:rFonts w:ascii="Times New Roman" w:hAnsi="Times New Roman"/>
        </w:rPr>
        <w:t xml:space="preserve"> </w:t>
      </w:r>
      <w:proofErr w:type="spellStart"/>
      <w:r w:rsidRPr="007D40B3">
        <w:rPr>
          <w:rFonts w:ascii="Times New Roman" w:hAnsi="Times New Roman"/>
        </w:rPr>
        <w:t>juridice</w:t>
      </w:r>
      <w:proofErr w:type="spellEnd"/>
      <w:r w:rsidRPr="007D40B3">
        <w:rPr>
          <w:rFonts w:ascii="Times New Roman" w:hAnsi="Times New Roman"/>
        </w:rPr>
        <w:t xml:space="preserve">, </w:t>
      </w:r>
      <w:proofErr w:type="spellStart"/>
      <w:r w:rsidRPr="007D40B3">
        <w:rPr>
          <w:rFonts w:ascii="Times New Roman" w:hAnsi="Times New Roman"/>
        </w:rPr>
        <w:t>pentru</w:t>
      </w:r>
      <w:proofErr w:type="spellEnd"/>
      <w:r w:rsidRPr="007D40B3">
        <w:rPr>
          <w:rFonts w:ascii="Times New Roman" w:hAnsi="Times New Roman"/>
        </w:rPr>
        <w:t xml:space="preserve"> sine </w:t>
      </w:r>
      <w:proofErr w:type="spellStart"/>
      <w:r w:rsidRPr="007D40B3">
        <w:rPr>
          <w:rFonts w:ascii="Times New Roman" w:hAnsi="Times New Roman"/>
        </w:rPr>
        <w:t>sau</w:t>
      </w:r>
      <w:proofErr w:type="spellEnd"/>
      <w:r w:rsidRPr="007D40B3">
        <w:rPr>
          <w:rFonts w:ascii="Times New Roman" w:hAnsi="Times New Roman"/>
        </w:rPr>
        <w:t xml:space="preserve"> </w:t>
      </w:r>
      <w:proofErr w:type="spellStart"/>
      <w:r w:rsidRPr="007D40B3">
        <w:rPr>
          <w:rFonts w:ascii="Times New Roman" w:hAnsi="Times New Roman"/>
        </w:rPr>
        <w:t>pentru</w:t>
      </w:r>
      <w:proofErr w:type="spellEnd"/>
      <w:r w:rsidRPr="007D40B3">
        <w:rPr>
          <w:rFonts w:ascii="Times New Roman" w:hAnsi="Times New Roman"/>
        </w:rPr>
        <w:t xml:space="preserve"> </w:t>
      </w:r>
      <w:proofErr w:type="spellStart"/>
      <w:r w:rsidRPr="007D40B3">
        <w:rPr>
          <w:rFonts w:ascii="Times New Roman" w:hAnsi="Times New Roman"/>
        </w:rPr>
        <w:t>altul</w:t>
      </w:r>
      <w:proofErr w:type="spellEnd"/>
      <w:r w:rsidRPr="007D40B3">
        <w:rPr>
          <w:rFonts w:ascii="Times New Roman" w:hAnsi="Times New Roman"/>
        </w:rPr>
        <w:t xml:space="preserve">, </w:t>
      </w:r>
      <w:proofErr w:type="spellStart"/>
      <w:r w:rsidRPr="007D40B3">
        <w:rPr>
          <w:rFonts w:ascii="Times New Roman" w:hAnsi="Times New Roman"/>
        </w:rPr>
        <w:t>atunci</w:t>
      </w:r>
      <w:proofErr w:type="spellEnd"/>
      <w:r w:rsidRPr="007D40B3">
        <w:rPr>
          <w:rFonts w:ascii="Times New Roman" w:hAnsi="Times New Roman"/>
        </w:rPr>
        <w:t xml:space="preserve"> </w:t>
      </w:r>
      <w:proofErr w:type="spellStart"/>
      <w:r w:rsidRPr="007D40B3">
        <w:rPr>
          <w:rFonts w:ascii="Times New Roman" w:hAnsi="Times New Roman"/>
        </w:rPr>
        <w:t>când</w:t>
      </w:r>
      <w:proofErr w:type="spellEnd"/>
      <w:r w:rsidRPr="007D40B3">
        <w:rPr>
          <w:rFonts w:ascii="Times New Roman" w:hAnsi="Times New Roman"/>
        </w:rPr>
        <w:t xml:space="preserve">, </w:t>
      </w:r>
      <w:proofErr w:type="spellStart"/>
      <w:r w:rsidRPr="007D40B3">
        <w:rPr>
          <w:rFonts w:ascii="Times New Roman" w:hAnsi="Times New Roman"/>
        </w:rPr>
        <w:t>potrivit</w:t>
      </w:r>
      <w:proofErr w:type="spellEnd"/>
      <w:r w:rsidRPr="007D40B3">
        <w:rPr>
          <w:rFonts w:ascii="Times New Roman" w:hAnsi="Times New Roman"/>
        </w:rPr>
        <w:t xml:space="preserve"> </w:t>
      </w:r>
      <w:proofErr w:type="spellStart"/>
      <w:r w:rsidRPr="007D40B3">
        <w:rPr>
          <w:rFonts w:ascii="Times New Roman" w:hAnsi="Times New Roman"/>
        </w:rPr>
        <w:t>legii</w:t>
      </w:r>
      <w:proofErr w:type="spellEnd"/>
      <w:r w:rsidRPr="007D40B3">
        <w:rPr>
          <w:rFonts w:ascii="Times New Roman" w:hAnsi="Times New Roman"/>
        </w:rPr>
        <w:t xml:space="preserve"> </w:t>
      </w:r>
      <w:proofErr w:type="spellStart"/>
      <w:r w:rsidRPr="007D40B3">
        <w:rPr>
          <w:rFonts w:ascii="Times New Roman" w:hAnsi="Times New Roman"/>
        </w:rPr>
        <w:t>ori</w:t>
      </w:r>
      <w:proofErr w:type="spellEnd"/>
      <w:r w:rsidRPr="007D40B3">
        <w:rPr>
          <w:rFonts w:ascii="Times New Roman" w:hAnsi="Times New Roman"/>
        </w:rPr>
        <w:t xml:space="preserve"> </w:t>
      </w:r>
      <w:proofErr w:type="spellStart"/>
      <w:r w:rsidRPr="007D40B3">
        <w:rPr>
          <w:rFonts w:ascii="Times New Roman" w:hAnsi="Times New Roman"/>
        </w:rPr>
        <w:t>împrejurărilor</w:t>
      </w:r>
      <w:proofErr w:type="spellEnd"/>
      <w:r w:rsidRPr="007D40B3">
        <w:rPr>
          <w:rFonts w:ascii="Times New Roman" w:hAnsi="Times New Roman"/>
        </w:rPr>
        <w:t xml:space="preserve">, </w:t>
      </w:r>
      <w:proofErr w:type="spellStart"/>
      <w:r w:rsidRPr="007D40B3">
        <w:rPr>
          <w:rFonts w:ascii="Times New Roman" w:hAnsi="Times New Roman"/>
        </w:rPr>
        <w:t>declarația</w:t>
      </w:r>
      <w:proofErr w:type="spellEnd"/>
      <w:r w:rsidRPr="007D40B3">
        <w:rPr>
          <w:rFonts w:ascii="Times New Roman" w:hAnsi="Times New Roman"/>
        </w:rPr>
        <w:t xml:space="preserve"> </w:t>
      </w:r>
      <w:proofErr w:type="spellStart"/>
      <w:r w:rsidRPr="007D40B3">
        <w:rPr>
          <w:rFonts w:ascii="Times New Roman" w:hAnsi="Times New Roman"/>
        </w:rPr>
        <w:t>făcută</w:t>
      </w:r>
      <w:proofErr w:type="spellEnd"/>
      <w:r w:rsidRPr="007D40B3">
        <w:rPr>
          <w:rFonts w:ascii="Times New Roman" w:hAnsi="Times New Roman"/>
        </w:rPr>
        <w:t xml:space="preserve"> </w:t>
      </w:r>
      <w:proofErr w:type="spellStart"/>
      <w:r w:rsidRPr="007D40B3">
        <w:rPr>
          <w:rFonts w:ascii="Times New Roman" w:hAnsi="Times New Roman"/>
        </w:rPr>
        <w:t>servește</w:t>
      </w:r>
      <w:proofErr w:type="spellEnd"/>
      <w:r w:rsidRPr="007D40B3">
        <w:rPr>
          <w:rFonts w:ascii="Times New Roman" w:hAnsi="Times New Roman"/>
        </w:rPr>
        <w:t xml:space="preserve"> </w:t>
      </w:r>
      <w:proofErr w:type="spellStart"/>
      <w:r w:rsidRPr="007D40B3">
        <w:rPr>
          <w:rFonts w:ascii="Times New Roman" w:hAnsi="Times New Roman"/>
        </w:rPr>
        <w:t>pentru</w:t>
      </w:r>
      <w:proofErr w:type="spellEnd"/>
      <w:r w:rsidRPr="007D40B3">
        <w:rPr>
          <w:rFonts w:ascii="Times New Roman" w:hAnsi="Times New Roman"/>
        </w:rPr>
        <w:t xml:space="preserve"> </w:t>
      </w:r>
      <w:proofErr w:type="spellStart"/>
      <w:r w:rsidRPr="007D40B3">
        <w:rPr>
          <w:rFonts w:ascii="Times New Roman" w:hAnsi="Times New Roman"/>
        </w:rPr>
        <w:t>producerea</w:t>
      </w:r>
      <w:proofErr w:type="spellEnd"/>
      <w:r w:rsidRPr="007D40B3">
        <w:rPr>
          <w:rFonts w:ascii="Times New Roman" w:hAnsi="Times New Roman"/>
        </w:rPr>
        <w:t xml:space="preserve"> </w:t>
      </w:r>
      <w:proofErr w:type="spellStart"/>
      <w:r w:rsidRPr="007D40B3">
        <w:rPr>
          <w:rFonts w:ascii="Times New Roman" w:hAnsi="Times New Roman"/>
        </w:rPr>
        <w:t>acelei</w:t>
      </w:r>
      <w:proofErr w:type="spellEnd"/>
      <w:r w:rsidRPr="007D40B3">
        <w:rPr>
          <w:rFonts w:ascii="Times New Roman" w:hAnsi="Times New Roman"/>
        </w:rPr>
        <w:t xml:space="preserve"> </w:t>
      </w:r>
      <w:proofErr w:type="spellStart"/>
      <w:r w:rsidRPr="007D40B3">
        <w:rPr>
          <w:rFonts w:ascii="Times New Roman" w:hAnsi="Times New Roman"/>
        </w:rPr>
        <w:t>consecințe</w:t>
      </w:r>
      <w:proofErr w:type="spellEnd"/>
      <w:r w:rsidRPr="007D40B3">
        <w:rPr>
          <w:rFonts w:ascii="Times New Roman" w:hAnsi="Times New Roman"/>
        </w:rPr>
        <w:t xml:space="preserve">, se </w:t>
      </w:r>
      <w:proofErr w:type="spellStart"/>
      <w:r w:rsidRPr="007D40B3">
        <w:rPr>
          <w:rFonts w:ascii="Times New Roman" w:hAnsi="Times New Roman"/>
        </w:rPr>
        <w:t>pedepsește</w:t>
      </w:r>
      <w:proofErr w:type="spellEnd"/>
      <w:r w:rsidRPr="007D40B3">
        <w:rPr>
          <w:rFonts w:ascii="Times New Roman" w:hAnsi="Times New Roman"/>
        </w:rPr>
        <w:t xml:space="preserve"> cu </w:t>
      </w:r>
      <w:proofErr w:type="spellStart"/>
      <w:r w:rsidRPr="007D40B3">
        <w:rPr>
          <w:rFonts w:ascii="Times New Roman" w:hAnsi="Times New Roman"/>
        </w:rPr>
        <w:t>închisoarea</w:t>
      </w:r>
      <w:proofErr w:type="spellEnd"/>
      <w:r w:rsidRPr="007D40B3">
        <w:rPr>
          <w:rFonts w:ascii="Times New Roman" w:hAnsi="Times New Roman"/>
        </w:rPr>
        <w:t xml:space="preserve"> de la 3 </w:t>
      </w:r>
      <w:proofErr w:type="spellStart"/>
      <w:r w:rsidRPr="007D40B3">
        <w:rPr>
          <w:rFonts w:ascii="Times New Roman" w:hAnsi="Times New Roman"/>
        </w:rPr>
        <w:t>luni</w:t>
      </w:r>
      <w:proofErr w:type="spellEnd"/>
      <w:r w:rsidRPr="007D40B3">
        <w:rPr>
          <w:rFonts w:ascii="Times New Roman" w:hAnsi="Times New Roman"/>
        </w:rPr>
        <w:t xml:space="preserve"> la 2 ani </w:t>
      </w:r>
      <w:proofErr w:type="spellStart"/>
      <w:r w:rsidRPr="007D40B3">
        <w:rPr>
          <w:rFonts w:ascii="Times New Roman" w:hAnsi="Times New Roman"/>
        </w:rPr>
        <w:t>sau</w:t>
      </w:r>
      <w:proofErr w:type="spellEnd"/>
      <w:r w:rsidRPr="007D40B3">
        <w:rPr>
          <w:rFonts w:ascii="Times New Roman" w:hAnsi="Times New Roman"/>
        </w:rPr>
        <w:t xml:space="preserve"> cu </w:t>
      </w:r>
      <w:proofErr w:type="spellStart"/>
      <w:r w:rsidRPr="007D40B3">
        <w:rPr>
          <w:rFonts w:ascii="Times New Roman" w:hAnsi="Times New Roman"/>
        </w:rPr>
        <w:t>amendă</w:t>
      </w:r>
      <w:proofErr w:type="spellEnd"/>
      <w:r w:rsidRPr="007D40B3">
        <w:rPr>
          <w:rFonts w:ascii="Times New Roman" w:hAnsi="Times New Roman"/>
        </w:rPr>
        <w:t>".</w:t>
      </w:r>
    </w:p>
    <w:p w14:paraId="554AC386" w14:textId="77777777" w:rsidR="004C684C" w:rsidRDefault="004C684C" w:rsidP="004C684C">
      <w:pPr>
        <w:pStyle w:val="Corptext"/>
        <w:tabs>
          <w:tab w:val="left" w:leader="underscore" w:pos="5587"/>
        </w:tabs>
        <w:spacing w:after="0"/>
        <w:rPr>
          <w:rFonts w:ascii="Times New Roman" w:hAnsi="Times New Roman"/>
        </w:rPr>
      </w:pPr>
    </w:p>
    <w:p w14:paraId="303BD841" w14:textId="77777777" w:rsidR="004C684C" w:rsidRDefault="004C684C" w:rsidP="004C684C">
      <w:pPr>
        <w:pStyle w:val="Corptext"/>
        <w:tabs>
          <w:tab w:val="left" w:leader="underscore" w:pos="5587"/>
        </w:tabs>
        <w:spacing w:after="0"/>
        <w:rPr>
          <w:rFonts w:ascii="Times New Roman" w:hAnsi="Times New Roman"/>
        </w:rPr>
      </w:pPr>
    </w:p>
    <w:p w14:paraId="02E3F0A9" w14:textId="77777777" w:rsidR="004C684C" w:rsidRDefault="004C684C" w:rsidP="004C684C">
      <w:pPr>
        <w:pStyle w:val="Corptext"/>
        <w:tabs>
          <w:tab w:val="left" w:leader="underscore" w:pos="5587"/>
        </w:tabs>
        <w:spacing w:after="0"/>
        <w:rPr>
          <w:rFonts w:ascii="Times New Roman" w:hAnsi="Times New Roman"/>
        </w:rPr>
      </w:pPr>
    </w:p>
    <w:p w14:paraId="7D943BF6" w14:textId="77777777" w:rsidR="004C684C" w:rsidRDefault="004C684C" w:rsidP="004C684C">
      <w:pPr>
        <w:pStyle w:val="Corptext"/>
        <w:tabs>
          <w:tab w:val="left" w:leader="underscore" w:pos="5587"/>
        </w:tabs>
        <w:spacing w:after="0"/>
        <w:rPr>
          <w:rFonts w:ascii="Times New Roman" w:hAnsi="Times New Roman"/>
        </w:rPr>
      </w:pPr>
    </w:p>
    <w:p w14:paraId="3ACD51E4" w14:textId="77777777" w:rsidR="004C684C" w:rsidRPr="007D40B3" w:rsidRDefault="004C684C" w:rsidP="004C684C">
      <w:pPr>
        <w:pStyle w:val="Corptext"/>
        <w:tabs>
          <w:tab w:val="left" w:leader="underscore" w:pos="5587"/>
        </w:tabs>
        <w:spacing w:after="0"/>
        <w:rPr>
          <w:rFonts w:ascii="Times New Roman" w:hAnsi="Times New Roman"/>
        </w:rPr>
      </w:pPr>
      <w:proofErr w:type="spellStart"/>
      <w:r w:rsidRPr="007D40B3">
        <w:rPr>
          <w:rFonts w:ascii="Times New Roman" w:hAnsi="Times New Roman"/>
        </w:rPr>
        <w:t>Numele</w:t>
      </w:r>
      <w:proofErr w:type="spellEnd"/>
      <w:r w:rsidRPr="007D40B3">
        <w:rPr>
          <w:rFonts w:ascii="Times New Roman" w:hAnsi="Times New Roman"/>
        </w:rPr>
        <w:t xml:space="preserve"> </w:t>
      </w:r>
      <w:proofErr w:type="spellStart"/>
      <w:r w:rsidRPr="007D40B3">
        <w:rPr>
          <w:rFonts w:ascii="Times New Roman" w:hAnsi="Times New Roman"/>
        </w:rPr>
        <w:t>și</w:t>
      </w:r>
      <w:proofErr w:type="spellEnd"/>
      <w:r w:rsidRPr="007D40B3">
        <w:rPr>
          <w:rFonts w:ascii="Times New Roman" w:hAnsi="Times New Roman"/>
        </w:rPr>
        <w:t xml:space="preserve"> </w:t>
      </w:r>
      <w:proofErr w:type="spellStart"/>
      <w:r w:rsidRPr="007D40B3">
        <w:rPr>
          <w:rFonts w:ascii="Times New Roman" w:hAnsi="Times New Roman"/>
        </w:rPr>
        <w:t>prenumele</w:t>
      </w:r>
      <w:proofErr w:type="spellEnd"/>
      <w:r w:rsidRPr="007D40B3">
        <w:rPr>
          <w:rFonts w:ascii="Times New Roman" w:hAnsi="Times New Roman"/>
        </w:rPr>
        <w:t xml:space="preserve"> </w:t>
      </w:r>
      <w:proofErr w:type="spellStart"/>
      <w:r w:rsidRPr="007D40B3">
        <w:rPr>
          <w:rFonts w:ascii="Times New Roman" w:hAnsi="Times New Roman"/>
        </w:rPr>
        <w:t>semnatarului</w:t>
      </w:r>
      <w:proofErr w:type="spellEnd"/>
      <w:r w:rsidRPr="007D40B3">
        <w:rPr>
          <w:rFonts w:ascii="Times New Roman" w:hAnsi="Times New Roman"/>
        </w:rPr>
        <w:t>:</w:t>
      </w:r>
      <w:r w:rsidRPr="007D40B3">
        <w:rPr>
          <w:rFonts w:ascii="Times New Roman" w:hAnsi="Times New Roman"/>
        </w:rPr>
        <w:tab/>
      </w:r>
    </w:p>
    <w:p w14:paraId="71CB7C9B" w14:textId="77777777" w:rsidR="004C684C" w:rsidRPr="007D40B3" w:rsidRDefault="004C684C" w:rsidP="004C684C">
      <w:pPr>
        <w:pStyle w:val="Corptext"/>
        <w:tabs>
          <w:tab w:val="left" w:leader="underscore" w:pos="6732"/>
        </w:tabs>
        <w:spacing w:after="0"/>
        <w:rPr>
          <w:rFonts w:ascii="Times New Roman" w:hAnsi="Times New Roman"/>
        </w:rPr>
      </w:pPr>
      <w:proofErr w:type="spellStart"/>
      <w:r w:rsidRPr="007D40B3">
        <w:rPr>
          <w:rFonts w:ascii="Times New Roman" w:hAnsi="Times New Roman"/>
        </w:rPr>
        <w:t>Capacitatea</w:t>
      </w:r>
      <w:proofErr w:type="spellEnd"/>
      <w:r w:rsidRPr="007D40B3">
        <w:rPr>
          <w:rFonts w:ascii="Times New Roman" w:hAnsi="Times New Roman"/>
        </w:rPr>
        <w:t xml:space="preserve"> de </w:t>
      </w:r>
      <w:proofErr w:type="spellStart"/>
      <w:r w:rsidRPr="007D40B3">
        <w:rPr>
          <w:rFonts w:ascii="Times New Roman" w:hAnsi="Times New Roman"/>
        </w:rPr>
        <w:t>semnătură</w:t>
      </w:r>
      <w:proofErr w:type="spellEnd"/>
      <w:r w:rsidRPr="007D40B3">
        <w:rPr>
          <w:rFonts w:ascii="Times New Roman" w:hAnsi="Times New Roman"/>
        </w:rPr>
        <w:t>: (</w:t>
      </w:r>
      <w:proofErr w:type="spellStart"/>
      <w:r w:rsidRPr="007D40B3">
        <w:rPr>
          <w:rFonts w:ascii="Times New Roman" w:hAnsi="Times New Roman"/>
        </w:rPr>
        <w:t>reprezentant</w:t>
      </w:r>
      <w:proofErr w:type="spellEnd"/>
      <w:r w:rsidRPr="007D40B3">
        <w:rPr>
          <w:rFonts w:ascii="Times New Roman" w:hAnsi="Times New Roman"/>
        </w:rPr>
        <w:t xml:space="preserve"> legal/</w:t>
      </w:r>
      <w:proofErr w:type="spellStart"/>
      <w:r w:rsidRPr="007D40B3">
        <w:rPr>
          <w:rFonts w:ascii="Times New Roman" w:hAnsi="Times New Roman"/>
        </w:rPr>
        <w:t>împuternicit</w:t>
      </w:r>
      <w:proofErr w:type="spellEnd"/>
      <w:r w:rsidRPr="007D40B3">
        <w:rPr>
          <w:rFonts w:ascii="Times New Roman" w:hAnsi="Times New Roman"/>
        </w:rPr>
        <w:t>):</w:t>
      </w:r>
      <w:r w:rsidRPr="007D40B3">
        <w:rPr>
          <w:rFonts w:ascii="Times New Roman" w:hAnsi="Times New Roman"/>
        </w:rPr>
        <w:tab/>
      </w:r>
    </w:p>
    <w:p w14:paraId="26782BEA" w14:textId="77777777" w:rsidR="004C684C" w:rsidRPr="007D40B3" w:rsidRDefault="004C684C" w:rsidP="004C684C">
      <w:pPr>
        <w:pStyle w:val="Corptext"/>
        <w:tabs>
          <w:tab w:val="left" w:leader="underscore" w:pos="4068"/>
        </w:tabs>
        <w:spacing w:after="0"/>
        <w:rPr>
          <w:rFonts w:ascii="Times New Roman" w:hAnsi="Times New Roman"/>
        </w:rPr>
      </w:pPr>
      <w:proofErr w:type="spellStart"/>
      <w:r w:rsidRPr="007D40B3">
        <w:rPr>
          <w:rFonts w:ascii="Times New Roman" w:hAnsi="Times New Roman"/>
        </w:rPr>
        <w:t>Semnătura</w:t>
      </w:r>
      <w:proofErr w:type="spellEnd"/>
      <w:r w:rsidRPr="007D40B3">
        <w:rPr>
          <w:rFonts w:ascii="Times New Roman" w:hAnsi="Times New Roman"/>
        </w:rPr>
        <w:t xml:space="preserve"> și </w:t>
      </w:r>
      <w:proofErr w:type="spellStart"/>
      <w:r w:rsidRPr="007D40B3">
        <w:rPr>
          <w:rFonts w:ascii="Times New Roman" w:hAnsi="Times New Roman"/>
        </w:rPr>
        <w:t>ștampila</w:t>
      </w:r>
      <w:proofErr w:type="spellEnd"/>
      <w:r w:rsidRPr="007D40B3">
        <w:rPr>
          <w:rFonts w:ascii="Times New Roman" w:hAnsi="Times New Roman"/>
        </w:rPr>
        <w:t>:</w:t>
      </w:r>
      <w:r w:rsidRPr="007D40B3">
        <w:rPr>
          <w:rFonts w:ascii="Times New Roman" w:hAnsi="Times New Roman"/>
        </w:rPr>
        <w:tab/>
      </w:r>
    </w:p>
    <w:p w14:paraId="6B396F2C" w14:textId="77777777" w:rsidR="004C684C" w:rsidRPr="007D40B3" w:rsidRDefault="004C684C" w:rsidP="004C684C">
      <w:pPr>
        <w:pStyle w:val="Corptext"/>
        <w:spacing w:after="0"/>
        <w:rPr>
          <w:rFonts w:ascii="Times New Roman" w:hAnsi="Times New Roman"/>
        </w:rPr>
      </w:pPr>
      <w:proofErr w:type="gramStart"/>
      <w:r w:rsidRPr="007D40B3">
        <w:rPr>
          <w:rFonts w:ascii="Times New Roman" w:hAnsi="Times New Roman"/>
        </w:rPr>
        <w:t>Data :</w:t>
      </w:r>
      <w:proofErr w:type="gramEnd"/>
    </w:p>
    <w:p w14:paraId="156AC98C" w14:textId="77777777" w:rsidR="004C684C" w:rsidRPr="007D40B3" w:rsidRDefault="004C684C" w:rsidP="004C684C">
      <w:pPr>
        <w:pStyle w:val="Corptext"/>
        <w:spacing w:after="0"/>
        <w:rPr>
          <w:rFonts w:ascii="Times New Roman" w:hAnsi="Times New Roman"/>
        </w:rPr>
      </w:pPr>
    </w:p>
    <w:p w14:paraId="3CC2BC54" w14:textId="77777777" w:rsidR="004C684C" w:rsidRPr="007D40B3" w:rsidRDefault="004C684C" w:rsidP="004C684C">
      <w:pPr>
        <w:spacing w:line="240" w:lineRule="auto"/>
        <w:ind w:left="708"/>
        <w:rPr>
          <w:rFonts w:ascii="Times New Roman" w:hAnsi="Times New Roman"/>
          <w:b/>
          <w:sz w:val="24"/>
          <w:szCs w:val="24"/>
        </w:rPr>
      </w:pPr>
    </w:p>
    <w:p w14:paraId="49BAC6EE" w14:textId="77777777" w:rsidR="000F4CEB" w:rsidRPr="000F4CEB" w:rsidRDefault="000F4CEB" w:rsidP="002428BA">
      <w:pPr>
        <w:rPr>
          <w:b/>
          <w:sz w:val="24"/>
          <w:szCs w:val="24"/>
        </w:rPr>
      </w:pPr>
    </w:p>
    <w:sectPr w:rsidR="000F4CEB" w:rsidRPr="000F4CEB" w:rsidSect="003724EE">
      <w:headerReference w:type="default" r:id="rId17"/>
      <w:footerReference w:type="default" r:id="rId18"/>
      <w:pgSz w:w="11907" w:h="16839" w:code="9"/>
      <w:pgMar w:top="1258" w:right="616" w:bottom="144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80FC3" w14:textId="77777777" w:rsidR="00A83DB0" w:rsidRDefault="00A83DB0" w:rsidP="000C5021">
      <w:pPr>
        <w:spacing w:after="0" w:line="240" w:lineRule="auto"/>
      </w:pPr>
      <w:r>
        <w:separator/>
      </w:r>
    </w:p>
  </w:endnote>
  <w:endnote w:type="continuationSeparator" w:id="0">
    <w:p w14:paraId="090B15D0" w14:textId="77777777" w:rsidR="00A83DB0" w:rsidRDefault="00A83DB0" w:rsidP="000C5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474CB" w14:textId="6A5AADF8" w:rsidR="00704DF0" w:rsidRDefault="00704DF0">
    <w:pPr>
      <w:pStyle w:val="Subsol"/>
    </w:pPr>
    <w:r>
      <w:rPr>
        <w:noProof/>
      </w:rPr>
      <w:drawing>
        <wp:anchor distT="0" distB="0" distL="114300" distR="114300" simplePos="0" relativeHeight="251664384" behindDoc="0" locked="0" layoutInCell="1" allowOverlap="1" wp14:anchorId="78B0A222" wp14:editId="6D61904A">
          <wp:simplePos x="0" y="0"/>
          <wp:positionH relativeFrom="margin">
            <wp:posOffset>-182880</wp:posOffset>
          </wp:positionH>
          <wp:positionV relativeFrom="margin">
            <wp:posOffset>8948420</wp:posOffset>
          </wp:positionV>
          <wp:extent cx="6798011" cy="974090"/>
          <wp:effectExtent l="0" t="0" r="3175" b="0"/>
          <wp:wrapNone/>
          <wp:docPr id="788225169" name="Picture 788225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1" cy="974090"/>
                  </a:xfrm>
                  <a:prstGeom prst="rect">
                    <a:avLst/>
                  </a:prstGeom>
                </pic:spPr>
              </pic:pic>
            </a:graphicData>
          </a:graphic>
          <wp14:sizeRelH relativeFrom="margin">
            <wp14:pctWidth>0</wp14:pctWidth>
          </wp14:sizeRelH>
          <wp14:sizeRelV relativeFrom="margin">
            <wp14:pctHeight>0</wp14:pctHeight>
          </wp14:sizeRelV>
        </wp:anchor>
      </w:drawing>
    </w:r>
  </w:p>
  <w:p w14:paraId="7A7D4D7A" w14:textId="77777777" w:rsidR="00704DF0" w:rsidRDefault="00704DF0">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4F05E" w14:textId="2C18C31A" w:rsidR="00C90C02" w:rsidRPr="006C7D1C" w:rsidRDefault="003724EE" w:rsidP="00C90C02">
    <w:pPr>
      <w:pStyle w:val="Subsol"/>
    </w:pPr>
    <w:r>
      <w:rPr>
        <w:noProof/>
      </w:rPr>
      <w:drawing>
        <wp:anchor distT="0" distB="0" distL="114300" distR="114300" simplePos="0" relativeHeight="251661312" behindDoc="0" locked="0" layoutInCell="1" allowOverlap="1" wp14:anchorId="4D018846" wp14:editId="4ED5B860">
          <wp:simplePos x="0" y="0"/>
          <wp:positionH relativeFrom="margin">
            <wp:posOffset>17145</wp:posOffset>
          </wp:positionH>
          <wp:positionV relativeFrom="margin">
            <wp:posOffset>10167620</wp:posOffset>
          </wp:positionV>
          <wp:extent cx="6798011" cy="974090"/>
          <wp:effectExtent l="0" t="0" r="317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1" cy="97409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FF0B5" w14:textId="3435C16D" w:rsidR="00C90C02" w:rsidRDefault="00C90C02" w:rsidP="00BC1549">
    <w:pPr>
      <w:pStyle w:val="Subsol"/>
    </w:pPr>
    <w:r>
      <w:rPr>
        <w:noProof/>
      </w:rPr>
      <w:drawing>
        <wp:anchor distT="0" distB="0" distL="114300" distR="114300" simplePos="0" relativeHeight="251659264" behindDoc="0" locked="0" layoutInCell="1" allowOverlap="1" wp14:anchorId="701BD38A" wp14:editId="39FF8964">
          <wp:simplePos x="0" y="0"/>
          <wp:positionH relativeFrom="margin">
            <wp:posOffset>-479425</wp:posOffset>
          </wp:positionH>
          <wp:positionV relativeFrom="margin">
            <wp:posOffset>8674100</wp:posOffset>
          </wp:positionV>
          <wp:extent cx="6798011" cy="974090"/>
          <wp:effectExtent l="0" t="0" r="317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1" cy="974090"/>
                  </a:xfrm>
                  <a:prstGeom prst="rect">
                    <a:avLst/>
                  </a:prstGeom>
                </pic:spPr>
              </pic:pic>
            </a:graphicData>
          </a:graphic>
          <wp14:sizeRelH relativeFrom="margin">
            <wp14:pctWidth>0</wp14:pctWidth>
          </wp14:sizeRelH>
          <wp14:sizeRelV relativeFrom="margin">
            <wp14:pctHeight>0</wp14:pctHeight>
          </wp14:sizeRelV>
        </wp:anchor>
      </w:drawing>
    </w:r>
  </w:p>
  <w:p w14:paraId="1CC240AC" w14:textId="7BD84E03" w:rsidR="00C90C02" w:rsidRDefault="00C90C02" w:rsidP="00BC1549">
    <w:pPr>
      <w:pStyle w:val="Subsol"/>
    </w:pPr>
  </w:p>
  <w:p w14:paraId="6337D60E" w14:textId="7304A4D0" w:rsidR="00C90C02" w:rsidRDefault="00C90C02" w:rsidP="00BC1549">
    <w:pPr>
      <w:pStyle w:val="Subsol"/>
    </w:pPr>
  </w:p>
  <w:p w14:paraId="28D83235" w14:textId="77777777" w:rsidR="00C90C02" w:rsidRDefault="00C90C0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8D091" w14:textId="77777777" w:rsidR="00A83DB0" w:rsidRDefault="00A83DB0" w:rsidP="000C5021">
      <w:pPr>
        <w:spacing w:after="0" w:line="240" w:lineRule="auto"/>
      </w:pPr>
      <w:r>
        <w:separator/>
      </w:r>
    </w:p>
  </w:footnote>
  <w:footnote w:type="continuationSeparator" w:id="0">
    <w:p w14:paraId="132444F7" w14:textId="77777777" w:rsidR="00A83DB0" w:rsidRDefault="00A83DB0" w:rsidP="000C5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09011" w14:textId="2F364BFD" w:rsidR="00C90C02" w:rsidRDefault="00704DF0">
    <w:pPr>
      <w:spacing w:line="1" w:lineRule="exact"/>
    </w:pPr>
    <w:r>
      <w:rPr>
        <w:noProof/>
      </w:rPr>
      <w:drawing>
        <wp:anchor distT="0" distB="0" distL="114300" distR="114300" simplePos="0" relativeHeight="251662336" behindDoc="0" locked="0" layoutInCell="1" allowOverlap="1" wp14:anchorId="0F19D9D3" wp14:editId="68E2D524">
          <wp:simplePos x="0" y="0"/>
          <wp:positionH relativeFrom="margin">
            <wp:posOffset>487680</wp:posOffset>
          </wp:positionH>
          <wp:positionV relativeFrom="margin">
            <wp:posOffset>-502920</wp:posOffset>
          </wp:positionV>
          <wp:extent cx="5767070" cy="682625"/>
          <wp:effectExtent l="0" t="0" r="5080" b="3175"/>
          <wp:wrapSquare wrapText="bothSides"/>
          <wp:docPr id="788225168" name="Picture 788225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7070" cy="682625"/>
                  </a:xfrm>
                  <a:prstGeom prst="rect">
                    <a:avLst/>
                  </a:prstGeom>
                  <a:noFill/>
                </pic:spPr>
              </pic:pic>
            </a:graphicData>
          </a:graphic>
        </wp:anchor>
      </w:drawing>
    </w:r>
    <w:r w:rsidR="003724EE">
      <w:ptab w:relativeTo="margin" w:alignment="lef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B9722" w14:textId="77777777" w:rsidR="00C90C02" w:rsidRPr="00E6167A" w:rsidRDefault="00C90C02" w:rsidP="00C90C02">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0510" w14:textId="77777777" w:rsidR="003724EE" w:rsidRPr="000C5021" w:rsidRDefault="003724EE" w:rsidP="003724EE">
    <w:pPr>
      <w:pStyle w:val="Antet"/>
    </w:pPr>
    <w:r w:rsidRPr="000C5021">
      <w:rPr>
        <w:rFonts w:ascii="Calibri" w:eastAsia="Times New Roman" w:hAnsi="Calibri" w:cs="Times New Roman"/>
        <w:noProof/>
      </w:rPr>
      <w:drawing>
        <wp:inline distT="0" distB="0" distL="0" distR="0" wp14:anchorId="7D31F79F" wp14:editId="00F5938A">
          <wp:extent cx="5767316" cy="682811"/>
          <wp:effectExtent l="0" t="0" r="508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tretch>
                    <a:fillRect/>
                  </a:stretch>
                </pic:blipFill>
                <pic:spPr>
                  <a:xfrm>
                    <a:off x="0" y="0"/>
                    <a:ext cx="5767316" cy="682811"/>
                  </a:xfrm>
                  <a:prstGeom prst="rect">
                    <a:avLst/>
                  </a:prstGeom>
                </pic:spPr>
              </pic:pic>
            </a:graphicData>
          </a:graphic>
        </wp:inline>
      </w:drawing>
    </w:r>
  </w:p>
  <w:p w14:paraId="3C7ABDB6" w14:textId="77777777" w:rsidR="00C90C02" w:rsidRPr="00E6167A" w:rsidRDefault="00C90C02" w:rsidP="00C90C02">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FAC66" w14:textId="77777777" w:rsidR="004C684C" w:rsidRPr="00E6167A" w:rsidRDefault="004C684C" w:rsidP="00161E23">
    <w:pPr>
      <w:pStyle w:val="Ante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21CD7" w14:textId="47B20C01" w:rsidR="00C90C02" w:rsidRPr="000C5021" w:rsidRDefault="00704DF0" w:rsidP="000C5021">
    <w:pPr>
      <w:pStyle w:val="Antet"/>
    </w:pPr>
    <w:r w:rsidRPr="000C5021">
      <w:rPr>
        <w:rFonts w:ascii="Calibri" w:eastAsia="Times New Roman" w:hAnsi="Calibri" w:cs="Times New Roman"/>
        <w:noProof/>
      </w:rPr>
      <w:drawing>
        <wp:inline distT="0" distB="0" distL="0" distR="0" wp14:anchorId="14835E3A" wp14:editId="0EC2A513">
          <wp:extent cx="5767316" cy="682811"/>
          <wp:effectExtent l="0" t="0" r="5080" b="3175"/>
          <wp:docPr id="788225148" name="Picture 788225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tretch>
                    <a:fillRect/>
                  </a:stretch>
                </pic:blipFill>
                <pic:spPr>
                  <a:xfrm>
                    <a:off x="0" y="0"/>
                    <a:ext cx="5767316" cy="6828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abstractNum w:abstractNumId="9" w15:restartNumberingAfterBreak="0">
    <w:nsid w:val="02D73358"/>
    <w:multiLevelType w:val="hybridMultilevel"/>
    <w:tmpl w:val="C5606B92"/>
    <w:lvl w:ilvl="0" w:tplc="6780F662">
      <w:numFmt w:val="bullet"/>
      <w:lvlText w:val="-"/>
      <w:lvlJc w:val="left"/>
      <w:pPr>
        <w:ind w:left="1140" w:hanging="360"/>
      </w:pPr>
      <w:rPr>
        <w:rFonts w:ascii="Cambria" w:eastAsiaTheme="minorEastAsia" w:hAnsi="Cambria" w:cstheme="minorBidi" w:hint="default"/>
      </w:rPr>
    </w:lvl>
    <w:lvl w:ilvl="1" w:tplc="04180003">
      <w:start w:val="1"/>
      <w:numFmt w:val="bullet"/>
      <w:lvlText w:val="o"/>
      <w:lvlJc w:val="left"/>
      <w:pPr>
        <w:ind w:left="1860" w:hanging="360"/>
      </w:pPr>
      <w:rPr>
        <w:rFonts w:ascii="Courier New" w:hAnsi="Courier New" w:cs="Courier New" w:hint="default"/>
      </w:rPr>
    </w:lvl>
    <w:lvl w:ilvl="2" w:tplc="04180005">
      <w:start w:val="1"/>
      <w:numFmt w:val="bullet"/>
      <w:lvlText w:val=""/>
      <w:lvlJc w:val="left"/>
      <w:pPr>
        <w:ind w:left="2580" w:hanging="360"/>
      </w:pPr>
      <w:rPr>
        <w:rFonts w:ascii="Wingdings" w:hAnsi="Wingdings" w:hint="default"/>
      </w:rPr>
    </w:lvl>
    <w:lvl w:ilvl="3" w:tplc="04180001">
      <w:start w:val="1"/>
      <w:numFmt w:val="bullet"/>
      <w:lvlText w:val=""/>
      <w:lvlJc w:val="left"/>
      <w:pPr>
        <w:ind w:left="3300" w:hanging="360"/>
      </w:pPr>
      <w:rPr>
        <w:rFonts w:ascii="Symbol" w:hAnsi="Symbol" w:hint="default"/>
      </w:rPr>
    </w:lvl>
    <w:lvl w:ilvl="4" w:tplc="04180003">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10" w15:restartNumberingAfterBreak="0">
    <w:nsid w:val="031F5EFF"/>
    <w:multiLevelType w:val="multilevel"/>
    <w:tmpl w:val="5A0E5224"/>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746568"/>
    <w:multiLevelType w:val="multilevel"/>
    <w:tmpl w:val="073A92D6"/>
    <w:lvl w:ilvl="0">
      <w:start w:val="1"/>
      <w:numFmt w:val="decimal"/>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A46161E"/>
    <w:multiLevelType w:val="hybridMultilevel"/>
    <w:tmpl w:val="512EB7B0"/>
    <w:lvl w:ilvl="0" w:tplc="19E822EE">
      <w:start w:val="1"/>
      <w:numFmt w:val="bullet"/>
      <w:lvlText w:val="­"/>
      <w:lvlJc w:val="left"/>
      <w:pPr>
        <w:ind w:left="720" w:hanging="360"/>
      </w:pPr>
      <w:rPr>
        <w:rFonts w:ascii="Trebuchet MS" w:hAnsi="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B754AB"/>
    <w:multiLevelType w:val="multilevel"/>
    <w:tmpl w:val="2C32C452"/>
    <w:lvl w:ilvl="0">
      <w:start w:val="1"/>
      <w:numFmt w:val="decimal"/>
      <w:lvlText w:val="%1."/>
      <w:lvlJc w:val="center"/>
      <w:rPr>
        <w:rFonts w:hint="default"/>
        <w:b/>
        <w:color w:val="2F5496"/>
      </w:rPr>
    </w:lvl>
    <w:lvl w:ilvl="1">
      <w:start w:val="1"/>
      <w:numFmt w:val="decimal"/>
      <w:lvlText w:val="%1.%2"/>
      <w:lvlJc w:val="left"/>
      <w:pPr>
        <w:ind w:left="576" w:hanging="576"/>
      </w:pPr>
      <w:rPr>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b/>
        <w:i w:val="0"/>
        <w:sz w:val="22"/>
        <w:szCs w:val="22"/>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CEB0F5F"/>
    <w:multiLevelType w:val="hybridMultilevel"/>
    <w:tmpl w:val="48BA7D2A"/>
    <w:lvl w:ilvl="0" w:tplc="144060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BC32A4"/>
    <w:multiLevelType w:val="hybridMultilevel"/>
    <w:tmpl w:val="847053DE"/>
    <w:lvl w:ilvl="0" w:tplc="D9206484">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AEB35C8"/>
    <w:multiLevelType w:val="hybridMultilevel"/>
    <w:tmpl w:val="9F9EE2F2"/>
    <w:lvl w:ilvl="0" w:tplc="DDC2040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0143BC9"/>
    <w:multiLevelType w:val="multilevel"/>
    <w:tmpl w:val="A2DC70C6"/>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1A66EEA"/>
    <w:multiLevelType w:val="multilevel"/>
    <w:tmpl w:val="92460A7C"/>
    <w:lvl w:ilvl="0">
      <w:start w:val="1"/>
      <w:numFmt w:val="decimal"/>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0147C2D"/>
    <w:multiLevelType w:val="hybridMultilevel"/>
    <w:tmpl w:val="40708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112821"/>
    <w:multiLevelType w:val="multilevel"/>
    <w:tmpl w:val="4DA08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5B13E2"/>
    <w:multiLevelType w:val="hybridMultilevel"/>
    <w:tmpl w:val="6728C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8433113">
    <w:abstractNumId w:val="8"/>
  </w:num>
  <w:num w:numId="2" w16cid:durableId="2110807458">
    <w:abstractNumId w:val="6"/>
  </w:num>
  <w:num w:numId="3" w16cid:durableId="1193112480">
    <w:abstractNumId w:val="5"/>
  </w:num>
  <w:num w:numId="4" w16cid:durableId="230312457">
    <w:abstractNumId w:val="4"/>
  </w:num>
  <w:num w:numId="5" w16cid:durableId="1355154938">
    <w:abstractNumId w:val="7"/>
  </w:num>
  <w:num w:numId="6" w16cid:durableId="259215051">
    <w:abstractNumId w:val="3"/>
  </w:num>
  <w:num w:numId="7" w16cid:durableId="431629869">
    <w:abstractNumId w:val="2"/>
  </w:num>
  <w:num w:numId="8" w16cid:durableId="99420020">
    <w:abstractNumId w:val="1"/>
  </w:num>
  <w:num w:numId="9" w16cid:durableId="228463893">
    <w:abstractNumId w:val="0"/>
  </w:num>
  <w:num w:numId="10" w16cid:durableId="232474628">
    <w:abstractNumId w:val="12"/>
  </w:num>
  <w:num w:numId="11" w16cid:durableId="1724674430">
    <w:abstractNumId w:val="20"/>
  </w:num>
  <w:num w:numId="12" w16cid:durableId="922568255">
    <w:abstractNumId w:val="21"/>
  </w:num>
  <w:num w:numId="13" w16cid:durableId="954024821">
    <w:abstractNumId w:val="19"/>
  </w:num>
  <w:num w:numId="14" w16cid:durableId="1527058414">
    <w:abstractNumId w:val="13"/>
  </w:num>
  <w:num w:numId="15" w16cid:durableId="586231404">
    <w:abstractNumId w:val="14"/>
  </w:num>
  <w:num w:numId="16" w16cid:durableId="667752278">
    <w:abstractNumId w:val="11"/>
  </w:num>
  <w:num w:numId="17" w16cid:durableId="1718777117">
    <w:abstractNumId w:val="10"/>
  </w:num>
  <w:num w:numId="18" w16cid:durableId="1513445913">
    <w:abstractNumId w:val="15"/>
  </w:num>
  <w:num w:numId="19" w16cid:durableId="1307782006">
    <w:abstractNumId w:val="16"/>
  </w:num>
  <w:num w:numId="20" w16cid:durableId="1733041902">
    <w:abstractNumId w:val="18"/>
  </w:num>
  <w:num w:numId="21" w16cid:durableId="1107777544">
    <w:abstractNumId w:val="17"/>
  </w:num>
  <w:num w:numId="22" w16cid:durableId="11275105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5419"/>
    <w:rsid w:val="00016DAB"/>
    <w:rsid w:val="0002055D"/>
    <w:rsid w:val="00034616"/>
    <w:rsid w:val="00036214"/>
    <w:rsid w:val="00046258"/>
    <w:rsid w:val="00057EE6"/>
    <w:rsid w:val="0006063C"/>
    <w:rsid w:val="000719BD"/>
    <w:rsid w:val="00093151"/>
    <w:rsid w:val="0009352B"/>
    <w:rsid w:val="00096FBF"/>
    <w:rsid w:val="00097E08"/>
    <w:rsid w:val="000A3437"/>
    <w:rsid w:val="000B3F23"/>
    <w:rsid w:val="000C5021"/>
    <w:rsid w:val="000D55EA"/>
    <w:rsid w:val="000E7C55"/>
    <w:rsid w:val="000F4CEB"/>
    <w:rsid w:val="000F4E35"/>
    <w:rsid w:val="000F6547"/>
    <w:rsid w:val="00100A61"/>
    <w:rsid w:val="00102850"/>
    <w:rsid w:val="00106A42"/>
    <w:rsid w:val="0011072D"/>
    <w:rsid w:val="00121B08"/>
    <w:rsid w:val="00134D7B"/>
    <w:rsid w:val="0015074B"/>
    <w:rsid w:val="00163FD5"/>
    <w:rsid w:val="00186865"/>
    <w:rsid w:val="00196D28"/>
    <w:rsid w:val="001A5DAD"/>
    <w:rsid w:val="001B04AF"/>
    <w:rsid w:val="001D5A74"/>
    <w:rsid w:val="002039FA"/>
    <w:rsid w:val="002120C2"/>
    <w:rsid w:val="00212C35"/>
    <w:rsid w:val="002153ED"/>
    <w:rsid w:val="00234458"/>
    <w:rsid w:val="002428BA"/>
    <w:rsid w:val="00260F54"/>
    <w:rsid w:val="002655A0"/>
    <w:rsid w:val="002937CF"/>
    <w:rsid w:val="0029639D"/>
    <w:rsid w:val="002A2A2F"/>
    <w:rsid w:val="002A6AE1"/>
    <w:rsid w:val="002B01AA"/>
    <w:rsid w:val="002C2678"/>
    <w:rsid w:val="002C352C"/>
    <w:rsid w:val="002C4206"/>
    <w:rsid w:val="002E0D6F"/>
    <w:rsid w:val="002E3FD3"/>
    <w:rsid w:val="00305764"/>
    <w:rsid w:val="0031063E"/>
    <w:rsid w:val="00314876"/>
    <w:rsid w:val="00326F90"/>
    <w:rsid w:val="00327EBE"/>
    <w:rsid w:val="00364AA3"/>
    <w:rsid w:val="00370AFE"/>
    <w:rsid w:val="003724EE"/>
    <w:rsid w:val="003836AC"/>
    <w:rsid w:val="003B4BDE"/>
    <w:rsid w:val="003C14D9"/>
    <w:rsid w:val="003C22B9"/>
    <w:rsid w:val="003C433A"/>
    <w:rsid w:val="003C62B1"/>
    <w:rsid w:val="003C7E73"/>
    <w:rsid w:val="003D694E"/>
    <w:rsid w:val="003E67C7"/>
    <w:rsid w:val="003F2EFB"/>
    <w:rsid w:val="003F30F0"/>
    <w:rsid w:val="00413D47"/>
    <w:rsid w:val="00427D3C"/>
    <w:rsid w:val="00451D26"/>
    <w:rsid w:val="00453F73"/>
    <w:rsid w:val="004735E5"/>
    <w:rsid w:val="004854AD"/>
    <w:rsid w:val="004A008A"/>
    <w:rsid w:val="004A45DA"/>
    <w:rsid w:val="004C684C"/>
    <w:rsid w:val="004E61A2"/>
    <w:rsid w:val="004F6436"/>
    <w:rsid w:val="004F6B56"/>
    <w:rsid w:val="00512AB2"/>
    <w:rsid w:val="00516C79"/>
    <w:rsid w:val="00532522"/>
    <w:rsid w:val="00532E0B"/>
    <w:rsid w:val="00590BD3"/>
    <w:rsid w:val="005A2065"/>
    <w:rsid w:val="005A25B3"/>
    <w:rsid w:val="005A2E71"/>
    <w:rsid w:val="005A3C6F"/>
    <w:rsid w:val="005A4911"/>
    <w:rsid w:val="005A7067"/>
    <w:rsid w:val="005B7BCB"/>
    <w:rsid w:val="005C30DB"/>
    <w:rsid w:val="005D7605"/>
    <w:rsid w:val="00610C2E"/>
    <w:rsid w:val="00657F96"/>
    <w:rsid w:val="00681AB7"/>
    <w:rsid w:val="0069183F"/>
    <w:rsid w:val="006A0149"/>
    <w:rsid w:val="006A70EA"/>
    <w:rsid w:val="006C5A4A"/>
    <w:rsid w:val="006D7FE0"/>
    <w:rsid w:val="006F6C60"/>
    <w:rsid w:val="00704DF0"/>
    <w:rsid w:val="0072390D"/>
    <w:rsid w:val="00726B35"/>
    <w:rsid w:val="00737195"/>
    <w:rsid w:val="0075088C"/>
    <w:rsid w:val="007523C3"/>
    <w:rsid w:val="007555B1"/>
    <w:rsid w:val="007647F8"/>
    <w:rsid w:val="00766FD9"/>
    <w:rsid w:val="007755DC"/>
    <w:rsid w:val="0078105E"/>
    <w:rsid w:val="00787806"/>
    <w:rsid w:val="007B6A79"/>
    <w:rsid w:val="007C535D"/>
    <w:rsid w:val="007D217B"/>
    <w:rsid w:val="007F0C9D"/>
    <w:rsid w:val="00822F31"/>
    <w:rsid w:val="008472AF"/>
    <w:rsid w:val="008566A2"/>
    <w:rsid w:val="0086526B"/>
    <w:rsid w:val="00872757"/>
    <w:rsid w:val="008B0E5F"/>
    <w:rsid w:val="008C1B2E"/>
    <w:rsid w:val="008E59BA"/>
    <w:rsid w:val="00953F5B"/>
    <w:rsid w:val="00962B67"/>
    <w:rsid w:val="0097023E"/>
    <w:rsid w:val="00976D6A"/>
    <w:rsid w:val="009828D4"/>
    <w:rsid w:val="009A0455"/>
    <w:rsid w:val="009A5158"/>
    <w:rsid w:val="009E77CF"/>
    <w:rsid w:val="009F5E82"/>
    <w:rsid w:val="00A05ED2"/>
    <w:rsid w:val="00A419B1"/>
    <w:rsid w:val="00A62926"/>
    <w:rsid w:val="00A83DB0"/>
    <w:rsid w:val="00A96F46"/>
    <w:rsid w:val="00AA1D8D"/>
    <w:rsid w:val="00AE22EF"/>
    <w:rsid w:val="00B0431E"/>
    <w:rsid w:val="00B47730"/>
    <w:rsid w:val="00B57149"/>
    <w:rsid w:val="00BC1549"/>
    <w:rsid w:val="00BD3F18"/>
    <w:rsid w:val="00BE23FE"/>
    <w:rsid w:val="00BE76CA"/>
    <w:rsid w:val="00BF6483"/>
    <w:rsid w:val="00C00189"/>
    <w:rsid w:val="00C0195A"/>
    <w:rsid w:val="00C02069"/>
    <w:rsid w:val="00C04F59"/>
    <w:rsid w:val="00C336FD"/>
    <w:rsid w:val="00C53E2D"/>
    <w:rsid w:val="00C90C02"/>
    <w:rsid w:val="00CB0664"/>
    <w:rsid w:val="00CC3F2F"/>
    <w:rsid w:val="00CD4C8E"/>
    <w:rsid w:val="00CE73BA"/>
    <w:rsid w:val="00D000DB"/>
    <w:rsid w:val="00D27EC0"/>
    <w:rsid w:val="00D566F1"/>
    <w:rsid w:val="00D56B39"/>
    <w:rsid w:val="00D73BA2"/>
    <w:rsid w:val="00D847BD"/>
    <w:rsid w:val="00D86DF9"/>
    <w:rsid w:val="00D9697A"/>
    <w:rsid w:val="00DA4E67"/>
    <w:rsid w:val="00DD0687"/>
    <w:rsid w:val="00DE5319"/>
    <w:rsid w:val="00DF1032"/>
    <w:rsid w:val="00DF463C"/>
    <w:rsid w:val="00DF531C"/>
    <w:rsid w:val="00E00181"/>
    <w:rsid w:val="00E008BD"/>
    <w:rsid w:val="00E07501"/>
    <w:rsid w:val="00E22B73"/>
    <w:rsid w:val="00E74574"/>
    <w:rsid w:val="00E74CF5"/>
    <w:rsid w:val="00E8684F"/>
    <w:rsid w:val="00EA0D58"/>
    <w:rsid w:val="00EC0CEC"/>
    <w:rsid w:val="00EC3288"/>
    <w:rsid w:val="00EE0821"/>
    <w:rsid w:val="00F05136"/>
    <w:rsid w:val="00F17867"/>
    <w:rsid w:val="00F55104"/>
    <w:rsid w:val="00F8388C"/>
    <w:rsid w:val="00F941C7"/>
    <w:rsid w:val="00F94AF7"/>
    <w:rsid w:val="00FB15C0"/>
    <w:rsid w:val="00FC2032"/>
    <w:rsid w:val="00FC573B"/>
    <w:rsid w:val="00FC693F"/>
    <w:rsid w:val="00FE044C"/>
    <w:rsid w:val="00FF47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D41B98"/>
  <w14:defaultImageDpi w14:val="300"/>
  <w15:docId w15:val="{06C17CB7-8C01-4ECE-B04C-AAF235FAC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 Caracter,Caracter,Char1 Char1,Char1, Char1,Caracter Caracter Caracter Caracter"/>
    <w:basedOn w:val="Normal"/>
    <w:link w:val="AntetCaracter"/>
    <w:unhideWhenUsed/>
    <w:qFormat/>
    <w:rsid w:val="00E618BF"/>
    <w:pPr>
      <w:tabs>
        <w:tab w:val="center" w:pos="4680"/>
        <w:tab w:val="right" w:pos="9360"/>
      </w:tabs>
      <w:spacing w:after="0" w:line="240" w:lineRule="auto"/>
    </w:pPr>
  </w:style>
  <w:style w:type="character" w:customStyle="1" w:styleId="AntetCaracter">
    <w:name w:val="Antet Caracter"/>
    <w:aliases w:val=" Caracter Caracter,Caracter Caracter,Char1 Char1 Caracter,Char1 Caracter, Char1 Caracter,Caracter Caracter Caracter Caracter Caracter"/>
    <w:basedOn w:val="Fontdeparagrafimplicit"/>
    <w:link w:val="Antet"/>
    <w:qFormat/>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aliases w:val="body 2,List_Paragraph,Multilevel para_II,List Paragraph compact,Normal bullet 2,Paragraphe de liste 2,Reference list,Bullet list,Numbered List,List Paragraph1,1st level - Bullet List Paragraph,Lettre d'introduction,Paragraph,Bullet EY,lp1"/>
    <w:basedOn w:val="Normal"/>
    <w:link w:val="ListparagrafCaracter"/>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ListparagrafCaracter">
    <w:name w:val="Listă paragraf Caracter"/>
    <w:aliases w:val="body 2 Caracter,List_Paragraph Caracter,Multilevel para_II Caracter,List Paragraph compact Caracter,Normal bullet 2 Caracter,Paragraphe de liste 2 Caracter,Reference list Caracter,Bullet list Caracter,Numbered List Caracter"/>
    <w:link w:val="Listparagraf"/>
    <w:uiPriority w:val="34"/>
    <w:qFormat/>
    <w:rsid w:val="00A419B1"/>
  </w:style>
  <w:style w:type="character" w:customStyle="1" w:styleId="Heading3">
    <w:name w:val="Heading #3_"/>
    <w:basedOn w:val="Fontdeparagrafimplicit"/>
    <w:link w:val="Heading30"/>
    <w:rsid w:val="002428BA"/>
    <w:rPr>
      <w:rFonts w:ascii="Cambria" w:eastAsia="Cambria" w:hAnsi="Cambria" w:cs="Cambria"/>
      <w:b/>
      <w:bCs/>
      <w:sz w:val="19"/>
      <w:szCs w:val="19"/>
    </w:rPr>
  </w:style>
  <w:style w:type="character" w:customStyle="1" w:styleId="Headerorfooter2">
    <w:name w:val="Header or footer (2)_"/>
    <w:basedOn w:val="Fontdeparagrafimplicit"/>
    <w:link w:val="Headerorfooter20"/>
    <w:rsid w:val="002428BA"/>
    <w:rPr>
      <w:rFonts w:ascii="Times New Roman" w:eastAsia="Times New Roman" w:hAnsi="Times New Roman" w:cs="Times New Roman"/>
      <w:sz w:val="20"/>
      <w:szCs w:val="20"/>
    </w:rPr>
  </w:style>
  <w:style w:type="character" w:customStyle="1" w:styleId="Other">
    <w:name w:val="Other_"/>
    <w:basedOn w:val="Fontdeparagrafimplicit"/>
    <w:link w:val="Other0"/>
    <w:rsid w:val="002428BA"/>
    <w:rPr>
      <w:rFonts w:ascii="Cambria" w:eastAsia="Cambria" w:hAnsi="Cambria" w:cs="Cambria"/>
      <w:sz w:val="20"/>
      <w:szCs w:val="20"/>
    </w:rPr>
  </w:style>
  <w:style w:type="character" w:customStyle="1" w:styleId="Tablecaption">
    <w:name w:val="Table caption_"/>
    <w:basedOn w:val="Fontdeparagrafimplicit"/>
    <w:link w:val="Tablecaption0"/>
    <w:rsid w:val="002428BA"/>
    <w:rPr>
      <w:rFonts w:ascii="Cambria" w:eastAsia="Cambria" w:hAnsi="Cambria" w:cs="Cambria"/>
      <w:b/>
      <w:bCs/>
      <w:sz w:val="19"/>
      <w:szCs w:val="19"/>
    </w:rPr>
  </w:style>
  <w:style w:type="paragraph" w:customStyle="1" w:styleId="Heading30">
    <w:name w:val="Heading #3"/>
    <w:basedOn w:val="Normal"/>
    <w:link w:val="Heading3"/>
    <w:rsid w:val="002428BA"/>
    <w:pPr>
      <w:widowControl w:val="0"/>
      <w:spacing w:after="120" w:line="319" w:lineRule="auto"/>
      <w:outlineLvl w:val="2"/>
    </w:pPr>
    <w:rPr>
      <w:rFonts w:ascii="Cambria" w:eastAsia="Cambria" w:hAnsi="Cambria" w:cs="Cambria"/>
      <w:b/>
      <w:bCs/>
      <w:sz w:val="19"/>
      <w:szCs w:val="19"/>
    </w:rPr>
  </w:style>
  <w:style w:type="paragraph" w:customStyle="1" w:styleId="Headerorfooter20">
    <w:name w:val="Header or footer (2)"/>
    <w:basedOn w:val="Normal"/>
    <w:link w:val="Headerorfooter2"/>
    <w:rsid w:val="002428BA"/>
    <w:pPr>
      <w:widowControl w:val="0"/>
      <w:spacing w:after="0" w:line="240" w:lineRule="auto"/>
    </w:pPr>
    <w:rPr>
      <w:rFonts w:ascii="Times New Roman" w:eastAsia="Times New Roman" w:hAnsi="Times New Roman" w:cs="Times New Roman"/>
      <w:sz w:val="20"/>
      <w:szCs w:val="20"/>
    </w:rPr>
  </w:style>
  <w:style w:type="paragraph" w:customStyle="1" w:styleId="Other0">
    <w:name w:val="Other"/>
    <w:basedOn w:val="Normal"/>
    <w:link w:val="Other"/>
    <w:rsid w:val="002428BA"/>
    <w:pPr>
      <w:widowControl w:val="0"/>
      <w:spacing w:after="120" w:line="305" w:lineRule="auto"/>
    </w:pPr>
    <w:rPr>
      <w:rFonts w:ascii="Cambria" w:eastAsia="Cambria" w:hAnsi="Cambria" w:cs="Cambria"/>
      <w:sz w:val="20"/>
      <w:szCs w:val="20"/>
    </w:rPr>
  </w:style>
  <w:style w:type="paragraph" w:customStyle="1" w:styleId="Tablecaption0">
    <w:name w:val="Table caption"/>
    <w:basedOn w:val="Normal"/>
    <w:link w:val="Tablecaption"/>
    <w:rsid w:val="002428BA"/>
    <w:pPr>
      <w:widowControl w:val="0"/>
      <w:spacing w:after="0" w:line="240" w:lineRule="auto"/>
    </w:pPr>
    <w:rPr>
      <w:rFonts w:ascii="Cambria" w:eastAsia="Cambria" w:hAnsi="Cambria" w:cs="Cambria"/>
      <w:b/>
      <w:bCs/>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anpm.ro/web/guest/legislatie"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spectmun.ro/Iegislatie/legislatie.html"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act:1114166%2096798275"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D73E3-CC82-4A64-A29F-C464546F6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4457</Words>
  <Characters>25852</Characters>
  <Application>Microsoft Office Word</Application>
  <DocSecurity>0</DocSecurity>
  <Lines>215</Lines>
  <Paragraphs>60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30249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primaria falciu</cp:lastModifiedBy>
  <cp:revision>2</cp:revision>
  <dcterms:created xsi:type="dcterms:W3CDTF">2026-10-07T14:08:00Z</dcterms:created>
  <dcterms:modified xsi:type="dcterms:W3CDTF">2026-10-07T14:08:00Z</dcterms:modified>
  <cp:category/>
</cp:coreProperties>
</file>